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83A6" w14:textId="77777777" w:rsidR="002E2413" w:rsidRDefault="00000000">
      <w:pPr>
        <w:jc w:val="center"/>
      </w:pPr>
      <w:r>
        <w:rPr>
          <w:rFonts w:ascii="Aptos Display" w:hAnsi="Aptos Display"/>
          <w:b/>
          <w:color w:val="0B2F73"/>
          <w:sz w:val="34"/>
        </w:rPr>
        <w:t>SESIÓN DE APRENDIZAJE – INGLÉS</w:t>
      </w:r>
    </w:p>
    <w:p w14:paraId="5A374F0B" w14:textId="77777777" w:rsidR="002E2413" w:rsidRDefault="00000000">
      <w:pPr>
        <w:jc w:val="center"/>
      </w:pPr>
      <w:r>
        <w:rPr>
          <w:b/>
          <w:color w:val="EC0A73"/>
          <w:sz w:val="28"/>
        </w:rPr>
        <w:t>“We explain our smart financial decision”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27"/>
        <w:gridCol w:w="5227"/>
      </w:tblGrid>
      <w:tr w:rsidR="002E2413" w14:paraId="11CCF3A6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E04DBD" w14:textId="77777777" w:rsidR="002E2413" w:rsidRDefault="00000000">
            <w:r>
              <w:rPr>
                <w:b/>
                <w:color w:val="FFFFFF"/>
                <w:sz w:val="20"/>
              </w:rPr>
              <w:t>Institución Educativa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12FEFD" w14:textId="77777777" w:rsidR="002E2413" w:rsidRDefault="00000000">
            <w:r>
              <w:rPr>
                <w:color w:val="000000"/>
                <w:sz w:val="20"/>
              </w:rPr>
              <w:t>I.E. Juan Ugaz</w:t>
            </w:r>
          </w:p>
        </w:tc>
      </w:tr>
      <w:tr w:rsidR="002E2413" w14:paraId="1B1C00B0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ABE292" w14:textId="77777777" w:rsidR="002E2413" w:rsidRDefault="00000000">
            <w:r>
              <w:rPr>
                <w:b/>
                <w:color w:val="FFFFFF"/>
                <w:sz w:val="20"/>
              </w:rPr>
              <w:t>Docente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1FEEE1" w14:textId="77777777" w:rsidR="002E2413" w:rsidRDefault="00000000">
            <w:r>
              <w:rPr>
                <w:color w:val="000000"/>
                <w:sz w:val="20"/>
              </w:rPr>
              <w:t>Blanca René Villalobos Villalobos</w:t>
            </w:r>
          </w:p>
        </w:tc>
      </w:tr>
      <w:tr w:rsidR="002E2413" w14:paraId="43342ED6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531657" w14:textId="77777777" w:rsidR="002E2413" w:rsidRDefault="00000000">
            <w:r>
              <w:rPr>
                <w:b/>
                <w:color w:val="FFFFFF"/>
                <w:sz w:val="20"/>
              </w:rPr>
              <w:t>Área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CB623" w14:textId="77777777" w:rsidR="002E2413" w:rsidRDefault="00000000">
            <w:r>
              <w:rPr>
                <w:color w:val="000000"/>
                <w:sz w:val="20"/>
              </w:rPr>
              <w:t>Inglés</w:t>
            </w:r>
          </w:p>
        </w:tc>
      </w:tr>
      <w:tr w:rsidR="002E2413" w14:paraId="3C26F77D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F5A494" w14:textId="77777777" w:rsidR="002E2413" w:rsidRDefault="00000000">
            <w:r>
              <w:rPr>
                <w:b/>
                <w:color w:val="FFFFFF"/>
                <w:sz w:val="20"/>
              </w:rPr>
              <w:t>Grado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79DA1" w14:textId="77777777" w:rsidR="002E2413" w:rsidRDefault="00000000">
            <w:r>
              <w:rPr>
                <w:color w:val="000000"/>
                <w:sz w:val="20"/>
              </w:rPr>
              <w:t>2.º de secundaria</w:t>
            </w:r>
          </w:p>
        </w:tc>
      </w:tr>
      <w:tr w:rsidR="002E2413" w:rsidRPr="00753AEC" w14:paraId="22AC6C35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F1539F" w14:textId="77777777" w:rsidR="002E2413" w:rsidRDefault="00000000">
            <w:r>
              <w:rPr>
                <w:b/>
                <w:color w:val="FFFFFF"/>
                <w:sz w:val="20"/>
              </w:rPr>
              <w:t>Proyecto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21D31A" w14:textId="77777777" w:rsidR="002E2413" w:rsidRPr="00753AEC" w:rsidRDefault="00000000">
            <w:pPr>
              <w:rPr>
                <w:lang w:val="es-ES"/>
              </w:rPr>
            </w:pPr>
            <w:r w:rsidRPr="00753AEC">
              <w:rPr>
                <w:color w:val="000000"/>
                <w:sz w:val="20"/>
                <w:lang w:val="es-ES"/>
              </w:rPr>
              <w:t xml:space="preserve">Guardianes del Ahorro </w:t>
            </w:r>
            <w:proofErr w:type="spellStart"/>
            <w:r w:rsidRPr="00753AEC">
              <w:rPr>
                <w:color w:val="000000"/>
                <w:sz w:val="20"/>
                <w:lang w:val="es-ES"/>
              </w:rPr>
              <w:t>Ugacinos</w:t>
            </w:r>
            <w:proofErr w:type="spellEnd"/>
            <w:r w:rsidRPr="00753AEC">
              <w:rPr>
                <w:color w:val="000000"/>
                <w:sz w:val="20"/>
                <w:lang w:val="es-ES"/>
              </w:rPr>
              <w:t>: innovación financiera escolar para la toma de decisiones responsables</w:t>
            </w:r>
          </w:p>
        </w:tc>
      </w:tr>
      <w:tr w:rsidR="002E2413" w14:paraId="4EB8D6D3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BFE620" w14:textId="77777777" w:rsidR="002E2413" w:rsidRDefault="00000000">
            <w:proofErr w:type="spellStart"/>
            <w:r>
              <w:rPr>
                <w:b/>
                <w:color w:val="FFFFFF"/>
                <w:sz w:val="20"/>
              </w:rPr>
              <w:t>Duración</w:t>
            </w:r>
            <w:proofErr w:type="spellEnd"/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C2E4C" w14:textId="77777777" w:rsidR="002E2413" w:rsidRDefault="00000000">
            <w:r>
              <w:rPr>
                <w:color w:val="000000"/>
                <w:sz w:val="20"/>
              </w:rPr>
              <w:t>90 minutos</w:t>
            </w:r>
          </w:p>
        </w:tc>
      </w:tr>
      <w:tr w:rsidR="002E2413" w:rsidRPr="00753AEC" w14:paraId="7DE52763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1645DB" w14:textId="77777777" w:rsidR="002E2413" w:rsidRDefault="00000000">
            <w:r>
              <w:rPr>
                <w:b/>
                <w:color w:val="FFFFFF"/>
                <w:sz w:val="20"/>
              </w:rPr>
              <w:t>Producto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8296F0" w14:textId="77777777" w:rsidR="002E2413" w:rsidRPr="00753AEC" w:rsidRDefault="00000000">
            <w:pPr>
              <w:rPr>
                <w:lang w:val="es-ES"/>
              </w:rPr>
            </w:pPr>
            <w:r w:rsidRPr="00753AEC">
              <w:rPr>
                <w:color w:val="000000"/>
                <w:sz w:val="20"/>
                <w:lang w:val="es-ES"/>
              </w:rPr>
              <w:t>Mini presentación oral y ficha “</w:t>
            </w:r>
            <w:proofErr w:type="spellStart"/>
            <w:r w:rsidRPr="00753AEC">
              <w:rPr>
                <w:color w:val="000000"/>
                <w:sz w:val="20"/>
                <w:lang w:val="es-ES"/>
              </w:rPr>
              <w:t>Our</w:t>
            </w:r>
            <w:proofErr w:type="spellEnd"/>
            <w:r w:rsidRPr="00753AEC">
              <w:rPr>
                <w:color w:val="000000"/>
                <w:sz w:val="20"/>
                <w:lang w:val="es-ES"/>
              </w:rPr>
              <w:t xml:space="preserve"> Smart </w:t>
            </w:r>
            <w:proofErr w:type="spellStart"/>
            <w:r w:rsidRPr="00753AEC">
              <w:rPr>
                <w:color w:val="000000"/>
                <w:sz w:val="20"/>
                <w:lang w:val="es-ES"/>
              </w:rPr>
              <w:t>Financial</w:t>
            </w:r>
            <w:proofErr w:type="spellEnd"/>
            <w:r w:rsidRPr="00753AEC">
              <w:rPr>
                <w:color w:val="000000"/>
                <w:sz w:val="20"/>
                <w:lang w:val="es-ES"/>
              </w:rPr>
              <w:t xml:space="preserve"> </w:t>
            </w:r>
            <w:proofErr w:type="spellStart"/>
            <w:r w:rsidRPr="00753AEC">
              <w:rPr>
                <w:color w:val="000000"/>
                <w:sz w:val="20"/>
                <w:lang w:val="es-ES"/>
              </w:rPr>
              <w:t>Decision</w:t>
            </w:r>
            <w:proofErr w:type="spellEnd"/>
            <w:r w:rsidRPr="00753AEC">
              <w:rPr>
                <w:color w:val="000000"/>
                <w:sz w:val="20"/>
                <w:lang w:val="es-ES"/>
              </w:rPr>
              <w:t>”</w:t>
            </w:r>
          </w:p>
        </w:tc>
      </w:tr>
    </w:tbl>
    <w:p w14:paraId="5B24F5A0" w14:textId="77777777" w:rsidR="002E2413" w:rsidRPr="00753AEC" w:rsidRDefault="00000000">
      <w:pPr>
        <w:spacing w:before="160" w:after="80"/>
        <w:rPr>
          <w:lang w:val="es-ES"/>
        </w:rPr>
      </w:pPr>
      <w:r w:rsidRPr="00753AEC">
        <w:rPr>
          <w:rFonts w:ascii="Aptos Display" w:hAnsi="Aptos Display"/>
          <w:b/>
          <w:color w:val="0B2F73"/>
          <w:sz w:val="28"/>
          <w:lang w:val="es-ES"/>
        </w:rPr>
        <w:t>1. Propósito de aprendizaje</w:t>
      </w:r>
    </w:p>
    <w:p w14:paraId="33EFF449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Que los estudiantes comuniquen en inglés, mediante expresiones breves y sencillas, información sobre un presupuesto: cuánto dinero tienen, qué necesitan, qué desean, cuánto gastan y cuánto ahorran, explicando de forma básica una decisión financiera responsable.</w:t>
      </w:r>
    </w:p>
    <w:p w14:paraId="177B6359" w14:textId="77777777" w:rsidR="002E2413" w:rsidRPr="00753AEC" w:rsidRDefault="00000000">
      <w:pPr>
        <w:spacing w:before="160" w:after="80"/>
        <w:rPr>
          <w:lang w:val="es-ES"/>
        </w:rPr>
      </w:pPr>
      <w:r w:rsidRPr="00753AEC">
        <w:rPr>
          <w:rFonts w:ascii="Aptos Display" w:hAnsi="Aptos Display"/>
          <w:b/>
          <w:color w:val="0B2F73"/>
          <w:sz w:val="28"/>
          <w:lang w:val="es-ES"/>
        </w:rPr>
        <w:t>2. Competencia y capacidades</w:t>
      </w:r>
    </w:p>
    <w:p w14:paraId="739F041A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b/>
          <w:lang w:val="es-ES"/>
        </w:rPr>
        <w:t>Competencia:</w:t>
      </w:r>
      <w:r w:rsidRPr="00753AEC">
        <w:rPr>
          <w:lang w:val="es-ES"/>
        </w:rPr>
        <w:t xml:space="preserve"> Se comunica oralmente en inglés como lengua extranjera.</w:t>
      </w:r>
    </w:p>
    <w:p w14:paraId="366D512F" w14:textId="77777777" w:rsidR="002E2413" w:rsidRPr="00753AEC" w:rsidRDefault="00000000">
      <w:pPr>
        <w:pStyle w:val="Listaconvietas"/>
        <w:spacing w:after="40"/>
        <w:ind w:left="288"/>
        <w:rPr>
          <w:lang w:val="es-ES"/>
        </w:rPr>
      </w:pPr>
      <w:r w:rsidRPr="00753AEC">
        <w:rPr>
          <w:lang w:val="es-ES"/>
        </w:rPr>
        <w:t>Obtiene información de textos orales breves.</w:t>
      </w:r>
    </w:p>
    <w:p w14:paraId="1AD035BE" w14:textId="77777777" w:rsidR="002E2413" w:rsidRPr="00753AEC" w:rsidRDefault="00000000">
      <w:pPr>
        <w:pStyle w:val="Listaconvietas"/>
        <w:spacing w:after="40"/>
        <w:ind w:left="288"/>
        <w:rPr>
          <w:lang w:val="es-ES"/>
        </w:rPr>
      </w:pPr>
      <w:r w:rsidRPr="00753AEC">
        <w:rPr>
          <w:lang w:val="es-ES"/>
        </w:rPr>
        <w:t>Adecúa, organiza y desarrolla ideas de forma coherente y comprensible.</w:t>
      </w:r>
    </w:p>
    <w:p w14:paraId="40AA804E" w14:textId="77777777" w:rsidR="002E2413" w:rsidRPr="00753AEC" w:rsidRDefault="00000000">
      <w:pPr>
        <w:pStyle w:val="Listaconvietas"/>
        <w:spacing w:after="40"/>
        <w:ind w:left="288"/>
        <w:rPr>
          <w:lang w:val="es-ES"/>
        </w:rPr>
      </w:pPr>
      <w:r w:rsidRPr="00753AEC">
        <w:rPr>
          <w:lang w:val="es-ES"/>
        </w:rPr>
        <w:t>Utiliza recursos no verbales y paraverbales de forma estratégica.</w:t>
      </w:r>
    </w:p>
    <w:p w14:paraId="680918B5" w14:textId="77777777" w:rsidR="002E2413" w:rsidRPr="00753AEC" w:rsidRDefault="00000000">
      <w:pPr>
        <w:pStyle w:val="Listaconvietas"/>
        <w:spacing w:after="40"/>
        <w:ind w:left="288"/>
        <w:rPr>
          <w:lang w:val="es-ES"/>
        </w:rPr>
      </w:pPr>
      <w:r w:rsidRPr="00753AEC">
        <w:rPr>
          <w:lang w:val="es-ES"/>
        </w:rPr>
        <w:t>Interactúa con distintos interlocutores usando expresiones sencillas.</w:t>
      </w:r>
    </w:p>
    <w:p w14:paraId="4005D8EE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8"/>
        </w:rPr>
        <w:t>3. Criterios de evaluación</w:t>
      </w:r>
    </w:p>
    <w:p w14:paraId="3B6001FF" w14:textId="77777777" w:rsidR="002E2413" w:rsidRDefault="00000000">
      <w:pPr>
        <w:pStyle w:val="Listaconvietas"/>
        <w:spacing w:after="40"/>
        <w:ind w:left="288"/>
      </w:pPr>
      <w:r>
        <w:t>Usa vocabulario básico de educación financiera: money, budget, save, spend, need, want, price y goal.</w:t>
      </w:r>
    </w:p>
    <w:p w14:paraId="6D395DD0" w14:textId="77777777" w:rsidR="002E2413" w:rsidRDefault="00000000">
      <w:pPr>
        <w:pStyle w:val="Listaconvietas"/>
        <w:spacing w:after="40"/>
        <w:ind w:left="288"/>
      </w:pPr>
      <w:r>
        <w:t>Expresa cantidades sencillas usando estructuras como “We have…”, “We spend…” y “We save…”.</w:t>
      </w:r>
    </w:p>
    <w:p w14:paraId="4CD0EE05" w14:textId="77777777" w:rsidR="002E2413" w:rsidRPr="00753AEC" w:rsidRDefault="00000000">
      <w:pPr>
        <w:pStyle w:val="Listaconvietas"/>
        <w:spacing w:after="40"/>
        <w:ind w:left="288"/>
        <w:rPr>
          <w:lang w:val="es-ES"/>
        </w:rPr>
      </w:pPr>
      <w:r w:rsidRPr="00753AEC">
        <w:rPr>
          <w:lang w:val="es-ES"/>
        </w:rPr>
        <w:t>Diferencia oralmente una necesidad (</w:t>
      </w:r>
      <w:proofErr w:type="spellStart"/>
      <w:r w:rsidRPr="00753AEC">
        <w:rPr>
          <w:lang w:val="es-ES"/>
        </w:rPr>
        <w:t>need</w:t>
      </w:r>
      <w:proofErr w:type="spellEnd"/>
      <w:r w:rsidRPr="00753AEC">
        <w:rPr>
          <w:lang w:val="es-ES"/>
        </w:rPr>
        <w:t>) de un deseo (</w:t>
      </w:r>
      <w:proofErr w:type="spellStart"/>
      <w:r w:rsidRPr="00753AEC">
        <w:rPr>
          <w:lang w:val="es-ES"/>
        </w:rPr>
        <w:t>want</w:t>
      </w:r>
      <w:proofErr w:type="spellEnd"/>
      <w:r w:rsidRPr="00753AEC">
        <w:rPr>
          <w:lang w:val="es-ES"/>
        </w:rPr>
        <w:t>).</w:t>
      </w:r>
    </w:p>
    <w:p w14:paraId="06482098" w14:textId="77777777" w:rsidR="002E2413" w:rsidRPr="00753AEC" w:rsidRDefault="00000000">
      <w:pPr>
        <w:pStyle w:val="Listaconvietas"/>
        <w:spacing w:after="40"/>
        <w:ind w:left="288"/>
        <w:rPr>
          <w:lang w:val="es-ES"/>
        </w:rPr>
      </w:pPr>
      <w:r w:rsidRPr="00753AEC">
        <w:rPr>
          <w:lang w:val="es-ES"/>
        </w:rPr>
        <w:t>Participa en un diálogo breve relacionado con una decisión financiera.</w:t>
      </w:r>
    </w:p>
    <w:p w14:paraId="1817147A" w14:textId="77777777" w:rsidR="002E2413" w:rsidRPr="00753AEC" w:rsidRDefault="00000000">
      <w:pPr>
        <w:pStyle w:val="Listaconvietas"/>
        <w:spacing w:after="40"/>
        <w:ind w:left="288"/>
        <w:rPr>
          <w:lang w:val="es-ES"/>
        </w:rPr>
      </w:pPr>
      <w:r w:rsidRPr="00753AEC">
        <w:rPr>
          <w:lang w:val="es-ES"/>
        </w:rPr>
        <w:t>Comunica con claridad y seguridad la decisión de su equipo.</w:t>
      </w:r>
    </w:p>
    <w:p w14:paraId="48795B12" w14:textId="77777777" w:rsidR="002E2413" w:rsidRPr="00753AEC" w:rsidRDefault="00000000">
      <w:pPr>
        <w:spacing w:before="160" w:after="80"/>
        <w:rPr>
          <w:lang w:val="es-ES"/>
        </w:rPr>
      </w:pPr>
      <w:r w:rsidRPr="00753AEC">
        <w:rPr>
          <w:rFonts w:ascii="Aptos Display" w:hAnsi="Aptos Display"/>
          <w:b/>
          <w:color w:val="0B2F73"/>
          <w:sz w:val="28"/>
          <w:lang w:val="es-ES"/>
        </w:rPr>
        <w:t>4. Evidencia de aprendizaje</w:t>
      </w:r>
    </w:p>
    <w:p w14:paraId="72A797B4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Mini presentación oral en inglés y ficha “</w:t>
      </w:r>
      <w:proofErr w:type="spellStart"/>
      <w:r w:rsidRPr="00753AEC">
        <w:rPr>
          <w:lang w:val="es-ES"/>
        </w:rPr>
        <w:t>Our</w:t>
      </w:r>
      <w:proofErr w:type="spellEnd"/>
      <w:r w:rsidRPr="00753AEC">
        <w:rPr>
          <w:lang w:val="es-ES"/>
        </w:rPr>
        <w:t xml:space="preserve"> Smart </w:t>
      </w:r>
      <w:proofErr w:type="spellStart"/>
      <w:r w:rsidRPr="00753AEC">
        <w:rPr>
          <w:lang w:val="es-ES"/>
        </w:rPr>
        <w:t>Financial</w:t>
      </w:r>
      <w:proofErr w:type="spellEnd"/>
      <w:r w:rsidRPr="00753AEC">
        <w:rPr>
          <w:lang w:val="es-ES"/>
        </w:rPr>
        <w:t xml:space="preserve"> </w:t>
      </w:r>
      <w:proofErr w:type="spellStart"/>
      <w:r w:rsidRPr="00753AEC">
        <w:rPr>
          <w:lang w:val="es-ES"/>
        </w:rPr>
        <w:t>Decision</w:t>
      </w:r>
      <w:proofErr w:type="spellEnd"/>
      <w:r w:rsidRPr="00753AEC">
        <w:rPr>
          <w:lang w:val="es-ES"/>
        </w:rPr>
        <w:t>”, elaboradas a partir del presupuesto trabajado por el equipo en la experiencia interdisciplinaria.</w:t>
      </w:r>
    </w:p>
    <w:p w14:paraId="2273D040" w14:textId="77777777" w:rsidR="002E2413" w:rsidRPr="00753AEC" w:rsidRDefault="00000000">
      <w:pPr>
        <w:spacing w:before="160" w:after="80"/>
        <w:rPr>
          <w:lang w:val="es-ES"/>
        </w:rPr>
      </w:pPr>
      <w:r w:rsidRPr="00753AEC">
        <w:rPr>
          <w:rFonts w:ascii="Aptos Display" w:hAnsi="Aptos Display"/>
          <w:b/>
          <w:color w:val="0B2F73"/>
          <w:sz w:val="28"/>
          <w:lang w:val="es-ES"/>
        </w:rPr>
        <w:t>5. Situación significativa</w:t>
      </w:r>
    </w:p>
    <w:p w14:paraId="5008E477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 xml:space="preserve">Los estudiantes participan en el proyecto “Guardianes del Ahorro </w:t>
      </w:r>
      <w:proofErr w:type="spellStart"/>
      <w:r w:rsidRPr="00753AEC">
        <w:rPr>
          <w:lang w:val="es-ES"/>
        </w:rPr>
        <w:t>Ugacinos</w:t>
      </w:r>
      <w:proofErr w:type="spellEnd"/>
      <w:r w:rsidRPr="00753AEC">
        <w:rPr>
          <w:lang w:val="es-ES"/>
        </w:rPr>
        <w:t>”. Después de organizar un presupuesto y elegir una alternativa responsable, necesitan comunicar a otros qué decisión tomaron. Para ello emplearán expresiones sencillas en inglés relacionadas con necesidades, deseos, gastos y ahorro.</w:t>
      </w:r>
    </w:p>
    <w:p w14:paraId="0031926F" w14:textId="77777777" w:rsidR="002E2413" w:rsidRDefault="00000000">
      <w:pPr>
        <w:spacing w:after="80" w:line="252" w:lineRule="auto"/>
      </w:pPr>
      <w:proofErr w:type="spellStart"/>
      <w:r>
        <w:rPr>
          <w:b/>
        </w:rPr>
        <w:t>Pregunta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retadora</w:t>
      </w:r>
      <w:proofErr w:type="spellEnd"/>
      <w:r>
        <w:rPr>
          <w:b/>
        </w:rPr>
        <w:t>:</w:t>
      </w:r>
      <w:r>
        <w:t xml:space="preserve"> How can we explain our financial decision in English?</w:t>
      </w:r>
    </w:p>
    <w:p w14:paraId="08CB60B4" w14:textId="77777777" w:rsidR="002E2413" w:rsidRPr="00753AEC" w:rsidRDefault="00000000">
      <w:pPr>
        <w:spacing w:before="160" w:after="80"/>
        <w:rPr>
          <w:lang w:val="es-ES"/>
        </w:rPr>
      </w:pPr>
      <w:r w:rsidRPr="00753AEC">
        <w:rPr>
          <w:rFonts w:ascii="Aptos Display" w:hAnsi="Aptos Display"/>
          <w:b/>
          <w:color w:val="0B2F73"/>
          <w:sz w:val="28"/>
          <w:lang w:val="es-ES"/>
        </w:rPr>
        <w:t>6. Secuencia didáctica</w:t>
      </w:r>
    </w:p>
    <w:p w14:paraId="7D498B97" w14:textId="77777777" w:rsidR="002E2413" w:rsidRPr="00753AEC" w:rsidRDefault="00000000">
      <w:pPr>
        <w:rPr>
          <w:lang w:val="es-ES"/>
        </w:rPr>
      </w:pPr>
      <w:r w:rsidRPr="00753AEC">
        <w:rPr>
          <w:b/>
          <w:color w:val="EC0A73"/>
          <w:sz w:val="24"/>
          <w:lang w:val="es-ES"/>
        </w:rPr>
        <w:lastRenderedPageBreak/>
        <w:t>INICIO – 15 minutos</w:t>
      </w:r>
    </w:p>
    <w:p w14:paraId="097D22E6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El docente presenta imágenes de productos cotidianos y pregunta: “</w:t>
      </w:r>
      <w:proofErr w:type="spellStart"/>
      <w:r w:rsidRPr="00753AEC">
        <w:rPr>
          <w:lang w:val="es-ES"/>
        </w:rPr>
        <w:t>Is</w:t>
      </w:r>
      <w:proofErr w:type="spellEnd"/>
      <w:r w:rsidRPr="00753AEC">
        <w:rPr>
          <w:lang w:val="es-ES"/>
        </w:rPr>
        <w:t xml:space="preserve"> </w:t>
      </w:r>
      <w:proofErr w:type="spellStart"/>
      <w:r w:rsidRPr="00753AEC">
        <w:rPr>
          <w:lang w:val="es-ES"/>
        </w:rPr>
        <w:t>it</w:t>
      </w:r>
      <w:proofErr w:type="spellEnd"/>
      <w:r w:rsidRPr="00753AEC">
        <w:rPr>
          <w:lang w:val="es-ES"/>
        </w:rPr>
        <w:t xml:space="preserve"> a </w:t>
      </w:r>
      <w:proofErr w:type="spellStart"/>
      <w:r w:rsidRPr="00753AEC">
        <w:rPr>
          <w:lang w:val="es-ES"/>
        </w:rPr>
        <w:t>need</w:t>
      </w:r>
      <w:proofErr w:type="spellEnd"/>
      <w:r w:rsidRPr="00753AEC">
        <w:rPr>
          <w:lang w:val="es-ES"/>
        </w:rPr>
        <w:t xml:space="preserve"> </w:t>
      </w:r>
      <w:proofErr w:type="spellStart"/>
      <w:r w:rsidRPr="00753AEC">
        <w:rPr>
          <w:lang w:val="es-ES"/>
        </w:rPr>
        <w:t>or</w:t>
      </w:r>
      <w:proofErr w:type="spellEnd"/>
      <w:r w:rsidRPr="00753AEC">
        <w:rPr>
          <w:lang w:val="es-ES"/>
        </w:rPr>
        <w:t xml:space="preserve"> a </w:t>
      </w:r>
      <w:proofErr w:type="spellStart"/>
      <w:r w:rsidRPr="00753AEC">
        <w:rPr>
          <w:lang w:val="es-ES"/>
        </w:rPr>
        <w:t>want</w:t>
      </w:r>
      <w:proofErr w:type="spellEnd"/>
      <w:r w:rsidRPr="00753AEC">
        <w:rPr>
          <w:lang w:val="es-ES"/>
        </w:rPr>
        <w:t>?” Los estudiantes responden de manera breve y activan vocabulario conocido.</w:t>
      </w:r>
    </w:p>
    <w:p w14:paraId="20B09046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Se comunica el propósito de la sesión y se presenta el vocabulario clave: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27"/>
        <w:gridCol w:w="5227"/>
      </w:tblGrid>
      <w:tr w:rsidR="002E2413" w14:paraId="55DD132C" w14:textId="77777777">
        <w:trPr>
          <w:tblHeader/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B822E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DDF3C1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ESPAÑOL</w:t>
            </w:r>
          </w:p>
        </w:tc>
      </w:tr>
      <w:tr w:rsidR="002E2413" w14:paraId="64771D32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355395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MONEY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D43161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dinero</w:t>
            </w:r>
          </w:p>
        </w:tc>
      </w:tr>
      <w:tr w:rsidR="002E2413" w14:paraId="3B6DD8E5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A7E187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BUDGET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83D421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presupuesto</w:t>
            </w:r>
          </w:p>
        </w:tc>
      </w:tr>
      <w:tr w:rsidR="002E2413" w14:paraId="147DD348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69A0B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SAVE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F04B18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ahorrar</w:t>
            </w:r>
          </w:p>
        </w:tc>
      </w:tr>
      <w:tr w:rsidR="002E2413" w14:paraId="7D2AD1A4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F20D0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SPEND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3A931E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gastar</w:t>
            </w:r>
          </w:p>
        </w:tc>
      </w:tr>
      <w:tr w:rsidR="002E2413" w14:paraId="26D762B3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9886C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NEED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B37D36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necesidad</w:t>
            </w:r>
          </w:p>
        </w:tc>
      </w:tr>
      <w:tr w:rsidR="002E2413" w14:paraId="4C46DE30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F23DF4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WANT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3F73B5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deseo</w:t>
            </w:r>
          </w:p>
        </w:tc>
      </w:tr>
      <w:tr w:rsidR="002E2413" w14:paraId="6A9A5271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C6C5F5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PRICE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51EC5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precio</w:t>
            </w:r>
          </w:p>
        </w:tc>
      </w:tr>
      <w:tr w:rsidR="002E2413" w14:paraId="440059EA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59A1F3" w14:textId="77777777" w:rsidR="002E2413" w:rsidRDefault="00000000">
            <w:pPr>
              <w:jc w:val="center"/>
            </w:pPr>
            <w:r>
              <w:rPr>
                <w:b/>
                <w:color w:val="000000"/>
                <w:sz w:val="20"/>
              </w:rPr>
              <w:t>GOAL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A6CC82" w14:textId="77777777" w:rsidR="002E2413" w:rsidRDefault="00000000">
            <w:pPr>
              <w:jc w:val="center"/>
            </w:pPr>
            <w:r>
              <w:rPr>
                <w:color w:val="000000"/>
                <w:sz w:val="20"/>
              </w:rPr>
              <w:t>meta</w:t>
            </w:r>
          </w:p>
        </w:tc>
      </w:tr>
    </w:tbl>
    <w:p w14:paraId="5C8632CF" w14:textId="77777777" w:rsidR="002E2413" w:rsidRDefault="00000000">
      <w:r>
        <w:rPr>
          <w:b/>
          <w:color w:val="EC0A73"/>
          <w:sz w:val="24"/>
        </w:rPr>
        <w:t>DESARROLLO – 60 minutos</w:t>
      </w:r>
    </w:p>
    <w:p w14:paraId="23581002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4"/>
        </w:rPr>
        <w:t>Actividad 1. We read our team results</w:t>
      </w:r>
    </w:p>
    <w:p w14:paraId="046AEA48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Cada equipo observa su presupuesto y completa oralmente expresiones modelo con sus propios datos:</w:t>
      </w:r>
    </w:p>
    <w:p w14:paraId="14AA7F8F" w14:textId="77777777" w:rsidR="002E2413" w:rsidRDefault="00000000">
      <w:pPr>
        <w:pStyle w:val="Listaconvietas"/>
        <w:spacing w:after="40"/>
        <w:ind w:left="288"/>
      </w:pPr>
      <w:r>
        <w:t>We have ______ soles.</w:t>
      </w:r>
    </w:p>
    <w:p w14:paraId="6BEC5BA6" w14:textId="77777777" w:rsidR="002E2413" w:rsidRDefault="00000000">
      <w:pPr>
        <w:pStyle w:val="Listaconvietas"/>
        <w:spacing w:after="40"/>
        <w:ind w:left="288"/>
      </w:pPr>
      <w:r>
        <w:t>We spend ______ soles.</w:t>
      </w:r>
    </w:p>
    <w:p w14:paraId="6584F32D" w14:textId="77777777" w:rsidR="002E2413" w:rsidRDefault="00000000">
      <w:pPr>
        <w:pStyle w:val="Listaconvietas"/>
        <w:spacing w:after="40"/>
        <w:ind w:left="288"/>
      </w:pPr>
      <w:r>
        <w:t>We save ______ soles.</w:t>
      </w:r>
    </w:p>
    <w:p w14:paraId="3871F990" w14:textId="77777777" w:rsidR="002E2413" w:rsidRDefault="00000000">
      <w:pPr>
        <w:pStyle w:val="Listaconvietas"/>
        <w:spacing w:after="40"/>
        <w:ind w:left="288"/>
      </w:pPr>
      <w:r>
        <w:t>We need ______.</w:t>
      </w:r>
    </w:p>
    <w:p w14:paraId="077FD897" w14:textId="77777777" w:rsidR="002E2413" w:rsidRDefault="00000000">
      <w:pPr>
        <w:pStyle w:val="Listaconvietas"/>
        <w:spacing w:after="40"/>
        <w:ind w:left="288"/>
      </w:pPr>
      <w:r>
        <w:t>We want ______.</w:t>
      </w:r>
    </w:p>
    <w:p w14:paraId="4EA4D313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4"/>
        </w:rPr>
        <w:t>Actividad 2. Need or want?</w:t>
      </w:r>
    </w:p>
    <w:p w14:paraId="24425EEA" w14:textId="77777777" w:rsidR="002E2413" w:rsidRDefault="00000000">
      <w:pPr>
        <w:spacing w:after="80" w:line="252" w:lineRule="auto"/>
      </w:pPr>
      <w:r w:rsidRPr="00753AEC">
        <w:rPr>
          <w:lang w:val="es-ES"/>
        </w:rPr>
        <w:t xml:space="preserve">Los estudiantes reciben tarjetas con productos y las clasifican en dos espacios: NEED / WANT. </w:t>
      </w:r>
      <w:r>
        <w:t xml:space="preserve">Luego </w:t>
      </w:r>
      <w:proofErr w:type="spellStart"/>
      <w:r>
        <w:t>expresan</w:t>
      </w:r>
      <w:proofErr w:type="spellEnd"/>
      <w:r>
        <w:t xml:space="preserve"> </w:t>
      </w:r>
      <w:proofErr w:type="spellStart"/>
      <w:r>
        <w:t>oralmente</w:t>
      </w:r>
      <w:proofErr w:type="spellEnd"/>
      <w:r>
        <w:t xml:space="preserve"> </w:t>
      </w:r>
      <w:proofErr w:type="spellStart"/>
      <w:r>
        <w:t>frases</w:t>
      </w:r>
      <w:proofErr w:type="spellEnd"/>
      <w:r>
        <w:t xml:space="preserve"> simples, por ejemplo: “Water is a need.” / “Candy is a want.”</w:t>
      </w:r>
    </w:p>
    <w:p w14:paraId="213FF6C6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4"/>
        </w:rPr>
        <w:t>Actividad 3. Mini dialogue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27"/>
        <w:gridCol w:w="5227"/>
      </w:tblGrid>
      <w:tr w:rsidR="002E2413" w14:paraId="1CB51147" w14:textId="77777777">
        <w:trPr>
          <w:tblHeader/>
          <w:jc w:val="center"/>
        </w:trPr>
        <w:tc>
          <w:tcPr>
            <w:tcW w:w="5227" w:type="dxa"/>
            <w:shd w:val="clear" w:color="auto" w:fill="EC0A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AD383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Speaker</w:t>
            </w:r>
          </w:p>
        </w:tc>
        <w:tc>
          <w:tcPr>
            <w:tcW w:w="5227" w:type="dxa"/>
            <w:shd w:val="clear" w:color="auto" w:fill="EC0A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C10A4E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Dialogue</w:t>
            </w:r>
          </w:p>
        </w:tc>
      </w:tr>
      <w:tr w:rsidR="002E2413" w14:paraId="554CC7AF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649A72" w14:textId="77777777" w:rsidR="002E2413" w:rsidRDefault="00000000">
            <w:r>
              <w:rPr>
                <w:b/>
                <w:color w:val="000000"/>
                <w:sz w:val="19"/>
              </w:rPr>
              <w:t>Student 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85F675" w14:textId="77777777" w:rsidR="002E2413" w:rsidRDefault="00000000">
            <w:r>
              <w:rPr>
                <w:color w:val="000000"/>
                <w:sz w:val="19"/>
              </w:rPr>
              <w:t>How much money do you have?</w:t>
            </w:r>
          </w:p>
        </w:tc>
      </w:tr>
      <w:tr w:rsidR="002E2413" w14:paraId="62B07143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9574F7" w14:textId="77777777" w:rsidR="002E2413" w:rsidRDefault="00000000">
            <w:r>
              <w:rPr>
                <w:b/>
                <w:color w:val="000000"/>
                <w:sz w:val="19"/>
              </w:rPr>
              <w:t>Student B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B51340" w14:textId="77777777" w:rsidR="002E2413" w:rsidRDefault="00000000">
            <w:r>
              <w:rPr>
                <w:color w:val="000000"/>
                <w:sz w:val="19"/>
              </w:rPr>
              <w:t>We have thirty soles.</w:t>
            </w:r>
          </w:p>
        </w:tc>
      </w:tr>
      <w:tr w:rsidR="002E2413" w14:paraId="0B8F302F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F61093" w14:textId="77777777" w:rsidR="002E2413" w:rsidRDefault="00000000">
            <w:r>
              <w:rPr>
                <w:b/>
                <w:color w:val="000000"/>
                <w:sz w:val="19"/>
              </w:rPr>
              <w:t>Student 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6AD31" w14:textId="77777777" w:rsidR="002E2413" w:rsidRDefault="00000000">
            <w:r>
              <w:rPr>
                <w:color w:val="000000"/>
                <w:sz w:val="19"/>
              </w:rPr>
              <w:t>How much do you spend?</w:t>
            </w:r>
          </w:p>
        </w:tc>
      </w:tr>
      <w:tr w:rsidR="002E2413" w14:paraId="39CD8664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382676" w14:textId="77777777" w:rsidR="002E2413" w:rsidRDefault="00000000">
            <w:r>
              <w:rPr>
                <w:b/>
                <w:color w:val="000000"/>
                <w:sz w:val="19"/>
              </w:rPr>
              <w:t>Student B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836DC" w14:textId="77777777" w:rsidR="002E2413" w:rsidRDefault="00000000">
            <w:r>
              <w:rPr>
                <w:color w:val="000000"/>
                <w:sz w:val="19"/>
              </w:rPr>
              <w:t>We spend twenty-two soles.</w:t>
            </w:r>
          </w:p>
        </w:tc>
      </w:tr>
      <w:tr w:rsidR="002E2413" w14:paraId="0A86C98A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A97688" w14:textId="77777777" w:rsidR="002E2413" w:rsidRDefault="00000000">
            <w:r>
              <w:rPr>
                <w:b/>
                <w:color w:val="000000"/>
                <w:sz w:val="19"/>
              </w:rPr>
              <w:t>Student 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50ED5" w14:textId="77777777" w:rsidR="002E2413" w:rsidRDefault="00000000">
            <w:r>
              <w:rPr>
                <w:color w:val="000000"/>
                <w:sz w:val="19"/>
              </w:rPr>
              <w:t>How much do you save?</w:t>
            </w:r>
          </w:p>
        </w:tc>
      </w:tr>
      <w:tr w:rsidR="002E2413" w14:paraId="2AE153EB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EE6389" w14:textId="77777777" w:rsidR="002E2413" w:rsidRDefault="00000000">
            <w:r>
              <w:rPr>
                <w:b/>
                <w:color w:val="000000"/>
                <w:sz w:val="19"/>
              </w:rPr>
              <w:t>Student B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6D65A6" w14:textId="77777777" w:rsidR="002E2413" w:rsidRDefault="00000000">
            <w:r>
              <w:rPr>
                <w:color w:val="000000"/>
                <w:sz w:val="19"/>
              </w:rPr>
              <w:t>We save eight soles.</w:t>
            </w:r>
          </w:p>
        </w:tc>
      </w:tr>
      <w:tr w:rsidR="002E2413" w14:paraId="555F1C77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5D2435" w14:textId="77777777" w:rsidR="002E2413" w:rsidRDefault="00000000">
            <w:r>
              <w:rPr>
                <w:b/>
                <w:color w:val="000000"/>
                <w:sz w:val="19"/>
              </w:rPr>
              <w:t>Student 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42C3D3" w14:textId="77777777" w:rsidR="002E2413" w:rsidRDefault="00000000">
            <w:r>
              <w:rPr>
                <w:color w:val="000000"/>
                <w:sz w:val="19"/>
              </w:rPr>
              <w:t>What do you need?</w:t>
            </w:r>
          </w:p>
        </w:tc>
      </w:tr>
      <w:tr w:rsidR="002E2413" w14:paraId="1DFCDEFB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D3DE84" w14:textId="77777777" w:rsidR="002E2413" w:rsidRDefault="00000000">
            <w:r>
              <w:rPr>
                <w:b/>
                <w:color w:val="000000"/>
                <w:sz w:val="19"/>
              </w:rPr>
              <w:t>Student B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C4D44" w14:textId="77777777" w:rsidR="002E2413" w:rsidRDefault="00000000">
            <w:r>
              <w:rPr>
                <w:color w:val="000000"/>
                <w:sz w:val="19"/>
              </w:rPr>
              <w:t>We need water and healthy food.</w:t>
            </w:r>
          </w:p>
        </w:tc>
      </w:tr>
      <w:tr w:rsidR="002E2413" w14:paraId="3CFB025E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02FC48" w14:textId="77777777" w:rsidR="002E2413" w:rsidRDefault="00000000">
            <w:r>
              <w:rPr>
                <w:b/>
                <w:color w:val="000000"/>
                <w:sz w:val="19"/>
              </w:rPr>
              <w:lastRenderedPageBreak/>
              <w:t>Student 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5195E" w14:textId="77777777" w:rsidR="002E2413" w:rsidRDefault="00000000">
            <w:r>
              <w:rPr>
                <w:color w:val="000000"/>
                <w:sz w:val="19"/>
              </w:rPr>
              <w:t>What do you want?</w:t>
            </w:r>
          </w:p>
        </w:tc>
      </w:tr>
      <w:tr w:rsidR="002E2413" w14:paraId="28120572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6941D" w14:textId="77777777" w:rsidR="002E2413" w:rsidRDefault="00000000">
            <w:r>
              <w:rPr>
                <w:b/>
                <w:color w:val="000000"/>
                <w:sz w:val="19"/>
              </w:rPr>
              <w:t>Student B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CC659" w14:textId="77777777" w:rsidR="002E2413" w:rsidRDefault="00000000">
            <w:r>
              <w:rPr>
                <w:color w:val="000000"/>
                <w:sz w:val="19"/>
              </w:rPr>
              <w:t>We want some candy.</w:t>
            </w:r>
          </w:p>
        </w:tc>
      </w:tr>
      <w:tr w:rsidR="002E2413" w14:paraId="73FECF8B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67BA55" w14:textId="77777777" w:rsidR="002E2413" w:rsidRDefault="00000000">
            <w:r>
              <w:rPr>
                <w:b/>
                <w:color w:val="000000"/>
                <w:sz w:val="19"/>
              </w:rPr>
              <w:t>Student A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43980" w14:textId="77777777" w:rsidR="002E2413" w:rsidRDefault="00000000">
            <w:r>
              <w:rPr>
                <w:color w:val="000000"/>
                <w:sz w:val="19"/>
              </w:rPr>
              <w:t>Is it a responsible decision?</w:t>
            </w:r>
          </w:p>
        </w:tc>
      </w:tr>
      <w:tr w:rsidR="002E2413" w14:paraId="623AE771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6D04DB" w14:textId="77777777" w:rsidR="002E2413" w:rsidRDefault="00000000">
            <w:r>
              <w:rPr>
                <w:b/>
                <w:color w:val="000000"/>
                <w:sz w:val="19"/>
              </w:rPr>
              <w:t>Student B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5FF4B1" w14:textId="77777777" w:rsidR="002E2413" w:rsidRDefault="00000000">
            <w:r>
              <w:rPr>
                <w:color w:val="000000"/>
                <w:sz w:val="19"/>
              </w:rPr>
              <w:t>Yes, it is.</w:t>
            </w:r>
          </w:p>
        </w:tc>
      </w:tr>
    </w:tbl>
    <w:p w14:paraId="08CDBC49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4"/>
        </w:rPr>
        <w:t>Actividad 4. Our financial decision</w:t>
      </w:r>
    </w:p>
    <w:p w14:paraId="57BCF504" w14:textId="77777777" w:rsidR="002E2413" w:rsidRDefault="00000000">
      <w:pPr>
        <w:spacing w:after="80" w:line="252" w:lineRule="auto"/>
      </w:pPr>
      <w:r w:rsidRPr="00753AEC">
        <w:rPr>
          <w:lang w:val="es-ES"/>
        </w:rPr>
        <w:t xml:space="preserve">Cada equipo prepara una presentación de 30 a 45 segundos con sus propios resultados.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 el </w:t>
      </w:r>
      <w:proofErr w:type="spellStart"/>
      <w:r>
        <w:t>siguiente</w:t>
      </w:r>
      <w:proofErr w:type="spellEnd"/>
      <w:r>
        <w:t xml:space="preserve"> modelo:</w:t>
      </w:r>
    </w:p>
    <w:p w14:paraId="071072A6" w14:textId="77777777" w:rsidR="002E2413" w:rsidRPr="00753AEC" w:rsidRDefault="00000000">
      <w:pPr>
        <w:ind w:left="504" w:right="504"/>
        <w:rPr>
          <w:lang w:val="es-ES"/>
        </w:rPr>
      </w:pPr>
      <w:r>
        <w:rPr>
          <w:i/>
          <w:color w:val="0B2F73"/>
        </w:rPr>
        <w:t xml:space="preserve">“Hello. We are Guardians of Saving. We have ______ soles. We spend ______ soles and we save ______ soles. We choose ______ because it is a need / it is healthy / it helps us save money. </w:t>
      </w:r>
      <w:proofErr w:type="spellStart"/>
      <w:r w:rsidRPr="00753AEC">
        <w:rPr>
          <w:i/>
          <w:color w:val="0B2F73"/>
          <w:lang w:val="es-ES"/>
        </w:rPr>
        <w:t>Thank</w:t>
      </w:r>
      <w:proofErr w:type="spellEnd"/>
      <w:r w:rsidRPr="00753AEC">
        <w:rPr>
          <w:i/>
          <w:color w:val="0B2F73"/>
          <w:lang w:val="es-ES"/>
        </w:rPr>
        <w:t xml:space="preserve"> </w:t>
      </w:r>
      <w:proofErr w:type="spellStart"/>
      <w:r w:rsidRPr="00753AEC">
        <w:rPr>
          <w:i/>
          <w:color w:val="0B2F73"/>
          <w:lang w:val="es-ES"/>
        </w:rPr>
        <w:t>you</w:t>
      </w:r>
      <w:proofErr w:type="spellEnd"/>
      <w:r w:rsidRPr="00753AEC">
        <w:rPr>
          <w:i/>
          <w:color w:val="0B2F73"/>
          <w:lang w:val="es-ES"/>
        </w:rPr>
        <w:t>.”</w:t>
      </w:r>
    </w:p>
    <w:p w14:paraId="1D0AF5C4" w14:textId="77777777" w:rsidR="002E2413" w:rsidRPr="00753AEC" w:rsidRDefault="00000000">
      <w:pPr>
        <w:spacing w:before="160" w:after="80"/>
        <w:rPr>
          <w:lang w:val="es-ES"/>
        </w:rPr>
      </w:pPr>
      <w:r w:rsidRPr="00753AEC">
        <w:rPr>
          <w:rFonts w:ascii="Aptos Display" w:hAnsi="Aptos Display"/>
          <w:b/>
          <w:color w:val="0B2F73"/>
          <w:sz w:val="28"/>
          <w:lang w:val="es-ES"/>
        </w:rPr>
        <w:t>7. Producto de la sesión</w:t>
      </w:r>
    </w:p>
    <w:p w14:paraId="4883212A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Ficha: OUR SMART FINANCIAL DECISION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27"/>
        <w:gridCol w:w="5227"/>
      </w:tblGrid>
      <w:tr w:rsidR="002E2413" w14:paraId="5A2EF27F" w14:textId="77777777">
        <w:trPr>
          <w:jc w:val="center"/>
        </w:trPr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9C349A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w="5227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AEAD0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TEAM ANSWER</w:t>
            </w:r>
          </w:p>
        </w:tc>
      </w:tr>
      <w:tr w:rsidR="002E2413" w14:paraId="2C9A700B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19D02C" w14:textId="77777777" w:rsidR="002E2413" w:rsidRDefault="00000000">
            <w:r>
              <w:rPr>
                <w:b/>
                <w:color w:val="000000"/>
                <w:sz w:val="20"/>
              </w:rPr>
              <w:t>Our budget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540040" w14:textId="77777777" w:rsidR="002E2413" w:rsidRDefault="00000000">
            <w:r>
              <w:rPr>
                <w:color w:val="000000"/>
                <w:sz w:val="20"/>
              </w:rPr>
              <w:t>S/ ______</w:t>
            </w:r>
          </w:p>
        </w:tc>
      </w:tr>
      <w:tr w:rsidR="002E2413" w14:paraId="79540635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C912D7" w14:textId="77777777" w:rsidR="002E2413" w:rsidRDefault="00000000">
            <w:r>
              <w:rPr>
                <w:b/>
                <w:color w:val="000000"/>
                <w:sz w:val="20"/>
              </w:rPr>
              <w:t>We spend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E48877" w14:textId="77777777" w:rsidR="002E2413" w:rsidRDefault="00000000">
            <w:r>
              <w:rPr>
                <w:color w:val="000000"/>
                <w:sz w:val="20"/>
              </w:rPr>
              <w:t>S/ ______</w:t>
            </w:r>
          </w:p>
        </w:tc>
      </w:tr>
      <w:tr w:rsidR="002E2413" w14:paraId="5C9E2133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7F1C50" w14:textId="77777777" w:rsidR="002E2413" w:rsidRDefault="00000000">
            <w:r>
              <w:rPr>
                <w:b/>
                <w:color w:val="000000"/>
                <w:sz w:val="20"/>
              </w:rPr>
              <w:t>We save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6DE2AE" w14:textId="77777777" w:rsidR="002E2413" w:rsidRDefault="00000000">
            <w:r>
              <w:rPr>
                <w:color w:val="000000"/>
                <w:sz w:val="20"/>
              </w:rPr>
              <w:t>S/ ______</w:t>
            </w:r>
          </w:p>
        </w:tc>
      </w:tr>
      <w:tr w:rsidR="002E2413" w14:paraId="0585DDA0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6C8243" w14:textId="77777777" w:rsidR="002E2413" w:rsidRDefault="00000000">
            <w:r>
              <w:rPr>
                <w:b/>
                <w:color w:val="000000"/>
                <w:sz w:val="20"/>
              </w:rPr>
              <w:t>Our needs are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CE0AED" w14:textId="77777777" w:rsidR="002E2413" w:rsidRDefault="00000000"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2E2413" w14:paraId="6E073E7E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3E716" w14:textId="77777777" w:rsidR="002E2413" w:rsidRDefault="00000000">
            <w:r>
              <w:rPr>
                <w:b/>
                <w:color w:val="000000"/>
                <w:sz w:val="20"/>
              </w:rPr>
              <w:t>Our wants are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153E62" w14:textId="77777777" w:rsidR="002E2413" w:rsidRDefault="00000000"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2E2413" w14:paraId="0C01D9E9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F56295" w14:textId="77777777" w:rsidR="002E2413" w:rsidRDefault="00000000">
            <w:r>
              <w:rPr>
                <w:b/>
                <w:color w:val="000000"/>
                <w:sz w:val="20"/>
              </w:rPr>
              <w:t>We choose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D3BCE1" w14:textId="77777777" w:rsidR="002E2413" w:rsidRDefault="00000000"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2E2413" w14:paraId="76B2D58D" w14:textId="77777777">
        <w:trPr>
          <w:jc w:val="center"/>
        </w:trPr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16EC6" w14:textId="77777777" w:rsidR="002E2413" w:rsidRDefault="00000000">
            <w:r>
              <w:rPr>
                <w:b/>
                <w:color w:val="000000"/>
                <w:sz w:val="20"/>
              </w:rPr>
              <w:t>Our financial goal is</w:t>
            </w:r>
          </w:p>
        </w:tc>
        <w:tc>
          <w:tcPr>
            <w:tcW w:w="52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D3856F" w14:textId="77777777" w:rsidR="002E2413" w:rsidRDefault="00000000">
            <w:r>
              <w:rPr>
                <w:color w:val="000000"/>
                <w:sz w:val="20"/>
              </w:rPr>
              <w:t>____________________________</w:t>
            </w:r>
          </w:p>
        </w:tc>
      </w:tr>
    </w:tbl>
    <w:p w14:paraId="45B78772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8"/>
        </w:rPr>
        <w:t>8. Cierre – 15 minutos</w:t>
      </w:r>
    </w:p>
    <w:p w14:paraId="2CD3F8C2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Algunos equipos presentan su decisión financiera en inglés. El docente realiza preguntas breves:</w:t>
      </w:r>
    </w:p>
    <w:p w14:paraId="5AFAE3DF" w14:textId="77777777" w:rsidR="002E2413" w:rsidRDefault="00000000">
      <w:pPr>
        <w:pStyle w:val="Listaconvietas"/>
        <w:spacing w:after="40"/>
        <w:ind w:left="288"/>
      </w:pPr>
      <w:r>
        <w:t>What did you learn today?</w:t>
      </w:r>
    </w:p>
    <w:p w14:paraId="6604C118" w14:textId="77777777" w:rsidR="002E2413" w:rsidRDefault="00000000">
      <w:pPr>
        <w:pStyle w:val="Listaconvietas"/>
        <w:spacing w:after="40"/>
        <w:ind w:left="288"/>
      </w:pPr>
      <w:r>
        <w:t>How much did you save?</w:t>
      </w:r>
    </w:p>
    <w:p w14:paraId="5F70A2D0" w14:textId="77777777" w:rsidR="002E2413" w:rsidRDefault="00000000">
      <w:pPr>
        <w:pStyle w:val="Listaconvietas"/>
        <w:spacing w:after="40"/>
        <w:ind w:left="288"/>
      </w:pPr>
      <w:r>
        <w:t>Is water a need or a want?</w:t>
      </w:r>
    </w:p>
    <w:p w14:paraId="7F22F161" w14:textId="77777777" w:rsidR="002E2413" w:rsidRDefault="00000000">
      <w:pPr>
        <w:pStyle w:val="Listaconvietas"/>
        <w:spacing w:after="40"/>
        <w:ind w:left="288"/>
      </w:pPr>
      <w:r>
        <w:t>Why is saving important?</w:t>
      </w:r>
    </w:p>
    <w:p w14:paraId="7A93250C" w14:textId="77777777" w:rsidR="002E2413" w:rsidRDefault="00000000">
      <w:pPr>
        <w:spacing w:after="80" w:line="252" w:lineRule="auto"/>
      </w:pPr>
      <w:r>
        <w:rPr>
          <w:b/>
        </w:rPr>
        <w:t>Reflexión final:</w:t>
      </w:r>
      <w:r>
        <w:t xml:space="preserve"> “We can use English to communicate responsible decisions about money.”</w:t>
      </w:r>
    </w:p>
    <w:p w14:paraId="7A0145A7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8"/>
        </w:rPr>
        <w:t>9. Lista de cotejo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85"/>
        <w:gridCol w:w="3485"/>
        <w:gridCol w:w="3485"/>
      </w:tblGrid>
      <w:tr w:rsidR="002E2413" w14:paraId="728A1734" w14:textId="77777777">
        <w:trPr>
          <w:tblHeader/>
          <w:jc w:val="center"/>
        </w:trPr>
        <w:tc>
          <w:tcPr>
            <w:tcW w:w="3485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DA0118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Criterio</w:t>
            </w:r>
          </w:p>
        </w:tc>
        <w:tc>
          <w:tcPr>
            <w:tcW w:w="3485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68BF13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Sí</w:t>
            </w:r>
          </w:p>
        </w:tc>
        <w:tc>
          <w:tcPr>
            <w:tcW w:w="3485" w:type="dxa"/>
            <w:shd w:val="clear" w:color="auto" w:fill="0B2F7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770F14" w14:textId="77777777" w:rsidR="002E241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En proceso</w:t>
            </w:r>
          </w:p>
        </w:tc>
      </w:tr>
      <w:tr w:rsidR="002E2413" w14:paraId="6F850E64" w14:textId="77777777">
        <w:trPr>
          <w:jc w:val="center"/>
        </w:trPr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A914C9" w14:textId="77777777" w:rsidR="002E2413" w:rsidRPr="00753AEC" w:rsidRDefault="00000000">
            <w:pPr>
              <w:rPr>
                <w:lang w:val="es-ES"/>
              </w:rPr>
            </w:pPr>
            <w:r w:rsidRPr="00753AEC">
              <w:rPr>
                <w:color w:val="000000"/>
                <w:sz w:val="19"/>
                <w:lang w:val="es-ES"/>
              </w:rPr>
              <w:t>Usa vocabulario básico de educación financiera.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F41CF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DC4D10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</w:tr>
      <w:tr w:rsidR="002E2413" w14:paraId="187517B5" w14:textId="77777777">
        <w:trPr>
          <w:jc w:val="center"/>
        </w:trPr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5F947" w14:textId="77777777" w:rsidR="002E2413" w:rsidRPr="00753AEC" w:rsidRDefault="00000000">
            <w:pPr>
              <w:rPr>
                <w:lang w:val="es-ES"/>
              </w:rPr>
            </w:pPr>
            <w:r w:rsidRPr="00753AEC">
              <w:rPr>
                <w:color w:val="000000"/>
                <w:sz w:val="19"/>
                <w:lang w:val="es-ES"/>
              </w:rPr>
              <w:t>Expresa cuánto tiene, gasta y ahorra.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B908CF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3DC3E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</w:tr>
      <w:tr w:rsidR="002E2413" w14:paraId="2D2E87C9" w14:textId="77777777">
        <w:trPr>
          <w:jc w:val="center"/>
        </w:trPr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1B44C8" w14:textId="77777777" w:rsidR="002E2413" w:rsidRPr="00753AEC" w:rsidRDefault="00000000">
            <w:pPr>
              <w:rPr>
                <w:lang w:val="es-ES"/>
              </w:rPr>
            </w:pPr>
            <w:r w:rsidRPr="00753AEC">
              <w:rPr>
                <w:color w:val="000000"/>
                <w:sz w:val="19"/>
                <w:lang w:val="es-ES"/>
              </w:rPr>
              <w:t xml:space="preserve">Diferencia </w:t>
            </w:r>
            <w:proofErr w:type="spellStart"/>
            <w:r w:rsidRPr="00753AEC">
              <w:rPr>
                <w:color w:val="000000"/>
                <w:sz w:val="19"/>
                <w:lang w:val="es-ES"/>
              </w:rPr>
              <w:t>need</w:t>
            </w:r>
            <w:proofErr w:type="spellEnd"/>
            <w:r w:rsidRPr="00753AEC">
              <w:rPr>
                <w:color w:val="000000"/>
                <w:sz w:val="19"/>
                <w:lang w:val="es-ES"/>
              </w:rPr>
              <w:t xml:space="preserve"> y </w:t>
            </w:r>
            <w:proofErr w:type="spellStart"/>
            <w:r w:rsidRPr="00753AEC">
              <w:rPr>
                <w:color w:val="000000"/>
                <w:sz w:val="19"/>
                <w:lang w:val="es-ES"/>
              </w:rPr>
              <w:t>want</w:t>
            </w:r>
            <w:proofErr w:type="spellEnd"/>
            <w:r w:rsidRPr="00753AEC">
              <w:rPr>
                <w:color w:val="000000"/>
                <w:sz w:val="19"/>
                <w:lang w:val="es-ES"/>
              </w:rPr>
              <w:t xml:space="preserve"> en ejemplos cotidianos.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2A982E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CE949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</w:tr>
      <w:tr w:rsidR="002E2413" w14:paraId="5C605EF8" w14:textId="77777777">
        <w:trPr>
          <w:jc w:val="center"/>
        </w:trPr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1C03EE" w14:textId="77777777" w:rsidR="002E2413" w:rsidRPr="00753AEC" w:rsidRDefault="00000000">
            <w:pPr>
              <w:rPr>
                <w:lang w:val="es-ES"/>
              </w:rPr>
            </w:pPr>
            <w:r w:rsidRPr="00753AEC">
              <w:rPr>
                <w:color w:val="000000"/>
                <w:sz w:val="19"/>
                <w:lang w:val="es-ES"/>
              </w:rPr>
              <w:lastRenderedPageBreak/>
              <w:t>Participa en el diálogo con pronunciación comprensible.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CFC076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176A93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</w:tr>
      <w:tr w:rsidR="002E2413" w14:paraId="2FE35249" w14:textId="77777777">
        <w:trPr>
          <w:jc w:val="center"/>
        </w:trPr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83A90" w14:textId="77777777" w:rsidR="002E2413" w:rsidRPr="00753AEC" w:rsidRDefault="00000000">
            <w:pPr>
              <w:rPr>
                <w:lang w:val="es-ES"/>
              </w:rPr>
            </w:pPr>
            <w:r w:rsidRPr="00753AEC">
              <w:rPr>
                <w:color w:val="000000"/>
                <w:sz w:val="19"/>
                <w:lang w:val="es-ES"/>
              </w:rPr>
              <w:t>Comunica la decisión financiera de su equipo.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5BAAC9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  <w:tc>
          <w:tcPr>
            <w:tcW w:w="3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B3C040" w14:textId="77777777" w:rsidR="002E2413" w:rsidRDefault="00000000">
            <w:pPr>
              <w:jc w:val="center"/>
            </w:pPr>
            <w:r>
              <w:rPr>
                <w:color w:val="000000"/>
                <w:sz w:val="24"/>
              </w:rPr>
              <w:t>☐</w:t>
            </w:r>
          </w:p>
        </w:tc>
      </w:tr>
    </w:tbl>
    <w:p w14:paraId="3ED877BD" w14:textId="77777777" w:rsidR="002E2413" w:rsidRDefault="00000000">
      <w:pPr>
        <w:spacing w:before="160" w:after="80"/>
      </w:pPr>
      <w:r>
        <w:rPr>
          <w:rFonts w:ascii="Aptos Display" w:hAnsi="Aptos Display"/>
          <w:b/>
          <w:color w:val="0B2F73"/>
          <w:sz w:val="28"/>
        </w:rPr>
        <w:t>10. Materiales</w:t>
      </w:r>
    </w:p>
    <w:p w14:paraId="11765080" w14:textId="77777777" w:rsidR="002E2413" w:rsidRPr="00753AEC" w:rsidRDefault="00000000">
      <w:pPr>
        <w:spacing w:after="80" w:line="252" w:lineRule="auto"/>
        <w:rPr>
          <w:lang w:val="es-ES"/>
        </w:rPr>
      </w:pPr>
      <w:proofErr w:type="spellStart"/>
      <w:r w:rsidRPr="00753AEC">
        <w:rPr>
          <w:lang w:val="es-ES"/>
        </w:rPr>
        <w:t>Flashcards</w:t>
      </w:r>
      <w:proofErr w:type="spellEnd"/>
      <w:r w:rsidRPr="00753AEC">
        <w:rPr>
          <w:lang w:val="es-ES"/>
        </w:rPr>
        <w:t>, tarjetas NEED/WANT, imágenes de productos, fichas de trabajo, presupuesto del equipo, plumones, papelotes, cinta adhesiva, billetes simbólicos, portafolio de evidencias y lista de cotejo.</w:t>
      </w:r>
    </w:p>
    <w:p w14:paraId="02FAF2E1" w14:textId="77777777" w:rsidR="002E2413" w:rsidRPr="00753AEC" w:rsidRDefault="00000000">
      <w:pPr>
        <w:spacing w:before="160" w:after="80"/>
        <w:rPr>
          <w:lang w:val="es-ES"/>
        </w:rPr>
      </w:pPr>
      <w:r w:rsidRPr="00753AEC">
        <w:rPr>
          <w:rFonts w:ascii="Aptos Display" w:hAnsi="Aptos Display"/>
          <w:b/>
          <w:color w:val="0B2F73"/>
          <w:sz w:val="28"/>
          <w:lang w:val="es-ES"/>
        </w:rPr>
        <w:t>11. Articulación con el proyecto interdisciplinario</w:t>
      </w:r>
    </w:p>
    <w:p w14:paraId="704453F0" w14:textId="77777777" w:rsidR="002E2413" w:rsidRPr="00753AEC" w:rsidRDefault="00000000">
      <w:pPr>
        <w:spacing w:after="80" w:line="252" w:lineRule="auto"/>
        <w:rPr>
          <w:lang w:val="es-ES"/>
        </w:rPr>
      </w:pPr>
      <w:r w:rsidRPr="00753AEC">
        <w:rPr>
          <w:lang w:val="es-ES"/>
        </w:rPr>
        <w:t>Esta sesión utiliza los resultados obtenidos en las actividades previas del circuito. El estudiante comunica en inglés la misma experiencia financiera trabajada por su equipo:</w:t>
      </w:r>
    </w:p>
    <w:p w14:paraId="42C11EEB" w14:textId="0714AA2E" w:rsidR="002E2413" w:rsidRDefault="00000000" w:rsidP="00753AEC">
      <w:pPr>
        <w:jc w:val="center"/>
      </w:pPr>
      <w:r>
        <w:rPr>
          <w:b/>
          <w:color w:val="EC0A73"/>
          <w:sz w:val="24"/>
        </w:rPr>
        <w:t>EDUCACIÓN FÍSICA → MATEMÁTICA → DPCC → INGLÉS</w:t>
      </w:r>
    </w:p>
    <w:sectPr w:rsidR="002E2413" w:rsidSect="00034616">
      <w:footerReference w:type="default" r:id="rId8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32805" w14:textId="77777777" w:rsidR="00164562" w:rsidRDefault="00164562">
      <w:pPr>
        <w:spacing w:after="0" w:line="240" w:lineRule="auto"/>
      </w:pPr>
      <w:r>
        <w:separator/>
      </w:r>
    </w:p>
  </w:endnote>
  <w:endnote w:type="continuationSeparator" w:id="0">
    <w:p w14:paraId="47A56DBC" w14:textId="77777777" w:rsidR="00164562" w:rsidRDefault="00164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DAD27" w14:textId="77777777" w:rsidR="002E2413" w:rsidRPr="00753AEC" w:rsidRDefault="00000000">
    <w:pPr>
      <w:pStyle w:val="Piedepgina"/>
      <w:jc w:val="center"/>
      <w:rPr>
        <w:lang w:val="es-ES"/>
      </w:rPr>
    </w:pPr>
    <w:r w:rsidRPr="00753AEC">
      <w:rPr>
        <w:color w:val="666666"/>
        <w:sz w:val="16"/>
        <w:lang w:val="es-ES"/>
      </w:rPr>
      <w:t>I.E. Juan Ugaz | Escuelas Integrales de Educación Financiera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27DD7" w14:textId="77777777" w:rsidR="00164562" w:rsidRDefault="00164562">
      <w:pPr>
        <w:spacing w:after="0" w:line="240" w:lineRule="auto"/>
      </w:pPr>
      <w:r>
        <w:separator/>
      </w:r>
    </w:p>
  </w:footnote>
  <w:footnote w:type="continuationSeparator" w:id="0">
    <w:p w14:paraId="0FA2BB73" w14:textId="77777777" w:rsidR="00164562" w:rsidRDefault="00164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209976">
    <w:abstractNumId w:val="8"/>
  </w:num>
  <w:num w:numId="2" w16cid:durableId="1163007639">
    <w:abstractNumId w:val="6"/>
  </w:num>
  <w:num w:numId="3" w16cid:durableId="1377775657">
    <w:abstractNumId w:val="5"/>
  </w:num>
  <w:num w:numId="4" w16cid:durableId="74984869">
    <w:abstractNumId w:val="4"/>
  </w:num>
  <w:num w:numId="5" w16cid:durableId="633293017">
    <w:abstractNumId w:val="7"/>
  </w:num>
  <w:num w:numId="6" w16cid:durableId="72246534">
    <w:abstractNumId w:val="3"/>
  </w:num>
  <w:num w:numId="7" w16cid:durableId="831532174">
    <w:abstractNumId w:val="2"/>
  </w:num>
  <w:num w:numId="8" w16cid:durableId="1161772039">
    <w:abstractNumId w:val="1"/>
  </w:num>
  <w:num w:numId="9" w16cid:durableId="1160929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154"/>
    <w:rsid w:val="0015074B"/>
    <w:rsid w:val="00164562"/>
    <w:rsid w:val="0029639D"/>
    <w:rsid w:val="002E2413"/>
    <w:rsid w:val="00326F90"/>
    <w:rsid w:val="00753AE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385D9"/>
  <w14:defaultImageDpi w14:val="300"/>
  <w15:docId w15:val="{4397B53A-C0E4-4715-B237-F868D0C4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Wilder benites</cp:lastModifiedBy>
  <cp:revision>2</cp:revision>
  <dcterms:created xsi:type="dcterms:W3CDTF">2013-12-23T23:15:00Z</dcterms:created>
  <dcterms:modified xsi:type="dcterms:W3CDTF">2026-10-01T15:49:00Z</dcterms:modified>
  <cp:category/>
</cp:coreProperties>
</file>