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B4C6" w14:textId="77777777" w:rsidR="00104327" w:rsidRPr="005E5F2C" w:rsidRDefault="00000000" w:rsidP="005E5F2C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5E5F2C">
        <w:rPr>
          <w:rFonts w:asciiTheme="majorHAnsi" w:hAnsiTheme="majorHAnsi" w:cstheme="majorHAnsi"/>
          <w:b/>
          <w:color w:val="1F4E79"/>
          <w:szCs w:val="18"/>
          <w:lang w:val="es-PE"/>
        </w:rPr>
        <w:t>INSTITUCIÓN EDUCATIVA “NUESTRA SEÑORA DE ROSARIO” – YUCAY</w:t>
      </w:r>
    </w:p>
    <w:p w14:paraId="250DE979" w14:textId="77777777" w:rsidR="00104327" w:rsidRPr="005E5F2C" w:rsidRDefault="00000000" w:rsidP="005E5F2C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5E5F2C">
        <w:rPr>
          <w:rFonts w:asciiTheme="majorHAnsi" w:hAnsiTheme="majorHAnsi" w:cstheme="majorHAnsi"/>
          <w:b/>
          <w:color w:val="1F4E79"/>
          <w:szCs w:val="18"/>
          <w:lang w:val="es-PE"/>
        </w:rPr>
        <w:t>SESIÓN DE APRENDIZAJE – EDUCACIÓN PARA EL TRABAJO</w:t>
      </w:r>
    </w:p>
    <w:p w14:paraId="21C27CC2" w14:textId="77777777" w:rsidR="00104327" w:rsidRPr="005E5F2C" w:rsidRDefault="00000000" w:rsidP="005E5F2C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5E5F2C">
        <w:rPr>
          <w:rFonts w:asciiTheme="majorHAnsi" w:hAnsiTheme="majorHAnsi" w:cstheme="majorHAnsi"/>
          <w:b/>
          <w:szCs w:val="18"/>
          <w:lang w:val="es-PE"/>
        </w:rPr>
        <w:t>“PLANIFICAMOS UN EMPRENDIMIENTO AGROPECUARIO CON AHORRO Y LIDERAZGO RESPONSABLE”</w:t>
      </w:r>
    </w:p>
    <w:p w14:paraId="3D38E1FD" w14:textId="67E8BB0F" w:rsidR="00104327" w:rsidRPr="005E5F2C" w:rsidRDefault="00000000" w:rsidP="005E5F2C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5E5F2C">
        <w:rPr>
          <w:rFonts w:cstheme="majorHAnsi"/>
          <w:sz w:val="18"/>
          <w:szCs w:val="18"/>
          <w:lang w:val="es-PE"/>
        </w:rPr>
        <w:t>DATOS INFORMATIVOS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46"/>
        <w:gridCol w:w="7868"/>
      </w:tblGrid>
      <w:tr w:rsidR="00104327" w:rsidRPr="005E5F2C" w14:paraId="2A3700C2" w14:textId="77777777">
        <w:trPr>
          <w:jc w:val="center"/>
        </w:trPr>
        <w:tc>
          <w:tcPr>
            <w:tcW w:w="2448" w:type="dxa"/>
            <w:shd w:val="clear" w:color="auto" w:fill="1F4E78"/>
            <w:vAlign w:val="center"/>
          </w:tcPr>
          <w:p w14:paraId="4A4273A3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Datos</w:t>
            </w:r>
          </w:p>
        </w:tc>
        <w:tc>
          <w:tcPr>
            <w:tcW w:w="8352" w:type="dxa"/>
            <w:shd w:val="clear" w:color="auto" w:fill="1F4E78"/>
            <w:vAlign w:val="center"/>
          </w:tcPr>
          <w:p w14:paraId="725B0E0D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Información</w:t>
            </w:r>
          </w:p>
        </w:tc>
      </w:tr>
      <w:tr w:rsidR="00104327" w:rsidRPr="005E5F2C" w14:paraId="149F3DE9" w14:textId="77777777">
        <w:trPr>
          <w:jc w:val="center"/>
        </w:trPr>
        <w:tc>
          <w:tcPr>
            <w:tcW w:w="2448" w:type="dxa"/>
            <w:vAlign w:val="center"/>
          </w:tcPr>
          <w:p w14:paraId="1B24EC05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Área curricular</w:t>
            </w:r>
          </w:p>
        </w:tc>
        <w:tc>
          <w:tcPr>
            <w:tcW w:w="8352" w:type="dxa"/>
            <w:vAlign w:val="center"/>
          </w:tcPr>
          <w:p w14:paraId="727F319D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Educación para el Trabajo (EPT) – Agropecuario</w:t>
            </w:r>
          </w:p>
        </w:tc>
      </w:tr>
      <w:tr w:rsidR="00104327" w:rsidRPr="005E5F2C" w14:paraId="18D19643" w14:textId="77777777">
        <w:trPr>
          <w:jc w:val="center"/>
        </w:trPr>
        <w:tc>
          <w:tcPr>
            <w:tcW w:w="2448" w:type="dxa"/>
            <w:vAlign w:val="center"/>
          </w:tcPr>
          <w:p w14:paraId="3C16E072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Grado y sección</w:t>
            </w:r>
          </w:p>
        </w:tc>
        <w:tc>
          <w:tcPr>
            <w:tcW w:w="8352" w:type="dxa"/>
            <w:vAlign w:val="center"/>
          </w:tcPr>
          <w:p w14:paraId="54AD5638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4.° de secundaria: __________</w:t>
            </w:r>
          </w:p>
        </w:tc>
      </w:tr>
      <w:tr w:rsidR="00104327" w:rsidRPr="005E5F2C" w14:paraId="05C36716" w14:textId="77777777">
        <w:trPr>
          <w:jc w:val="center"/>
        </w:trPr>
        <w:tc>
          <w:tcPr>
            <w:tcW w:w="2448" w:type="dxa"/>
            <w:vAlign w:val="center"/>
          </w:tcPr>
          <w:p w14:paraId="3B7E3BBE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Institución educativa</w:t>
            </w:r>
          </w:p>
        </w:tc>
        <w:tc>
          <w:tcPr>
            <w:tcW w:w="8352" w:type="dxa"/>
            <w:vAlign w:val="center"/>
          </w:tcPr>
          <w:p w14:paraId="74C6B2B9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I.E. Ntra. Sra. de Rosario – Yucay, Urubamba, Cusco</w:t>
            </w:r>
          </w:p>
        </w:tc>
      </w:tr>
      <w:tr w:rsidR="00104327" w:rsidRPr="005E5F2C" w14:paraId="15CE8E97" w14:textId="77777777">
        <w:trPr>
          <w:jc w:val="center"/>
        </w:trPr>
        <w:tc>
          <w:tcPr>
            <w:tcW w:w="2448" w:type="dxa"/>
            <w:vAlign w:val="center"/>
          </w:tcPr>
          <w:p w14:paraId="34565E7B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Docente</w:t>
            </w:r>
          </w:p>
        </w:tc>
        <w:tc>
          <w:tcPr>
            <w:tcW w:w="8352" w:type="dxa"/>
            <w:vAlign w:val="center"/>
          </w:tcPr>
          <w:p w14:paraId="707363F5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Percy Espinoza Condori</w:t>
            </w:r>
          </w:p>
        </w:tc>
      </w:tr>
      <w:tr w:rsidR="00104327" w:rsidRPr="005E5F2C" w14:paraId="4B793EF5" w14:textId="77777777">
        <w:trPr>
          <w:jc w:val="center"/>
        </w:trPr>
        <w:tc>
          <w:tcPr>
            <w:tcW w:w="2448" w:type="dxa"/>
            <w:vAlign w:val="center"/>
          </w:tcPr>
          <w:p w14:paraId="3040EF94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Duración</w:t>
            </w:r>
          </w:p>
        </w:tc>
        <w:tc>
          <w:tcPr>
            <w:tcW w:w="8352" w:type="dxa"/>
            <w:vAlign w:val="center"/>
          </w:tcPr>
          <w:p w14:paraId="4633C77F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90 minutos (2 horas pedagógicas)</w:t>
            </w:r>
          </w:p>
        </w:tc>
      </w:tr>
      <w:tr w:rsidR="00104327" w:rsidRPr="005E5F2C" w14:paraId="5C479D25" w14:textId="77777777">
        <w:trPr>
          <w:jc w:val="center"/>
        </w:trPr>
        <w:tc>
          <w:tcPr>
            <w:tcW w:w="2448" w:type="dxa"/>
            <w:vAlign w:val="center"/>
          </w:tcPr>
          <w:p w14:paraId="05712575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Fecha</w:t>
            </w:r>
          </w:p>
        </w:tc>
        <w:tc>
          <w:tcPr>
            <w:tcW w:w="8352" w:type="dxa"/>
            <w:vAlign w:val="center"/>
          </w:tcPr>
          <w:p w14:paraId="60B6B4EC" w14:textId="1483528A" w:rsidR="00104327" w:rsidRPr="005E5F2C" w:rsidRDefault="004F443A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16 / 09 / 2026</w:t>
            </w:r>
          </w:p>
        </w:tc>
      </w:tr>
      <w:tr w:rsidR="00104327" w:rsidRPr="005E5F2C" w14:paraId="7889B1BA" w14:textId="77777777">
        <w:trPr>
          <w:jc w:val="center"/>
        </w:trPr>
        <w:tc>
          <w:tcPr>
            <w:tcW w:w="2448" w:type="dxa"/>
            <w:vAlign w:val="center"/>
          </w:tcPr>
          <w:p w14:paraId="4264855C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Campo temático</w:t>
            </w:r>
          </w:p>
        </w:tc>
        <w:tc>
          <w:tcPr>
            <w:tcW w:w="8352" w:type="dxa"/>
            <w:vAlign w:val="center"/>
          </w:tcPr>
          <w:p w14:paraId="255CE9FF" w14:textId="77777777" w:rsidR="00104327" w:rsidRPr="005E5F2C" w:rsidRDefault="00000000" w:rsidP="005E5F2C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5E5F2C">
              <w:rPr>
                <w:rFonts w:asciiTheme="majorHAnsi" w:hAnsiTheme="majorHAnsi" w:cstheme="majorHAnsi"/>
                <w:szCs w:val="18"/>
                <w:lang w:val="es-PE"/>
              </w:rPr>
              <w:t>Emprendimiento agropecuario, ahorro, liderazgo responsable y productos fitosanitarios para el manejo de plagas y enfermedades.</w:t>
            </w:r>
          </w:p>
        </w:tc>
      </w:tr>
    </w:tbl>
    <w:p w14:paraId="4897CBB9" w14:textId="77149DA8" w:rsidR="004F443A" w:rsidRDefault="004F443A" w:rsidP="00A90934">
      <w:pPr>
        <w:spacing w:after="0"/>
        <w:rPr>
          <w:lang w:val="es-PE"/>
        </w:rPr>
      </w:pPr>
    </w:p>
    <w:p w14:paraId="2C581C9D" w14:textId="090F5461" w:rsidR="00A90934" w:rsidRDefault="00A90934" w:rsidP="00A90934">
      <w:pPr>
        <w:spacing w:after="0"/>
        <w:rPr>
          <w:lang w:val="es-PE"/>
        </w:rPr>
      </w:pPr>
      <w:r>
        <w:rPr>
          <w:lang w:val="es-PE"/>
        </w:rPr>
        <w:t>Imágenes de los trabajos</w:t>
      </w:r>
    </w:p>
    <w:p w14:paraId="1BD09DD3" w14:textId="313A9D29" w:rsidR="00A90934" w:rsidRDefault="00A90934" w:rsidP="00A90934">
      <w:pPr>
        <w:spacing w:after="0"/>
        <w:rPr>
          <w:lang w:val="es-PE"/>
        </w:rPr>
      </w:pPr>
      <w:hyperlink r:id="rId8" w:history="1">
        <w:r w:rsidRPr="00491EF8">
          <w:rPr>
            <w:rStyle w:val="Hipervnculo"/>
            <w:lang w:val="es-PE"/>
          </w:rPr>
          <w:t>https://docs.google.com/document/d/1B5Z-tXkhYDHi782ME71fBHczTCH0BeEF/edit?usp=sharing&amp;ouid=118323754983393208634&amp;rtpof=true&amp;sd=true</w:t>
        </w:r>
      </w:hyperlink>
      <w:r>
        <w:rPr>
          <w:lang w:val="es-PE"/>
        </w:rPr>
        <w:t>.</w:t>
      </w:r>
    </w:p>
    <w:p w14:paraId="1D609538" w14:textId="20A11A43" w:rsidR="00A90934" w:rsidRDefault="00A90934" w:rsidP="00A90934">
      <w:pPr>
        <w:spacing w:after="0"/>
        <w:rPr>
          <w:lang w:val="es-PE"/>
        </w:rPr>
      </w:pPr>
      <w:r>
        <w:rPr>
          <w:lang w:val="es-PE"/>
        </w:rPr>
        <w:t>Videos del proyecto:</w:t>
      </w:r>
    </w:p>
    <w:p w14:paraId="474EB50C" w14:textId="6B8C09FF" w:rsidR="00A90934" w:rsidRDefault="00A90934" w:rsidP="00A90934">
      <w:pPr>
        <w:spacing w:after="0"/>
        <w:rPr>
          <w:lang w:val="es-PE"/>
        </w:rPr>
      </w:pPr>
      <w:hyperlink r:id="rId9" w:history="1">
        <w:r w:rsidRPr="00491EF8">
          <w:rPr>
            <w:rStyle w:val="Hipervnculo"/>
            <w:lang w:val="es-PE"/>
          </w:rPr>
          <w:t>https://drive.google.com/file/d/1b_NWpCpjj4ZnDqjL_0YvS6ycRgH13Kfe/view?usp=sharing</w:t>
        </w:r>
      </w:hyperlink>
      <w:r>
        <w:rPr>
          <w:lang w:val="es-PE"/>
        </w:rPr>
        <w:t>.</w:t>
      </w:r>
    </w:p>
    <w:p w14:paraId="41946F91" w14:textId="77777777" w:rsidR="00A90934" w:rsidRPr="004F443A" w:rsidRDefault="00A90934" w:rsidP="00A90934">
      <w:pPr>
        <w:spacing w:after="0"/>
        <w:rPr>
          <w:lang w:val="es-PE"/>
        </w:rPr>
      </w:pPr>
    </w:p>
    <w:sectPr w:rsidR="00A90934" w:rsidRPr="004F443A" w:rsidSect="009F5B80">
      <w:footerReference w:type="default" r:id="rId10"/>
      <w:pgSz w:w="12240" w:h="15840"/>
      <w:pgMar w:top="851" w:right="1008" w:bottom="567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B859" w14:textId="77777777" w:rsidR="00086C4A" w:rsidRDefault="00086C4A">
      <w:pPr>
        <w:spacing w:after="0" w:line="240" w:lineRule="auto"/>
      </w:pPr>
      <w:r>
        <w:separator/>
      </w:r>
    </w:p>
  </w:endnote>
  <w:endnote w:type="continuationSeparator" w:id="0">
    <w:p w14:paraId="0871A296" w14:textId="77777777" w:rsidR="00086C4A" w:rsidRDefault="0008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EC32" w14:textId="77777777" w:rsidR="00104327" w:rsidRDefault="00000000">
    <w:pPr>
      <w:pStyle w:val="Piedepgina"/>
      <w:jc w:val="center"/>
    </w:pPr>
    <w:r>
      <w:rPr>
        <w:color w:val="646464"/>
        <w:sz w:val="16"/>
      </w:rPr>
      <w:t xml:space="preserve">EPT – AGROPECUARIO | I.E. </w:t>
    </w:r>
    <w:proofErr w:type="spellStart"/>
    <w:r>
      <w:rPr>
        <w:color w:val="646464"/>
        <w:sz w:val="16"/>
      </w:rPr>
      <w:t>Ntra</w:t>
    </w:r>
    <w:proofErr w:type="spellEnd"/>
    <w:r>
      <w:rPr>
        <w:color w:val="646464"/>
        <w:sz w:val="16"/>
      </w:rPr>
      <w:t>. Sra. de Rosario – Yucay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CD55" w14:textId="77777777" w:rsidR="00086C4A" w:rsidRDefault="00086C4A">
      <w:pPr>
        <w:spacing w:after="0" w:line="240" w:lineRule="auto"/>
      </w:pPr>
      <w:r>
        <w:separator/>
      </w:r>
    </w:p>
  </w:footnote>
  <w:footnote w:type="continuationSeparator" w:id="0">
    <w:p w14:paraId="668DE2E5" w14:textId="77777777" w:rsidR="00086C4A" w:rsidRDefault="00086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512849">
    <w:abstractNumId w:val="8"/>
  </w:num>
  <w:num w:numId="2" w16cid:durableId="134106859">
    <w:abstractNumId w:val="6"/>
  </w:num>
  <w:num w:numId="3" w16cid:durableId="1883588733">
    <w:abstractNumId w:val="5"/>
  </w:num>
  <w:num w:numId="4" w16cid:durableId="1338272159">
    <w:abstractNumId w:val="4"/>
  </w:num>
  <w:num w:numId="5" w16cid:durableId="1654488378">
    <w:abstractNumId w:val="7"/>
  </w:num>
  <w:num w:numId="6" w16cid:durableId="455757418">
    <w:abstractNumId w:val="3"/>
  </w:num>
  <w:num w:numId="7" w16cid:durableId="1084452046">
    <w:abstractNumId w:val="2"/>
  </w:num>
  <w:num w:numId="8" w16cid:durableId="861630262">
    <w:abstractNumId w:val="1"/>
  </w:num>
  <w:num w:numId="9" w16cid:durableId="159640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B3E"/>
    <w:rsid w:val="00086C4A"/>
    <w:rsid w:val="00104327"/>
    <w:rsid w:val="0015074B"/>
    <w:rsid w:val="001F0BFC"/>
    <w:rsid w:val="0029639D"/>
    <w:rsid w:val="00326F90"/>
    <w:rsid w:val="00425719"/>
    <w:rsid w:val="00444016"/>
    <w:rsid w:val="004E4DE2"/>
    <w:rsid w:val="004F443A"/>
    <w:rsid w:val="00510DC5"/>
    <w:rsid w:val="005E5F2C"/>
    <w:rsid w:val="008952DA"/>
    <w:rsid w:val="009F5B80"/>
    <w:rsid w:val="00A90934"/>
    <w:rsid w:val="00AA1D8D"/>
    <w:rsid w:val="00B47730"/>
    <w:rsid w:val="00CB0664"/>
    <w:rsid w:val="00E83C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073D8"/>
  <w14:defaultImageDpi w14:val="300"/>
  <w15:docId w15:val="{9DE66B6C-4CE1-48D6-AA53-EC152CBF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A9093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90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B5Z-tXkhYDHi782ME71fBHczTCH0BeEF/edit?usp=sharing&amp;ouid=118323754983393208634&amp;rtpof=true&amp;s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b_NWpCpjj4ZnDqjL_0YvS6ycRgH13Kfe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4</cp:revision>
  <dcterms:created xsi:type="dcterms:W3CDTF">2026-10-03T04:59:00Z</dcterms:created>
  <dcterms:modified xsi:type="dcterms:W3CDTF">2026-10-04T00:49:00Z</dcterms:modified>
  <cp:category/>
</cp:coreProperties>
</file>