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b/>
          <w:color w:val="1F4E79"/>
          <w:sz w:val="22"/>
        </w:rPr>
        <w:t>UNIDAD DE APRENDIZAJE N° 03 – III BIMESTRE 2026</w:t>
      </w:r>
    </w:p>
    <w:p>
      <w:pPr>
        <w:spacing w:after="40" w:before="0"/>
        <w:jc w:val="center"/>
      </w:pPr>
      <w:r>
        <w:rPr>
          <w:b/>
          <w:color w:val="1F4E79"/>
          <w:sz w:val="40"/>
        </w:rPr>
        <w:t>FICHAS DE TRABAJO</w:t>
      </w:r>
    </w:p>
    <w:p>
      <w:pPr>
        <w:spacing w:after="160" w:before="0"/>
        <w:jc w:val="center"/>
      </w:pPr>
      <w:r>
        <w:rPr>
          <w:b/>
          <w:sz w:val="24"/>
        </w:rPr>
        <w:t>EPT – Industria del Vestido · Tercer grado de secundaria</w:t>
      </w:r>
    </w:p>
    <w:tbl>
      <w:tblPr>
        <w:tblW w:type="auto" w:w="0"/>
        <w:jc w:val="center"/>
        <w:tblLayout w:type="fixed"/>
        <w:tblLook w:firstColumn="1" w:firstRow="1" w:lastColumn="0" w:lastRow="0" w:noHBand="0" w:noVBand="1" w:val="04A0"/>
        <w:tblBorders>
          <w:top w:val="single" w:sz="4" w:space="0" w:color="1F4E79"/>
          <w:left w:val="single" w:sz="4" w:space="0" w:color="1F4E79"/>
          <w:bottom w:val="single" w:sz="4" w:space="0" w:color="1F4E79"/>
          <w:right w:val="single" w:sz="4" w:space="0" w:color="1F4E79"/>
          <w:insideH w:val="nil"/>
          <w:insideV w:val="nil"/>
        </w:tblBorders>
      </w:tblPr>
      <w:tblGrid>
        <w:gridCol w:w="9865"/>
      </w:tblGrid>
      <w:tr>
        <w:tc>
          <w:tcPr>
            <w:tcW w:type="dxa" w:w="9865"/>
            <w:shd w:val="clear" w:color="auto" w:fill="DEEAF6"/>
          </w:tcPr>
          <w:p>
            <w:pPr>
              <w:spacing w:after="40"/>
              <w:jc w:val="both"/>
            </w:pPr>
            <w:r>
              <w:rPr>
                <w:b/>
                <w:sz w:val="21"/>
              </w:rPr>
              <w:t xml:space="preserve">Unidad: </w:t>
            </w:r>
            <w:r>
              <w:rPr>
                <w:b w:val="0"/>
                <w:sz w:val="21"/>
              </w:rPr>
              <w:t>Emprendemos con educación financiera: diseñamos, confeccionamos y costeamos bolsos ecológicos de tela para la Feria MercadoTEC, inspirados en el Emporio Comercial de Gamarra.</w:t>
            </w:r>
          </w:p>
          <w:p>
            <w:pPr>
              <w:spacing w:after="40"/>
              <w:jc w:val="both"/>
            </w:pPr>
            <w:r>
              <w:rPr>
                <w:b/>
                <w:sz w:val="21"/>
              </w:rPr>
              <w:t xml:space="preserve">Institución educativa: </w:t>
            </w:r>
            <w:r>
              <w:rPr>
                <w:b w:val="0"/>
                <w:sz w:val="21"/>
              </w:rPr>
              <w:t>I.E. N° 151 "Micaela Bastidas" – UGEL 05</w:t>
            </w:r>
          </w:p>
          <w:p>
            <w:pPr>
              <w:spacing w:after="40"/>
              <w:jc w:val="both"/>
            </w:pPr>
            <w:r>
              <w:rPr>
                <w:b/>
                <w:sz w:val="21"/>
              </w:rPr>
              <w:t xml:space="preserve">Docente: </w:t>
            </w:r>
            <w:r>
              <w:rPr>
                <w:b w:val="0"/>
                <w:sz w:val="21"/>
              </w:rPr>
              <w:t>Lic. Ana Maria Ventura Zorrilla</w:t>
            </w:r>
          </w:p>
          <w:p>
            <w:pPr>
              <w:spacing w:after="40"/>
              <w:jc w:val="both"/>
            </w:pPr>
            <w:r>
              <w:rPr>
                <w:b/>
                <w:sz w:val="21"/>
              </w:rPr>
              <w:t xml:space="preserve">Caso de trabajo: </w:t>
            </w:r>
            <w:r>
              <w:rPr>
                <w:b w:val="0"/>
                <w:sz w:val="21"/>
              </w:rPr>
              <w:t>"El emprendimiento textil de Camila"</w:t>
            </w:r>
          </w:p>
        </w:tc>
      </w:tr>
    </w:tbl>
    <w:p>
      <w:pPr>
        <w:spacing w:after="0" w:line="100" w:lineRule="exact"/>
      </w:pPr>
      <w:r/>
    </w:p>
    <w:p>
      <w:pPr>
        <w:keepNext/>
        <w:spacing w:after="60" w:before="80"/>
        <w:jc w:val="left"/>
      </w:pPr>
      <w:r>
        <w:rPr>
          <w:b/>
          <w:color w:val="1F4E79"/>
          <w:sz w:val="22"/>
        </w:rPr>
        <w:t>Índice de fichas</w:t>
      </w:r>
    </w:p>
    <w:tbl>
      <w:tblPr>
        <w:tblStyle w:val="TableGrid"/>
        <w:tblW w:type="auto" w:w="0"/>
        <w:jc w:val="center"/>
        <w:tblLayout w:type="fixed"/>
        <w:tblLook w:firstColumn="1" w:firstRow="1" w:lastColumn="0" w:lastRow="0" w:noHBand="0" w:noVBand="1" w:val="04A0"/>
      </w:tblPr>
      <w:tblGrid>
        <w:gridCol w:w="1134"/>
        <w:gridCol w:w="7143"/>
        <w:gridCol w:w="1587"/>
      </w:tblGrid>
      <w:tr>
        <w:trPr>
          <w:cantSplit/>
          <w:trHeight w:val="397"/>
          <w:tblHeader/>
        </w:trPr>
        <w:tc>
          <w:tcPr>
            <w:tcW w:type="dxa" w:w="1134"/>
            <w:vAlign w:val="center"/>
            <w:shd w:val="clear" w:color="auto" w:fill="DEEAF6"/>
          </w:tcPr>
          <w:p>
            <w:pPr>
              <w:keepNext/>
              <w:jc w:val="center"/>
            </w:pPr>
            <w:r>
              <w:rPr>
                <w:b/>
                <w:sz w:val="20"/>
              </w:rPr>
              <w:t>Ficha</w:t>
            </w:r>
          </w:p>
        </w:tc>
        <w:tc>
          <w:tcPr>
            <w:tcW w:type="dxa" w:w="7143"/>
            <w:vAlign w:val="center"/>
            <w:shd w:val="clear" w:color="auto" w:fill="DEEAF6"/>
          </w:tcPr>
          <w:p>
            <w:pPr>
              <w:keepNext/>
              <w:jc w:val="center"/>
            </w:pPr>
            <w:r>
              <w:rPr>
                <w:b/>
                <w:sz w:val="20"/>
              </w:rPr>
              <w:t>Título</w:t>
            </w:r>
          </w:p>
        </w:tc>
        <w:tc>
          <w:tcPr>
            <w:tcW w:type="dxa" w:w="1587"/>
            <w:vAlign w:val="center"/>
            <w:shd w:val="clear" w:color="auto" w:fill="DEEAF6"/>
          </w:tcPr>
          <w:p>
            <w:pPr>
              <w:keepNext/>
              <w:jc w:val="center"/>
            </w:pPr>
            <w:r>
              <w:rPr>
                <w:b/>
                <w:sz w:val="20"/>
              </w:rPr>
              <w:t>Sesión</w:t>
            </w:r>
          </w:p>
        </w:tc>
      </w:tr>
      <w:tr>
        <w:trPr>
          <w:cantSplit/>
          <w:trHeight w:val="397"/>
        </w:trPr>
        <w:tc>
          <w:tcPr>
            <w:tcW w:type="dxa" w:w="1134"/>
            <w:vAlign w:val="center"/>
          </w:tcPr>
          <w:p>
            <w:pPr>
              <w:keepNext/>
              <w:jc w:val="center"/>
            </w:pPr>
            <w:r>
              <w:rPr>
                <w:b w:val="0"/>
                <w:sz w:val="20"/>
              </w:rPr>
              <w:t>N° 01</w:t>
            </w:r>
          </w:p>
        </w:tc>
        <w:tc>
          <w:tcPr>
            <w:tcW w:type="dxa" w:w="7143"/>
            <w:vAlign w:val="center"/>
          </w:tcPr>
          <w:p>
            <w:pPr>
              <w:keepNext/>
              <w:jc w:val="left"/>
            </w:pPr>
            <w:r>
              <w:rPr>
                <w:b w:val="0"/>
                <w:sz w:val="20"/>
              </w:rPr>
              <w:t>Conocemos el caso y organizamos la información (Momento 1 de la bitácora)</w:t>
            </w:r>
          </w:p>
        </w:tc>
        <w:tc>
          <w:tcPr>
            <w:tcW w:type="dxa" w:w="1587"/>
            <w:vAlign w:val="center"/>
          </w:tcPr>
          <w:p>
            <w:pPr>
              <w:keepNext/>
              <w:jc w:val="center"/>
            </w:pPr>
            <w:r>
              <w:rPr>
                <w:b w:val="0"/>
                <w:sz w:val="20"/>
              </w:rPr>
              <w:t>1</w:t>
            </w:r>
          </w:p>
        </w:tc>
      </w:tr>
      <w:tr>
        <w:trPr>
          <w:cantSplit/>
          <w:trHeight w:val="397"/>
        </w:trPr>
        <w:tc>
          <w:tcPr>
            <w:tcW w:type="dxa" w:w="1134"/>
            <w:vAlign w:val="center"/>
          </w:tcPr>
          <w:p>
            <w:pPr>
              <w:keepNext/>
              <w:jc w:val="center"/>
            </w:pPr>
            <w:r>
              <w:rPr>
                <w:b w:val="0"/>
                <w:sz w:val="20"/>
              </w:rPr>
              <w:t>N° 02</w:t>
            </w:r>
          </w:p>
        </w:tc>
        <w:tc>
          <w:tcPr>
            <w:tcW w:type="dxa" w:w="7143"/>
            <w:vAlign w:val="center"/>
          </w:tcPr>
          <w:p>
            <w:pPr>
              <w:keepNext/>
              <w:jc w:val="left"/>
            </w:pPr>
            <w:r>
              <w:rPr>
                <w:b w:val="0"/>
                <w:sz w:val="20"/>
              </w:rPr>
              <w:t>Diccionario financiero del taller y matriz de alternativas (Momento 2 de la bitácora)</w:t>
            </w:r>
          </w:p>
        </w:tc>
        <w:tc>
          <w:tcPr>
            <w:tcW w:type="dxa" w:w="1587"/>
            <w:vAlign w:val="center"/>
          </w:tcPr>
          <w:p>
            <w:pPr>
              <w:keepNext/>
              <w:jc w:val="center"/>
            </w:pPr>
            <w:r>
              <w:rPr>
                <w:b w:val="0"/>
                <w:sz w:val="20"/>
              </w:rPr>
              <w:t>2</w:t>
            </w:r>
          </w:p>
        </w:tc>
      </w:tr>
      <w:tr>
        <w:trPr>
          <w:cantSplit/>
          <w:trHeight w:val="397"/>
        </w:trPr>
        <w:tc>
          <w:tcPr>
            <w:tcW w:type="dxa" w:w="1134"/>
            <w:vAlign w:val="center"/>
          </w:tcPr>
          <w:p>
            <w:pPr>
              <w:keepNext/>
              <w:jc w:val="center"/>
            </w:pPr>
            <w:r>
              <w:rPr>
                <w:b w:val="0"/>
                <w:sz w:val="20"/>
              </w:rPr>
              <w:t>N° 03</w:t>
            </w:r>
          </w:p>
        </w:tc>
        <w:tc>
          <w:tcPr>
            <w:tcW w:type="dxa" w:w="7143"/>
            <w:vAlign w:val="center"/>
          </w:tcPr>
          <w:p>
            <w:pPr>
              <w:keepNext/>
              <w:jc w:val="left"/>
            </w:pPr>
            <w:r>
              <w:rPr>
                <w:b w:val="0"/>
                <w:sz w:val="20"/>
              </w:rPr>
              <w:t>Toma de decisiones financieras responsables (Momento 3 de la bitácora)</w:t>
            </w:r>
          </w:p>
        </w:tc>
        <w:tc>
          <w:tcPr>
            <w:tcW w:type="dxa" w:w="1587"/>
            <w:vAlign w:val="center"/>
          </w:tcPr>
          <w:p>
            <w:pPr>
              <w:keepNext/>
              <w:jc w:val="center"/>
            </w:pPr>
            <w:r>
              <w:rPr>
                <w:b w:val="0"/>
                <w:sz w:val="20"/>
              </w:rPr>
              <w:t>3</w:t>
            </w:r>
          </w:p>
        </w:tc>
      </w:tr>
      <w:tr>
        <w:trPr>
          <w:cantSplit/>
          <w:trHeight w:val="397"/>
        </w:trPr>
        <w:tc>
          <w:tcPr>
            <w:tcW w:type="dxa" w:w="1134"/>
            <w:vAlign w:val="center"/>
          </w:tcPr>
          <w:p>
            <w:pPr>
              <w:keepNext/>
              <w:jc w:val="center"/>
            </w:pPr>
            <w:r>
              <w:rPr>
                <w:b w:val="0"/>
                <w:sz w:val="20"/>
              </w:rPr>
              <w:t>N° 04</w:t>
            </w:r>
          </w:p>
        </w:tc>
        <w:tc>
          <w:tcPr>
            <w:tcW w:type="dxa" w:w="7143"/>
            <w:vAlign w:val="center"/>
          </w:tcPr>
          <w:p>
            <w:pPr>
              <w:keepNext/>
              <w:jc w:val="left"/>
            </w:pPr>
            <w:r>
              <w:rPr>
                <w:b w:val="0"/>
                <w:sz w:val="20"/>
              </w:rPr>
              <w:t>Ficha técnica del producto</w:t>
            </w:r>
          </w:p>
        </w:tc>
        <w:tc>
          <w:tcPr>
            <w:tcW w:type="dxa" w:w="1587"/>
            <w:vAlign w:val="center"/>
          </w:tcPr>
          <w:p>
            <w:pPr>
              <w:keepNext/>
              <w:jc w:val="center"/>
            </w:pPr>
            <w:r>
              <w:rPr>
                <w:b w:val="0"/>
                <w:sz w:val="20"/>
              </w:rPr>
              <w:t>4</w:t>
            </w:r>
          </w:p>
        </w:tc>
      </w:tr>
      <w:tr>
        <w:trPr>
          <w:cantSplit/>
          <w:trHeight w:val="397"/>
        </w:trPr>
        <w:tc>
          <w:tcPr>
            <w:tcW w:type="dxa" w:w="1134"/>
            <w:vAlign w:val="center"/>
          </w:tcPr>
          <w:p>
            <w:pPr>
              <w:keepNext/>
              <w:jc w:val="center"/>
            </w:pPr>
            <w:r>
              <w:rPr>
                <w:b w:val="0"/>
                <w:sz w:val="20"/>
              </w:rPr>
              <w:t>N° 05</w:t>
            </w:r>
          </w:p>
        </w:tc>
        <w:tc>
          <w:tcPr>
            <w:tcW w:type="dxa" w:w="7143"/>
            <w:vAlign w:val="center"/>
          </w:tcPr>
          <w:p>
            <w:pPr>
              <w:keepNext/>
              <w:jc w:val="left"/>
            </w:pPr>
            <w:r>
              <w:rPr>
                <w:b w:val="0"/>
                <w:sz w:val="20"/>
              </w:rPr>
              <w:t>Proceso de confección y control de merma (partes 1, 2 y 3)</w:t>
            </w:r>
          </w:p>
        </w:tc>
        <w:tc>
          <w:tcPr>
            <w:tcW w:type="dxa" w:w="1587"/>
            <w:vAlign w:val="center"/>
          </w:tcPr>
          <w:p>
            <w:pPr>
              <w:keepNext/>
              <w:jc w:val="center"/>
            </w:pPr>
            <w:r>
              <w:rPr>
                <w:b w:val="0"/>
                <w:sz w:val="20"/>
              </w:rPr>
              <w:t>5, 6 y 7</w:t>
            </w:r>
          </w:p>
        </w:tc>
      </w:tr>
      <w:tr>
        <w:trPr>
          <w:cantSplit/>
          <w:trHeight w:val="397"/>
        </w:trPr>
        <w:tc>
          <w:tcPr>
            <w:tcW w:type="dxa" w:w="1134"/>
            <w:vAlign w:val="center"/>
          </w:tcPr>
          <w:p>
            <w:pPr>
              <w:keepNext/>
              <w:jc w:val="center"/>
            </w:pPr>
            <w:r>
              <w:rPr>
                <w:b w:val="0"/>
                <w:sz w:val="20"/>
              </w:rPr>
              <w:t>N° 06</w:t>
            </w:r>
          </w:p>
        </w:tc>
        <w:tc>
          <w:tcPr>
            <w:tcW w:type="dxa" w:w="7143"/>
            <w:vAlign w:val="center"/>
          </w:tcPr>
          <w:p>
            <w:pPr>
              <w:keepNext/>
              <w:jc w:val="left"/>
            </w:pPr>
            <w:r>
              <w:rPr>
                <w:b w:val="0"/>
                <w:sz w:val="20"/>
              </w:rPr>
              <w:t>Hoja de costos y precio de venta</w:t>
            </w:r>
          </w:p>
        </w:tc>
        <w:tc>
          <w:tcPr>
            <w:tcW w:type="dxa" w:w="1587"/>
            <w:vAlign w:val="center"/>
          </w:tcPr>
          <w:p>
            <w:pPr>
              <w:keepNext/>
              <w:jc w:val="center"/>
            </w:pPr>
            <w:r>
              <w:rPr>
                <w:b w:val="0"/>
                <w:sz w:val="20"/>
              </w:rPr>
              <w:t>8</w:t>
            </w:r>
          </w:p>
        </w:tc>
      </w:tr>
      <w:tr>
        <w:trPr>
          <w:cantSplit/>
          <w:trHeight w:val="397"/>
        </w:trPr>
        <w:tc>
          <w:tcPr>
            <w:tcW w:type="dxa" w:w="1134"/>
            <w:vAlign w:val="center"/>
          </w:tcPr>
          <w:p>
            <w:pPr>
              <w:keepNext/>
              <w:jc w:val="center"/>
            </w:pPr>
            <w:r>
              <w:rPr>
                <w:b w:val="0"/>
                <w:sz w:val="20"/>
              </w:rPr>
              <w:t>N° 07</w:t>
            </w:r>
          </w:p>
        </w:tc>
        <w:tc>
          <w:tcPr>
            <w:tcW w:type="dxa" w:w="7143"/>
            <w:vAlign w:val="center"/>
          </w:tcPr>
          <w:p>
            <w:pPr>
              <w:keepNext/>
              <w:jc w:val="left"/>
            </w:pPr>
            <w:r>
              <w:rPr>
                <w:b w:val="0"/>
                <w:sz w:val="20"/>
              </w:rPr>
              <w:t>Registro de ventas y evaluación de resultados</w:t>
            </w:r>
          </w:p>
        </w:tc>
        <w:tc>
          <w:tcPr>
            <w:tcW w:type="dxa" w:w="1587"/>
            <w:vAlign w:val="center"/>
          </w:tcPr>
          <w:p>
            <w:pPr>
              <w:keepNext/>
              <w:jc w:val="center"/>
            </w:pPr>
            <w:r>
              <w:rPr>
                <w:b w:val="0"/>
                <w:sz w:val="20"/>
              </w:rPr>
              <w:t>9</w:t>
            </w:r>
          </w:p>
        </w:tc>
      </w:tr>
      <w:tr>
        <w:trPr>
          <w:cantSplit/>
          <w:trHeight w:val="397"/>
        </w:trPr>
        <w:tc>
          <w:tcPr>
            <w:tcW w:type="dxa" w:w="1134"/>
            <w:vAlign w:val="center"/>
          </w:tcPr>
          <w:p>
            <w:pPr>
              <w:jc w:val="center"/>
            </w:pPr>
            <w:r>
              <w:rPr>
                <w:b w:val="0"/>
                <w:sz w:val="20"/>
              </w:rPr>
              <w:t>Anexo</w:t>
            </w:r>
          </w:p>
        </w:tc>
        <w:tc>
          <w:tcPr>
            <w:tcW w:type="dxa" w:w="7143"/>
            <w:vAlign w:val="center"/>
          </w:tcPr>
          <w:p>
            <w:pPr>
              <w:jc w:val="left"/>
            </w:pPr>
            <w:r>
              <w:rPr>
                <w:b w:val="0"/>
                <w:sz w:val="20"/>
              </w:rPr>
              <w:t>Solucionario para la docente</w:t>
            </w:r>
          </w:p>
        </w:tc>
        <w:tc>
          <w:tcPr>
            <w:tcW w:type="dxa" w:w="1587"/>
            <w:vAlign w:val="center"/>
          </w:tcPr>
          <w:p>
            <w:pPr>
              <w:jc w:val="center"/>
            </w:pPr>
            <w:r>
              <w:rPr>
                <w:b w:val="0"/>
                <w:sz w:val="20"/>
              </w:rPr>
              <w:t>–</w:t>
            </w:r>
          </w:p>
        </w:tc>
      </w:tr>
    </w:tbl>
    <w:p>
      <w:pPr>
        <w:spacing w:after="0" w:line="160" w:lineRule="exact"/>
      </w:pPr>
      <w:r/>
    </w:p>
    <w:p>
      <w:pPr>
        <w:keepNext/>
        <w:spacing w:after="60" w:before="0"/>
        <w:jc w:val="left"/>
      </w:pPr>
      <w:r>
        <w:rPr>
          <w:b/>
          <w:color w:val="1F4E79"/>
          <w:sz w:val="22"/>
        </w:rPr>
        <w:t>Organización de las Agencias "MercadoTEC – Línea Textil"</w:t>
      </w:r>
    </w:p>
    <w:p>
      <w:pPr>
        <w:spacing w:after="80" w:before="0"/>
        <w:jc w:val="both"/>
      </w:pPr>
      <w:r>
        <w:rPr>
          <w:b w:val="0"/>
        </w:rPr>
        <w:t>Cada Agencia está formada por 4 o 5 estudiantes. Los roles rotan en cada sesión para que todos participen según sus fortalezas, incluidos los compañeros con necesidades educativas especiales.</w:t>
      </w:r>
    </w:p>
    <w:tbl>
      <w:tblPr>
        <w:tblStyle w:val="TableGrid"/>
        <w:tblW w:type="auto" w:w="0"/>
        <w:jc w:val="center"/>
        <w:tblLayout w:type="fixed"/>
        <w:tblLook w:firstColumn="1" w:firstRow="1" w:lastColumn="0" w:lastRow="0" w:noHBand="0" w:noVBand="1" w:val="04A0"/>
      </w:tblPr>
      <w:tblGrid>
        <w:gridCol w:w="2268"/>
        <w:gridCol w:w="4762"/>
        <w:gridCol w:w="2835"/>
      </w:tblGrid>
      <w:tr>
        <w:trPr>
          <w:cantSplit/>
          <w:trHeight w:val="482"/>
          <w:tblHeader/>
        </w:trPr>
        <w:tc>
          <w:tcPr>
            <w:tcW w:type="dxa" w:w="2268"/>
            <w:vAlign w:val="center"/>
            <w:shd w:val="clear" w:color="auto" w:fill="DEEAF6"/>
          </w:tcPr>
          <w:p>
            <w:pPr>
              <w:keepNext/>
              <w:jc w:val="center"/>
            </w:pPr>
            <w:r>
              <w:rPr>
                <w:b/>
                <w:sz w:val="19"/>
              </w:rPr>
              <w:t>Rol</w:t>
            </w:r>
          </w:p>
        </w:tc>
        <w:tc>
          <w:tcPr>
            <w:tcW w:type="dxa" w:w="4762"/>
            <w:vAlign w:val="center"/>
            <w:shd w:val="clear" w:color="auto" w:fill="DEEAF6"/>
          </w:tcPr>
          <w:p>
            <w:pPr>
              <w:keepNext/>
              <w:jc w:val="center"/>
            </w:pPr>
            <w:r>
              <w:rPr>
                <w:b/>
                <w:sz w:val="19"/>
              </w:rPr>
              <w:t>Responsabilidad</w:t>
            </w:r>
          </w:p>
        </w:tc>
        <w:tc>
          <w:tcPr>
            <w:tcW w:type="dxa" w:w="2835"/>
            <w:vAlign w:val="center"/>
            <w:shd w:val="clear" w:color="auto" w:fill="DEEAF6"/>
          </w:tcPr>
          <w:p>
            <w:pPr>
              <w:keepNext/>
              <w:jc w:val="center"/>
            </w:pPr>
            <w:r>
              <w:rPr>
                <w:b/>
                <w:sz w:val="19"/>
              </w:rPr>
              <w:t>Nombre del integrante</w:t>
            </w:r>
          </w:p>
        </w:tc>
      </w:tr>
      <w:tr>
        <w:trPr>
          <w:cantSplit/>
          <w:trHeight w:val="482"/>
        </w:trPr>
        <w:tc>
          <w:tcPr>
            <w:tcW w:type="dxa" w:w="2268"/>
            <w:vAlign w:val="center"/>
          </w:tcPr>
          <w:p>
            <w:pPr>
              <w:keepNext/>
              <w:jc w:val="left"/>
            </w:pPr>
            <w:r>
              <w:rPr>
                <w:b w:val="0"/>
                <w:sz w:val="19"/>
              </w:rPr>
              <w:t>Gerente</w:t>
            </w:r>
          </w:p>
        </w:tc>
        <w:tc>
          <w:tcPr>
            <w:tcW w:type="dxa" w:w="4762"/>
            <w:vAlign w:val="center"/>
          </w:tcPr>
          <w:p>
            <w:pPr>
              <w:keepNext/>
              <w:jc w:val="left"/>
            </w:pPr>
            <w:r>
              <w:rPr>
                <w:b w:val="0"/>
                <w:sz w:val="19"/>
              </w:rPr>
              <w:t>Coordina el trabajo, cuida los tiempos y presenta las conclusiones de la Agencia.</w:t>
            </w:r>
          </w:p>
        </w:tc>
        <w:tc>
          <w:tcPr>
            <w:tcW w:type="dxa" w:w="2835"/>
            <w:vAlign w:val="center"/>
          </w:tcPr>
          <w:p>
            <w:pPr>
              <w:keepNext/>
              <w:jc w:val="left"/>
            </w:pPr>
            <w:r>
              <w:rPr>
                <w:b w:val="0"/>
                <w:sz w:val="19"/>
              </w:rPr>
            </w:r>
          </w:p>
        </w:tc>
      </w:tr>
      <w:tr>
        <w:trPr>
          <w:cantSplit/>
          <w:trHeight w:val="482"/>
        </w:trPr>
        <w:tc>
          <w:tcPr>
            <w:tcW w:type="dxa" w:w="2268"/>
            <w:vAlign w:val="center"/>
          </w:tcPr>
          <w:p>
            <w:pPr>
              <w:keepNext/>
              <w:jc w:val="left"/>
            </w:pPr>
            <w:r>
              <w:rPr>
                <w:b w:val="0"/>
                <w:sz w:val="19"/>
              </w:rPr>
              <w:t>Tesorero(a)</w:t>
            </w:r>
          </w:p>
        </w:tc>
        <w:tc>
          <w:tcPr>
            <w:tcW w:type="dxa" w:w="4762"/>
            <w:vAlign w:val="center"/>
          </w:tcPr>
          <w:p>
            <w:pPr>
              <w:keepNext/>
              <w:jc w:val="left"/>
            </w:pPr>
            <w:r>
              <w:rPr>
                <w:b w:val="0"/>
                <w:sz w:val="19"/>
              </w:rPr>
              <w:t>Registra los ingresos, los gastos y las ventas; verifica los cálculos.</w:t>
            </w:r>
          </w:p>
        </w:tc>
        <w:tc>
          <w:tcPr>
            <w:tcW w:type="dxa" w:w="2835"/>
            <w:vAlign w:val="center"/>
          </w:tcPr>
          <w:p>
            <w:pPr>
              <w:keepNext/>
              <w:jc w:val="left"/>
            </w:pPr>
            <w:r>
              <w:rPr>
                <w:b w:val="0"/>
                <w:sz w:val="19"/>
              </w:rPr>
            </w:r>
          </w:p>
        </w:tc>
      </w:tr>
      <w:tr>
        <w:trPr>
          <w:cantSplit/>
          <w:trHeight w:val="482"/>
        </w:trPr>
        <w:tc>
          <w:tcPr>
            <w:tcW w:type="dxa" w:w="2268"/>
            <w:vAlign w:val="center"/>
          </w:tcPr>
          <w:p>
            <w:pPr>
              <w:keepNext/>
              <w:jc w:val="left"/>
            </w:pPr>
            <w:r>
              <w:rPr>
                <w:b w:val="0"/>
                <w:sz w:val="19"/>
              </w:rPr>
              <w:t>Jefe(a) de producción</w:t>
            </w:r>
          </w:p>
        </w:tc>
        <w:tc>
          <w:tcPr>
            <w:tcW w:type="dxa" w:w="4762"/>
            <w:vAlign w:val="center"/>
          </w:tcPr>
          <w:p>
            <w:pPr>
              <w:keepNext/>
              <w:jc w:val="left"/>
            </w:pPr>
            <w:r>
              <w:rPr>
                <w:b w:val="0"/>
                <w:sz w:val="19"/>
              </w:rPr>
              <w:t>Organiza el trazo, el corte y la confección; controla la merma y la calidad.</w:t>
            </w:r>
          </w:p>
        </w:tc>
        <w:tc>
          <w:tcPr>
            <w:tcW w:type="dxa" w:w="2835"/>
            <w:vAlign w:val="center"/>
          </w:tcPr>
          <w:p>
            <w:pPr>
              <w:keepNext/>
              <w:jc w:val="left"/>
            </w:pPr>
            <w:r>
              <w:rPr>
                <w:b w:val="0"/>
                <w:sz w:val="19"/>
              </w:rPr>
            </w:r>
          </w:p>
        </w:tc>
      </w:tr>
      <w:tr>
        <w:trPr>
          <w:cantSplit/>
          <w:trHeight w:val="482"/>
        </w:trPr>
        <w:tc>
          <w:tcPr>
            <w:tcW w:type="dxa" w:w="2268"/>
            <w:vAlign w:val="center"/>
          </w:tcPr>
          <w:p>
            <w:pPr>
              <w:keepNext/>
              <w:jc w:val="left"/>
            </w:pPr>
            <w:r>
              <w:rPr>
                <w:b w:val="0"/>
                <w:sz w:val="19"/>
              </w:rPr>
              <w:t>Diseñador(a)</w:t>
            </w:r>
          </w:p>
        </w:tc>
        <w:tc>
          <w:tcPr>
            <w:tcW w:type="dxa" w:w="4762"/>
            <w:vAlign w:val="center"/>
          </w:tcPr>
          <w:p>
            <w:pPr>
              <w:keepNext/>
              <w:jc w:val="left"/>
            </w:pPr>
            <w:r>
              <w:rPr>
                <w:b w:val="0"/>
                <w:sz w:val="19"/>
              </w:rPr>
              <w:t>Elabora el boceto, la personalización y el catálogo del producto.</w:t>
            </w:r>
          </w:p>
        </w:tc>
        <w:tc>
          <w:tcPr>
            <w:tcW w:type="dxa" w:w="2835"/>
            <w:vAlign w:val="center"/>
          </w:tcPr>
          <w:p>
            <w:pPr>
              <w:keepNext/>
              <w:jc w:val="left"/>
            </w:pPr>
            <w:r>
              <w:rPr>
                <w:b w:val="0"/>
                <w:sz w:val="19"/>
              </w:rPr>
            </w:r>
          </w:p>
        </w:tc>
      </w:tr>
      <w:tr>
        <w:trPr>
          <w:cantSplit/>
          <w:trHeight w:val="482"/>
        </w:trPr>
        <w:tc>
          <w:tcPr>
            <w:tcW w:type="dxa" w:w="2268"/>
            <w:vAlign w:val="center"/>
          </w:tcPr>
          <w:p>
            <w:pPr>
              <w:jc w:val="left"/>
            </w:pPr>
            <w:r>
              <w:rPr>
                <w:b w:val="0"/>
                <w:sz w:val="19"/>
              </w:rPr>
              <w:t>Responsable de seguridad</w:t>
            </w:r>
          </w:p>
        </w:tc>
        <w:tc>
          <w:tcPr>
            <w:tcW w:type="dxa" w:w="4762"/>
            <w:vAlign w:val="center"/>
          </w:tcPr>
          <w:p>
            <w:pPr>
              <w:jc w:val="left"/>
            </w:pPr>
            <w:r>
              <w:rPr>
                <w:b w:val="0"/>
                <w:sz w:val="19"/>
              </w:rPr>
              <w:t>Verifica el cumplimiento de las normas de seguridad y el orden del taller.</w:t>
            </w:r>
          </w:p>
        </w:tc>
        <w:tc>
          <w:tcPr>
            <w:tcW w:type="dxa" w:w="2835"/>
            <w:vAlign w:val="center"/>
          </w:tcPr>
          <w:p>
            <w:pPr>
              <w:jc w:val="left"/>
            </w:pPr>
            <w:r>
              <w:rPr>
                <w:b w:val="0"/>
                <w:sz w:val="19"/>
              </w:rPr>
            </w:r>
          </w:p>
        </w:tc>
      </w:tr>
    </w:tbl>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865"/>
      </w:tblGrid>
      <w:tr>
        <w:tc>
          <w:tcPr>
            <w:tcW w:type="dxa" w:w="9865"/>
            <w:shd w:val="clear" w:color="auto" w:fill="1F4E79"/>
          </w:tcPr>
          <w:p>
            <w:pPr>
              <w:spacing w:before="60" w:after="60"/>
              <w:jc w:val="center"/>
            </w:pPr>
            <w:r>
              <w:rPr>
                <w:b/>
                <w:color w:val="FFFFFF"/>
                <w:sz w:val="32"/>
              </w:rPr>
              <w:t>FICHA DE TRABAJO N° 01</w:t>
            </w:r>
          </w:p>
        </w:tc>
      </w:tr>
      <w:tr>
        <w:tc>
          <w:tcPr>
            <w:tcW w:type="dxa" w:w="9865"/>
            <w:shd w:val="clear" w:color="auto" w:fill="DEEAF6"/>
          </w:tcPr>
          <w:p>
            <w:pPr>
              <w:spacing w:before="60" w:after="60"/>
              <w:jc w:val="center"/>
            </w:pPr>
            <w:r>
              <w:rPr>
                <w:b/>
                <w:color w:val="1F4E79"/>
                <w:sz w:val="24"/>
              </w:rPr>
              <w:t>Conocemos el caso y organizamos la información</w:t>
            </w:r>
          </w:p>
        </w:tc>
      </w:tr>
    </w:tbl>
    <w:p>
      <w:pPr>
        <w:spacing w:after="0" w:line="100" w:lineRule="exact"/>
      </w:pPr>
      <w:r/>
    </w:p>
    <w:tbl>
      <w:tblPr>
        <w:tblStyle w:val="TableGrid"/>
        <w:tblW w:type="auto" w:w="0"/>
        <w:jc w:val="center"/>
        <w:tblLayout w:type="fixed"/>
        <w:tblLook w:firstColumn="1" w:firstRow="1" w:lastColumn="0" w:lastRow="0" w:noHBand="0" w:noVBand="1" w:val="04A0"/>
      </w:tblPr>
      <w:tblGrid>
        <w:gridCol w:w="1871"/>
        <w:gridCol w:w="4309"/>
        <w:gridCol w:w="1077"/>
        <w:gridCol w:w="2608"/>
      </w:tblGrid>
      <w:tr>
        <w:trPr>
          <w:cantSplit/>
          <w:trHeight w:val="351"/>
        </w:trPr>
        <w:tc>
          <w:tcPr>
            <w:tcW w:type="dxa" w:w="1871"/>
            <w:vAlign w:val="center"/>
            <w:shd w:val="clear" w:color="auto" w:fill="F2F2F2"/>
          </w:tcPr>
          <w:p>
            <w:pPr>
              <w:keepNext/>
              <w:jc w:val="left"/>
            </w:pPr>
            <w:r>
              <w:rPr>
                <w:b/>
                <w:sz w:val="19"/>
              </w:rPr>
              <w:t xml:space="preserve">Estudiante: </w:t>
            </w:r>
          </w:p>
        </w:tc>
        <w:tc>
          <w:tcPr>
            <w:tcW w:type="dxa" w:w="7994"/>
            <w:gridSpan w:val="3"/>
            <w:vAlign w:val="center"/>
          </w:tcPr>
          <w:p>
            <w:pPr>
              <w:keepNext/>
              <w:jc w:val="left"/>
            </w:pPr>
            <w:r>
              <w:rPr>
                <w:b w:val="0"/>
                <w:sz w:val="19"/>
              </w:rPr>
            </w:r>
          </w:p>
        </w:tc>
      </w:tr>
      <w:tr>
        <w:trPr>
          <w:cantSplit/>
          <w:trHeight w:val="351"/>
        </w:trPr>
        <w:tc>
          <w:tcPr>
            <w:tcW w:type="dxa" w:w="1871"/>
            <w:vAlign w:val="center"/>
            <w:shd w:val="clear" w:color="auto" w:fill="F2F2F2"/>
          </w:tcPr>
          <w:p>
            <w:pPr>
              <w:keepNext/>
              <w:jc w:val="left"/>
            </w:pPr>
            <w:r>
              <w:rPr>
                <w:b/>
                <w:sz w:val="19"/>
              </w:rPr>
              <w:t xml:space="preserve">Agencia: </w:t>
            </w:r>
          </w:p>
        </w:tc>
        <w:tc>
          <w:tcPr>
            <w:tcW w:type="dxa" w:w="4309"/>
            <w:vAlign w:val="center"/>
          </w:tcPr>
          <w:p>
            <w:pPr>
              <w:keepNext/>
              <w:jc w:val="left"/>
            </w:pPr>
            <w:r>
              <w:rPr>
                <w:b w:val="0"/>
                <w:sz w:val="19"/>
              </w:rPr>
            </w:r>
          </w:p>
        </w:tc>
        <w:tc>
          <w:tcPr>
            <w:tcW w:type="dxa" w:w="1077"/>
            <w:vAlign w:val="center"/>
            <w:shd w:val="clear" w:color="auto" w:fill="F2F2F2"/>
          </w:tcPr>
          <w:p>
            <w:pPr>
              <w:keepNext/>
              <w:jc w:val="left"/>
            </w:pPr>
            <w:r>
              <w:rPr>
                <w:b/>
                <w:sz w:val="19"/>
              </w:rPr>
              <w:t xml:space="preserve">Fecha: </w:t>
            </w:r>
          </w:p>
        </w:tc>
        <w:tc>
          <w:tcPr>
            <w:tcW w:type="dxa" w:w="2608"/>
            <w:vAlign w:val="center"/>
          </w:tcPr>
          <w:p>
            <w:pPr>
              <w:keepNext/>
              <w:jc w:val="left"/>
            </w:pPr>
            <w:r>
              <w:rPr>
                <w:b w:val="0"/>
                <w:sz w:val="19"/>
              </w:rPr>
            </w:r>
          </w:p>
        </w:tc>
      </w:tr>
      <w:tr>
        <w:trPr>
          <w:cantSplit/>
          <w:trHeight w:val="351"/>
        </w:trPr>
        <w:tc>
          <w:tcPr>
            <w:tcW w:type="dxa" w:w="1871"/>
            <w:vAlign w:val="center"/>
            <w:shd w:val="clear" w:color="auto" w:fill="F2F2F2"/>
          </w:tcPr>
          <w:p>
            <w:pPr>
              <w:jc w:val="left"/>
            </w:pPr>
            <w:r>
              <w:rPr>
                <w:b/>
                <w:sz w:val="19"/>
              </w:rPr>
              <w:t xml:space="preserve">Grado y sección: </w:t>
            </w:r>
          </w:p>
        </w:tc>
        <w:tc>
          <w:tcPr>
            <w:tcW w:type="dxa" w:w="4309"/>
            <w:vAlign w:val="center"/>
          </w:tcPr>
          <w:p>
            <w:pPr>
              <w:jc w:val="left"/>
            </w:pPr>
            <w:r>
              <w:rPr>
                <w:b w:val="0"/>
                <w:sz w:val="19"/>
              </w:rPr>
              <w:t>3° “______”</w:t>
            </w:r>
          </w:p>
        </w:tc>
        <w:tc>
          <w:tcPr>
            <w:tcW w:type="dxa" w:w="1077"/>
            <w:vAlign w:val="center"/>
            <w:shd w:val="clear" w:color="auto" w:fill="F2F2F2"/>
          </w:tcPr>
          <w:p>
            <w:pPr>
              <w:jc w:val="left"/>
            </w:pPr>
            <w:r>
              <w:rPr>
                <w:b/>
                <w:sz w:val="19"/>
              </w:rPr>
              <w:t xml:space="preserve">Sesión: </w:t>
            </w:r>
          </w:p>
        </w:tc>
        <w:tc>
          <w:tcPr>
            <w:tcW w:type="dxa" w:w="2608"/>
            <w:vAlign w:val="center"/>
          </w:tcPr>
          <w:p>
            <w:pPr>
              <w:jc w:val="left"/>
            </w:pPr>
            <w:r>
              <w:rPr>
                <w:b w:val="0"/>
                <w:sz w:val="19"/>
              </w:rPr>
              <w:t>N° 01  ·  Momento 1 de la bitácora</w:t>
            </w:r>
          </w:p>
        </w:tc>
      </w:tr>
    </w:tbl>
    <w:p>
      <w:pPr>
        <w:spacing w:after="0" w:line="100" w:lineRule="exact"/>
      </w:pPr>
      <w:r/>
    </w:p>
    <w:tbl>
      <w:tblPr>
        <w:tblW w:type="auto" w:w="0"/>
        <w:jc w:val="center"/>
        <w:tblLayout w:type="fixed"/>
        <w:tblLook w:firstColumn="1" w:firstRow="1" w:lastColumn="0" w:lastRow="0" w:noHBand="0" w:noVBand="1" w:val="04A0"/>
        <w:tblBorders>
          <w:top w:val="single" w:sz="4" w:space="0" w:color="1F4E79"/>
          <w:left w:val="single" w:sz="4" w:space="0" w:color="1F4E79"/>
          <w:bottom w:val="single" w:sz="4" w:space="0" w:color="1F4E79"/>
          <w:right w:val="single" w:sz="4" w:space="0" w:color="1F4E79"/>
          <w:insideH w:val="nil"/>
          <w:insideV w:val="nil"/>
        </w:tblBorders>
      </w:tblPr>
      <w:tblGrid>
        <w:gridCol w:w="9865"/>
      </w:tblGrid>
      <w:tr>
        <w:tc>
          <w:tcPr>
            <w:tcW w:type="dxa" w:w="9865"/>
            <w:shd w:val="clear" w:color="auto" w:fill="FFF2CC"/>
          </w:tcPr>
          <w:p>
            <w:pPr>
              <w:spacing w:after="40"/>
              <w:jc w:val="both"/>
            </w:pPr>
            <w:r>
              <w:rPr>
                <w:b/>
                <w:sz w:val="20"/>
              </w:rPr>
              <w:t xml:space="preserve">Propósito: </w:t>
            </w:r>
            <w:r>
              <w:rPr>
                <w:b w:val="0"/>
                <w:sz w:val="20"/>
              </w:rPr>
              <w:t>Analizar el caso "El emprendimiento textil de Camila", identificar su meta financiera y organizar sus ingresos, ahorros y costos.</w:t>
            </w:r>
          </w:p>
        </w:tc>
      </w:tr>
    </w:tbl>
    <w:p>
      <w:pPr>
        <w:spacing w:after="0" w:line="100" w:lineRule="exact"/>
      </w:pPr>
      <w:r/>
    </w:p>
    <w:p>
      <w:pPr>
        <w:keepNext/>
        <w:spacing w:after="80" w:before="0"/>
        <w:jc w:val="center"/>
      </w:pPr>
      <w:r>
        <w:rPr>
          <w:b/>
          <w:color w:val="1F4E79"/>
        </w:rPr>
        <w:t>SITUACIÓN: "EL EMPRENDIMIENTO TEXTIL DE CAMILA"</w:t>
      </w:r>
    </w:p>
    <w:p>
      <w:pPr>
        <w:spacing w:after="80" w:before="0"/>
        <w:jc w:val="both"/>
      </w:pPr>
      <w:r>
        <w:rPr>
          <w:b w:val="0"/>
        </w:rPr>
        <w:t>Camila tiene 15 años y estudia el tercer grado de secundaria en San Juan de Lurigancho. Su mamá trabaja como costurera en un taller del Emporio Comercial de Gamarra y, desde pequeña, Camila la ha visto trazar, cortar y coser prendas. En el área de EPT – Industria del Vestido aprendió a confeccionar bolsos de tela y se dio cuenta de que en su barrio todavía se usan muchas bolsas plásticas.</w:t>
      </w:r>
    </w:p>
    <w:p>
      <w:pPr>
        <w:spacing w:after="80" w:before="0"/>
        <w:jc w:val="both"/>
      </w:pPr>
      <w:r>
        <w:rPr>
          <w:b w:val="0"/>
        </w:rPr>
        <w:t>Camila decidió confeccionar 30 bolsos ecológicos de lona para venderlos en la Feria MercadoTEC del colegio. Su meta es ahorrar la ganancia para comprarse, más adelante, una máquina de coser usada que cuesta S/ 450 y así poder producir desde su casa.</w:t>
      </w:r>
    </w:p>
    <w:p>
      <w:pPr>
        <w:spacing w:after="80" w:before="0"/>
        <w:jc w:val="both"/>
      </w:pPr>
      <w:r>
        <w:rPr>
          <w:b w:val="0"/>
        </w:rPr>
        <w:t>Para cada bolso necesita 0,5 m de lona (el metro cuesta S/ 8), hilo (S/ 0,50), cinta para reforzar las asas (S/ 1,00), vinil textil para personalizarlo (S/ 1,50) y una etiqueta (S/ 0,30). Además, tiene gastos que no cambian aunque haga más o menos bolsos: el alquiler de una máquina de coser durante el mes (S/ 30), el pasaje para comprar los materiales en Gamarra (S/ 10) y el papel kraft y la tiza para los moldes (S/ 5).</w:t>
      </w:r>
    </w:p>
    <w:p>
      <w:pPr>
        <w:spacing w:after="80" w:before="0"/>
        <w:jc w:val="both"/>
      </w:pPr>
      <w:r>
        <w:rPr>
          <w:b w:val="0"/>
        </w:rPr>
        <w:t>Camila tiene S/ 120 ahorrados en una alcancía y recibe una propina de S/ 15 a la semana. Faltan 4 semanas para la feria y ha pensado vender cada bolso a S/ 15. Un vecino le dijo: "No te preocupes, te presto S/ 150 hoy mismo, sin papeles, y me devuelves S/ 180 en cuotas diarias durante un mes". Camila no sabe qué hacer: ¿debe aceptar el préstamo, producir menos bolsos o buscar otra forma de financiarse?</w:t>
      </w:r>
    </w:p>
    <w:p>
      <w:pPr>
        <w:keepNext/>
        <w:spacing w:after="40" w:before="120"/>
        <w:jc w:val="left"/>
      </w:pPr>
      <w:r>
        <w:rPr>
          <w:b/>
          <w:color w:val="1F4E79"/>
          <w:sz w:val="22"/>
        </w:rPr>
        <w:t xml:space="preserve">ACTIVIDAD 1: </w:t>
      </w:r>
      <w:r>
        <w:rPr>
          <w:b/>
          <w:color w:val="1F4E79"/>
          <w:sz w:val="22"/>
        </w:rPr>
        <w:t>IDENTIFICO LOS DATOS DEL CASO</w:t>
      </w:r>
    </w:p>
    <w:p>
      <w:pPr>
        <w:keepNext/>
        <w:spacing w:after="80" w:before="0"/>
        <w:jc w:val="both"/>
      </w:pPr>
      <w:r>
        <w:rPr>
          <w:b w:val="0"/>
        </w:rPr>
        <w:t>Lee el caso, subraya los datos importantes y completa la tabla.</w:t>
      </w:r>
    </w:p>
    <w:tbl>
      <w:tblPr>
        <w:tblStyle w:val="TableGrid"/>
        <w:tblW w:type="auto" w:w="0"/>
        <w:jc w:val="center"/>
        <w:tblLayout w:type="fixed"/>
        <w:tblLook w:firstColumn="1" w:firstRow="1" w:lastColumn="0" w:lastRow="0" w:noHBand="0" w:noVBand="1" w:val="04A0"/>
      </w:tblPr>
      <w:tblGrid>
        <w:gridCol w:w="4195"/>
        <w:gridCol w:w="5669"/>
      </w:tblGrid>
      <w:tr>
        <w:trPr>
          <w:cantSplit/>
          <w:trHeight w:val="351"/>
          <w:tblHeader/>
        </w:trPr>
        <w:tc>
          <w:tcPr>
            <w:tcW w:type="dxa" w:w="4195"/>
            <w:vAlign w:val="center"/>
            <w:shd w:val="clear" w:color="auto" w:fill="DEEAF6"/>
          </w:tcPr>
          <w:p>
            <w:pPr>
              <w:keepNext/>
              <w:jc w:val="center"/>
            </w:pPr>
            <w:r>
              <w:rPr>
                <w:b/>
                <w:sz w:val="19"/>
              </w:rPr>
              <w:t>Aspecto</w:t>
            </w:r>
          </w:p>
        </w:tc>
        <w:tc>
          <w:tcPr>
            <w:tcW w:type="dxa" w:w="5669"/>
            <w:vAlign w:val="center"/>
            <w:shd w:val="clear" w:color="auto" w:fill="DEEAF6"/>
          </w:tcPr>
          <w:p>
            <w:pPr>
              <w:keepNext/>
              <w:jc w:val="center"/>
            </w:pPr>
            <w:r>
              <w:rPr>
                <w:b/>
                <w:sz w:val="19"/>
              </w:rPr>
              <w:t>Información</w:t>
            </w:r>
          </w:p>
        </w:tc>
      </w:tr>
      <w:tr>
        <w:trPr>
          <w:cantSplit/>
          <w:trHeight w:val="351"/>
        </w:trPr>
        <w:tc>
          <w:tcPr>
            <w:tcW w:type="dxa" w:w="4195"/>
            <w:vAlign w:val="center"/>
            <w:shd w:val="clear" w:color="auto" w:fill="F2F2F2"/>
          </w:tcPr>
          <w:p>
            <w:pPr>
              <w:keepNext/>
              <w:jc w:val="left"/>
            </w:pPr>
            <w:r>
              <w:rPr>
                <w:b w:val="0"/>
                <w:sz w:val="19"/>
              </w:rPr>
              <w:t>Meta financiera de Camila</w:t>
            </w:r>
          </w:p>
        </w:tc>
        <w:tc>
          <w:tcPr>
            <w:tcW w:type="dxa" w:w="5669"/>
            <w:vAlign w:val="center"/>
          </w:tcPr>
          <w:p>
            <w:pPr>
              <w:keepNext/>
              <w:jc w:val="left"/>
            </w:pPr>
            <w:r>
              <w:rPr>
                <w:b w:val="0"/>
                <w:sz w:val="19"/>
              </w:rPr>
            </w:r>
          </w:p>
        </w:tc>
      </w:tr>
      <w:tr>
        <w:trPr>
          <w:cantSplit/>
          <w:trHeight w:val="351"/>
        </w:trPr>
        <w:tc>
          <w:tcPr>
            <w:tcW w:type="dxa" w:w="4195"/>
            <w:vAlign w:val="center"/>
            <w:shd w:val="clear" w:color="auto" w:fill="F2F2F2"/>
          </w:tcPr>
          <w:p>
            <w:pPr>
              <w:keepNext/>
              <w:jc w:val="left"/>
            </w:pPr>
            <w:r>
              <w:rPr>
                <w:b w:val="0"/>
                <w:sz w:val="19"/>
              </w:rPr>
              <w:t>Costo de la meta</w:t>
            </w:r>
          </w:p>
        </w:tc>
        <w:tc>
          <w:tcPr>
            <w:tcW w:type="dxa" w:w="5669"/>
            <w:vAlign w:val="center"/>
          </w:tcPr>
          <w:p>
            <w:pPr>
              <w:keepNext/>
              <w:jc w:val="left"/>
            </w:pPr>
            <w:r>
              <w:rPr>
                <w:b w:val="0"/>
                <w:sz w:val="19"/>
              </w:rPr>
              <w:t>S/</w:t>
            </w:r>
          </w:p>
        </w:tc>
      </w:tr>
      <w:tr>
        <w:trPr>
          <w:cantSplit/>
          <w:trHeight w:val="351"/>
        </w:trPr>
        <w:tc>
          <w:tcPr>
            <w:tcW w:type="dxa" w:w="4195"/>
            <w:vAlign w:val="center"/>
            <w:shd w:val="clear" w:color="auto" w:fill="F2F2F2"/>
          </w:tcPr>
          <w:p>
            <w:pPr>
              <w:keepNext/>
              <w:jc w:val="left"/>
            </w:pPr>
            <w:r>
              <w:rPr>
                <w:b w:val="0"/>
                <w:sz w:val="19"/>
              </w:rPr>
              <w:t>Cantidad de bolsos que planea confeccionar</w:t>
            </w:r>
          </w:p>
        </w:tc>
        <w:tc>
          <w:tcPr>
            <w:tcW w:type="dxa" w:w="5669"/>
            <w:vAlign w:val="center"/>
          </w:tcPr>
          <w:p>
            <w:pPr>
              <w:keepNext/>
              <w:jc w:val="left"/>
            </w:pPr>
            <w:r>
              <w:rPr>
                <w:b w:val="0"/>
                <w:sz w:val="19"/>
              </w:rPr>
            </w:r>
          </w:p>
        </w:tc>
      </w:tr>
      <w:tr>
        <w:trPr>
          <w:cantSplit/>
          <w:trHeight w:val="351"/>
        </w:trPr>
        <w:tc>
          <w:tcPr>
            <w:tcW w:type="dxa" w:w="4195"/>
            <w:vAlign w:val="center"/>
            <w:shd w:val="clear" w:color="auto" w:fill="F2F2F2"/>
          </w:tcPr>
          <w:p>
            <w:pPr>
              <w:keepNext/>
              <w:jc w:val="left"/>
            </w:pPr>
            <w:r>
              <w:rPr>
                <w:b w:val="0"/>
                <w:sz w:val="19"/>
              </w:rPr>
              <w:t>Ahorro actual</w:t>
            </w:r>
          </w:p>
        </w:tc>
        <w:tc>
          <w:tcPr>
            <w:tcW w:type="dxa" w:w="5669"/>
            <w:vAlign w:val="center"/>
          </w:tcPr>
          <w:p>
            <w:pPr>
              <w:keepNext/>
              <w:jc w:val="left"/>
            </w:pPr>
            <w:r>
              <w:rPr>
                <w:b w:val="0"/>
                <w:sz w:val="19"/>
              </w:rPr>
              <w:t>S/</w:t>
            </w:r>
          </w:p>
        </w:tc>
      </w:tr>
      <w:tr>
        <w:trPr>
          <w:cantSplit/>
          <w:trHeight w:val="351"/>
        </w:trPr>
        <w:tc>
          <w:tcPr>
            <w:tcW w:type="dxa" w:w="4195"/>
            <w:vAlign w:val="center"/>
            <w:shd w:val="clear" w:color="auto" w:fill="F2F2F2"/>
          </w:tcPr>
          <w:p>
            <w:pPr>
              <w:keepNext/>
              <w:jc w:val="left"/>
            </w:pPr>
            <w:r>
              <w:rPr>
                <w:b w:val="0"/>
                <w:sz w:val="19"/>
              </w:rPr>
              <w:t>Propina semanal</w:t>
            </w:r>
          </w:p>
        </w:tc>
        <w:tc>
          <w:tcPr>
            <w:tcW w:type="dxa" w:w="5669"/>
            <w:vAlign w:val="center"/>
          </w:tcPr>
          <w:p>
            <w:pPr>
              <w:keepNext/>
              <w:jc w:val="left"/>
            </w:pPr>
            <w:r>
              <w:rPr>
                <w:b w:val="0"/>
                <w:sz w:val="19"/>
              </w:rPr>
              <w:t>S/</w:t>
            </w:r>
          </w:p>
        </w:tc>
      </w:tr>
      <w:tr>
        <w:trPr>
          <w:cantSplit/>
          <w:trHeight w:val="351"/>
        </w:trPr>
        <w:tc>
          <w:tcPr>
            <w:tcW w:type="dxa" w:w="4195"/>
            <w:vAlign w:val="center"/>
            <w:shd w:val="clear" w:color="auto" w:fill="F2F2F2"/>
          </w:tcPr>
          <w:p>
            <w:pPr>
              <w:keepNext/>
              <w:jc w:val="left"/>
            </w:pPr>
            <w:r>
              <w:rPr>
                <w:b w:val="0"/>
                <w:sz w:val="19"/>
              </w:rPr>
              <w:t>Semanas que faltan para la feria</w:t>
            </w:r>
          </w:p>
        </w:tc>
        <w:tc>
          <w:tcPr>
            <w:tcW w:type="dxa" w:w="5669"/>
            <w:vAlign w:val="center"/>
          </w:tcPr>
          <w:p>
            <w:pPr>
              <w:keepNext/>
              <w:jc w:val="left"/>
            </w:pPr>
            <w:r>
              <w:rPr>
                <w:b w:val="0"/>
                <w:sz w:val="19"/>
              </w:rPr>
            </w:r>
          </w:p>
        </w:tc>
      </w:tr>
      <w:tr>
        <w:trPr>
          <w:cantSplit/>
          <w:trHeight w:val="351"/>
        </w:trPr>
        <w:tc>
          <w:tcPr>
            <w:tcW w:type="dxa" w:w="4195"/>
            <w:vAlign w:val="center"/>
            <w:shd w:val="clear" w:color="auto" w:fill="F2F2F2"/>
          </w:tcPr>
          <w:p>
            <w:pPr>
              <w:keepNext/>
              <w:jc w:val="left"/>
            </w:pPr>
            <w:r>
              <w:rPr>
                <w:b w:val="0"/>
                <w:sz w:val="19"/>
              </w:rPr>
              <w:t>Costo de materiales por cada bolso</w:t>
            </w:r>
          </w:p>
        </w:tc>
        <w:tc>
          <w:tcPr>
            <w:tcW w:type="dxa" w:w="5669"/>
            <w:vAlign w:val="center"/>
          </w:tcPr>
          <w:p>
            <w:pPr>
              <w:keepNext/>
              <w:jc w:val="left"/>
            </w:pPr>
            <w:r>
              <w:rPr>
                <w:b w:val="0"/>
                <w:sz w:val="19"/>
              </w:rPr>
              <w:t>S/</w:t>
            </w:r>
          </w:p>
        </w:tc>
      </w:tr>
      <w:tr>
        <w:trPr>
          <w:cantSplit/>
          <w:trHeight w:val="351"/>
        </w:trPr>
        <w:tc>
          <w:tcPr>
            <w:tcW w:type="dxa" w:w="4195"/>
            <w:vAlign w:val="center"/>
            <w:shd w:val="clear" w:color="auto" w:fill="F2F2F2"/>
          </w:tcPr>
          <w:p>
            <w:pPr>
              <w:keepNext/>
              <w:jc w:val="left"/>
            </w:pPr>
            <w:r>
              <w:rPr>
                <w:b w:val="0"/>
                <w:sz w:val="19"/>
              </w:rPr>
              <w:t>Gastos que no cambian (máquina, pasaje, moldes)</w:t>
            </w:r>
          </w:p>
        </w:tc>
        <w:tc>
          <w:tcPr>
            <w:tcW w:type="dxa" w:w="5669"/>
            <w:vAlign w:val="center"/>
          </w:tcPr>
          <w:p>
            <w:pPr>
              <w:keepNext/>
              <w:jc w:val="left"/>
            </w:pPr>
            <w:r>
              <w:rPr>
                <w:b w:val="0"/>
                <w:sz w:val="19"/>
              </w:rPr>
              <w:t>S/</w:t>
            </w:r>
          </w:p>
        </w:tc>
      </w:tr>
      <w:tr>
        <w:trPr>
          <w:cantSplit/>
          <w:trHeight w:val="351"/>
        </w:trPr>
        <w:tc>
          <w:tcPr>
            <w:tcW w:type="dxa" w:w="4195"/>
            <w:vAlign w:val="center"/>
            <w:shd w:val="clear" w:color="auto" w:fill="F2F2F2"/>
          </w:tcPr>
          <w:p>
            <w:pPr>
              <w:keepNext/>
              <w:jc w:val="left"/>
            </w:pPr>
            <w:r>
              <w:rPr>
                <w:b w:val="0"/>
                <w:sz w:val="19"/>
              </w:rPr>
              <w:t>Precio de venta que pensó Camila</w:t>
            </w:r>
          </w:p>
        </w:tc>
        <w:tc>
          <w:tcPr>
            <w:tcW w:type="dxa" w:w="5669"/>
            <w:vAlign w:val="center"/>
          </w:tcPr>
          <w:p>
            <w:pPr>
              <w:keepNext/>
              <w:jc w:val="left"/>
            </w:pPr>
            <w:r>
              <w:rPr>
                <w:b w:val="0"/>
                <w:sz w:val="19"/>
              </w:rPr>
              <w:t>S/</w:t>
            </w:r>
          </w:p>
        </w:tc>
      </w:tr>
      <w:tr>
        <w:trPr>
          <w:cantSplit/>
          <w:trHeight w:val="351"/>
        </w:trPr>
        <w:tc>
          <w:tcPr>
            <w:tcW w:type="dxa" w:w="4195"/>
            <w:vAlign w:val="center"/>
            <w:shd w:val="clear" w:color="auto" w:fill="F2F2F2"/>
          </w:tcPr>
          <w:p>
            <w:pPr>
              <w:keepNext/>
              <w:jc w:val="left"/>
            </w:pPr>
            <w:r>
              <w:rPr>
                <w:b w:val="0"/>
                <w:sz w:val="19"/>
              </w:rPr>
              <w:t>Oferta del vecino (cuánto presta y cuánto se devuelve)</w:t>
            </w:r>
          </w:p>
        </w:tc>
        <w:tc>
          <w:tcPr>
            <w:tcW w:type="dxa" w:w="5669"/>
            <w:vAlign w:val="center"/>
          </w:tcPr>
          <w:p>
            <w:pPr>
              <w:keepNext/>
              <w:jc w:val="left"/>
            </w:pPr>
            <w:r>
              <w:rPr>
                <w:b w:val="0"/>
                <w:sz w:val="19"/>
              </w:rPr>
            </w:r>
          </w:p>
        </w:tc>
      </w:tr>
      <w:tr>
        <w:trPr>
          <w:cantSplit/>
          <w:trHeight w:val="351"/>
        </w:trPr>
        <w:tc>
          <w:tcPr>
            <w:tcW w:type="dxa" w:w="4195"/>
            <w:vAlign w:val="center"/>
            <w:shd w:val="clear" w:color="auto" w:fill="F2F2F2"/>
          </w:tcPr>
          <w:p>
            <w:pPr>
              <w:jc w:val="left"/>
            </w:pPr>
            <w:r>
              <w:rPr>
                <w:b w:val="0"/>
                <w:sz w:val="19"/>
              </w:rPr>
              <w:t>Riesgo principal que enfrenta Camila</w:t>
            </w:r>
          </w:p>
        </w:tc>
        <w:tc>
          <w:tcPr>
            <w:tcW w:type="dxa" w:w="5669"/>
            <w:vAlign w:val="center"/>
          </w:tcPr>
          <w:p>
            <w:pPr>
              <w:jc w:val="left"/>
            </w:pPr>
            <w:r>
              <w:rPr>
                <w:b w:val="0"/>
                <w:sz w:val="19"/>
              </w:rPr>
            </w:r>
          </w:p>
        </w:tc>
      </w:tr>
    </w:tbl>
    <w:p>
      <w:pPr>
        <w:keepNext/>
        <w:spacing w:after="40" w:before="120"/>
        <w:jc w:val="left"/>
      </w:pPr>
      <w:r>
        <w:rPr>
          <w:b/>
          <w:color w:val="1F4E79"/>
          <w:sz w:val="22"/>
        </w:rPr>
        <w:t xml:space="preserve">ACTIVIDAD 2: </w:t>
      </w:r>
      <w:r>
        <w:rPr>
          <w:b/>
          <w:color w:val="1F4E79"/>
          <w:sz w:val="22"/>
        </w:rPr>
        <w:t>ORGANIZO EL DINERO DISPONIBLE Y EL DINERO NECESARIO</w:t>
      </w:r>
    </w:p>
    <w:tbl>
      <w:tblPr>
        <w:tblStyle w:val="TableGrid"/>
        <w:tblW w:type="auto" w:w="0"/>
        <w:jc w:val="center"/>
        <w:tblLayout w:type="fixed"/>
        <w:tblLook w:firstColumn="1" w:firstRow="1" w:lastColumn="0" w:lastRow="0" w:noHBand="0" w:noVBand="1" w:val="04A0"/>
      </w:tblPr>
      <w:tblGrid>
        <w:gridCol w:w="3175"/>
        <w:gridCol w:w="1757"/>
        <w:gridCol w:w="3175"/>
        <w:gridCol w:w="1757"/>
      </w:tblGrid>
      <w:tr>
        <w:trPr>
          <w:cantSplit/>
          <w:trHeight w:val="397"/>
          <w:tblHeader/>
        </w:trPr>
        <w:tc>
          <w:tcPr>
            <w:tcW w:type="dxa" w:w="3175"/>
            <w:vAlign w:val="center"/>
            <w:shd w:val="clear" w:color="auto" w:fill="DEEAF6"/>
          </w:tcPr>
          <w:p>
            <w:pPr>
              <w:keepNext/>
              <w:jc w:val="center"/>
            </w:pPr>
            <w:r>
              <w:rPr>
                <w:b/>
                <w:sz w:val="19"/>
              </w:rPr>
              <w:t>DINERO DISPONIBLE ANTES DE LA FERIA</w:t>
            </w:r>
          </w:p>
        </w:tc>
        <w:tc>
          <w:tcPr>
            <w:tcW w:type="dxa" w:w="1757"/>
            <w:vAlign w:val="center"/>
            <w:shd w:val="clear" w:color="auto" w:fill="DEEAF6"/>
          </w:tcPr>
          <w:p>
            <w:pPr>
              <w:keepNext/>
              <w:jc w:val="center"/>
            </w:pPr>
            <w:r>
              <w:rPr>
                <w:b/>
                <w:sz w:val="19"/>
              </w:rPr>
              <w:t>S/</w:t>
            </w:r>
          </w:p>
        </w:tc>
        <w:tc>
          <w:tcPr>
            <w:tcW w:type="dxa" w:w="3175"/>
            <w:vAlign w:val="center"/>
            <w:shd w:val="clear" w:color="auto" w:fill="DEEAF6"/>
          </w:tcPr>
          <w:p>
            <w:pPr>
              <w:keepNext/>
              <w:jc w:val="center"/>
            </w:pPr>
            <w:r>
              <w:rPr>
                <w:b/>
                <w:sz w:val="19"/>
              </w:rPr>
              <w:t>DINERO NECESARIO PARA 30 BOLSOS</w:t>
            </w:r>
          </w:p>
        </w:tc>
        <w:tc>
          <w:tcPr>
            <w:tcW w:type="dxa" w:w="1757"/>
            <w:vAlign w:val="center"/>
            <w:shd w:val="clear" w:color="auto" w:fill="DEEAF6"/>
          </w:tcPr>
          <w:p>
            <w:pPr>
              <w:keepNext/>
              <w:jc w:val="center"/>
            </w:pPr>
            <w:r>
              <w:rPr>
                <w:b/>
                <w:sz w:val="19"/>
              </w:rPr>
              <w:t>S/</w:t>
            </w:r>
          </w:p>
        </w:tc>
      </w:tr>
      <w:tr>
        <w:trPr>
          <w:cantSplit/>
          <w:trHeight w:val="397"/>
        </w:trPr>
        <w:tc>
          <w:tcPr>
            <w:tcW w:type="dxa" w:w="3175"/>
            <w:vAlign w:val="center"/>
          </w:tcPr>
          <w:p>
            <w:pPr>
              <w:keepNext/>
              <w:jc w:val="left"/>
            </w:pPr>
            <w:r>
              <w:rPr>
                <w:b w:val="0"/>
                <w:sz w:val="19"/>
              </w:rPr>
              <w:t>Ahorro actual</w:t>
            </w:r>
          </w:p>
        </w:tc>
        <w:tc>
          <w:tcPr>
            <w:tcW w:type="dxa" w:w="1757"/>
            <w:vAlign w:val="center"/>
          </w:tcPr>
          <w:p>
            <w:pPr>
              <w:keepNext/>
              <w:jc w:val="left"/>
            </w:pPr>
            <w:r>
              <w:rPr>
                <w:b w:val="0"/>
                <w:sz w:val="19"/>
              </w:rPr>
            </w:r>
          </w:p>
        </w:tc>
        <w:tc>
          <w:tcPr>
            <w:tcW w:type="dxa" w:w="3175"/>
            <w:vAlign w:val="center"/>
          </w:tcPr>
          <w:p>
            <w:pPr>
              <w:keepNext/>
              <w:jc w:val="left"/>
            </w:pPr>
            <w:r>
              <w:rPr>
                <w:b w:val="0"/>
                <w:sz w:val="19"/>
              </w:rPr>
              <w:t>Materiales: S/ 7,30 × 30 bolsos</w:t>
            </w:r>
          </w:p>
        </w:tc>
        <w:tc>
          <w:tcPr>
            <w:tcW w:type="dxa" w:w="1757"/>
            <w:vAlign w:val="center"/>
          </w:tcPr>
          <w:p>
            <w:pPr>
              <w:keepNext/>
              <w:jc w:val="left"/>
            </w:pPr>
            <w:r>
              <w:rPr>
                <w:b w:val="0"/>
                <w:sz w:val="19"/>
              </w:rPr>
            </w:r>
          </w:p>
        </w:tc>
      </w:tr>
      <w:tr>
        <w:trPr>
          <w:cantSplit/>
          <w:trHeight w:val="397"/>
        </w:trPr>
        <w:tc>
          <w:tcPr>
            <w:tcW w:type="dxa" w:w="3175"/>
            <w:vAlign w:val="center"/>
          </w:tcPr>
          <w:p>
            <w:pPr>
              <w:keepNext/>
              <w:jc w:val="left"/>
            </w:pPr>
            <w:r>
              <w:rPr>
                <w:b w:val="0"/>
                <w:sz w:val="19"/>
              </w:rPr>
              <w:t>Propinas de 4 semanas: S/ 15 × 4</w:t>
            </w:r>
          </w:p>
        </w:tc>
        <w:tc>
          <w:tcPr>
            <w:tcW w:type="dxa" w:w="1757"/>
            <w:vAlign w:val="center"/>
          </w:tcPr>
          <w:p>
            <w:pPr>
              <w:keepNext/>
              <w:jc w:val="left"/>
            </w:pPr>
            <w:r>
              <w:rPr>
                <w:b w:val="0"/>
                <w:sz w:val="19"/>
              </w:rPr>
            </w:r>
          </w:p>
        </w:tc>
        <w:tc>
          <w:tcPr>
            <w:tcW w:type="dxa" w:w="3175"/>
            <w:vAlign w:val="center"/>
          </w:tcPr>
          <w:p>
            <w:pPr>
              <w:keepNext/>
              <w:jc w:val="left"/>
            </w:pPr>
            <w:r>
              <w:rPr>
                <w:b w:val="0"/>
                <w:sz w:val="19"/>
              </w:rPr>
              <w:t>Gastos fijos: S/ 30 + S/ 10 + S/ 5</w:t>
            </w:r>
          </w:p>
        </w:tc>
        <w:tc>
          <w:tcPr>
            <w:tcW w:type="dxa" w:w="1757"/>
            <w:vAlign w:val="center"/>
          </w:tcPr>
          <w:p>
            <w:pPr>
              <w:keepNext/>
              <w:jc w:val="left"/>
            </w:pPr>
            <w:r>
              <w:rPr>
                <w:b w:val="0"/>
                <w:sz w:val="19"/>
              </w:rPr>
            </w:r>
          </w:p>
        </w:tc>
      </w:tr>
      <w:tr>
        <w:trPr>
          <w:cantSplit/>
          <w:trHeight w:val="397"/>
        </w:trPr>
        <w:tc>
          <w:tcPr>
            <w:tcW w:type="dxa" w:w="3175"/>
            <w:vAlign w:val="center"/>
          </w:tcPr>
          <w:p>
            <w:pPr>
              <w:keepNext/>
              <w:jc w:val="left"/>
            </w:pPr>
            <w:r>
              <w:rPr>
                <w:b/>
                <w:sz w:val="19"/>
              </w:rPr>
              <w:t>TOTAL DISPONIBLE</w:t>
            </w:r>
          </w:p>
        </w:tc>
        <w:tc>
          <w:tcPr>
            <w:tcW w:type="dxa" w:w="1757"/>
            <w:vAlign w:val="center"/>
          </w:tcPr>
          <w:p>
            <w:pPr>
              <w:keepNext/>
              <w:jc w:val="left"/>
            </w:pPr>
            <w:r>
              <w:rPr>
                <w:b w:val="0"/>
                <w:sz w:val="19"/>
              </w:rPr>
            </w:r>
          </w:p>
        </w:tc>
        <w:tc>
          <w:tcPr>
            <w:tcW w:type="dxa" w:w="3175"/>
            <w:vAlign w:val="center"/>
          </w:tcPr>
          <w:p>
            <w:pPr>
              <w:keepNext/>
              <w:jc w:val="left"/>
            </w:pPr>
            <w:r>
              <w:rPr>
                <w:b/>
                <w:sz w:val="19"/>
              </w:rPr>
              <w:t>TOTAL NECESARIO</w:t>
            </w:r>
          </w:p>
        </w:tc>
        <w:tc>
          <w:tcPr>
            <w:tcW w:type="dxa" w:w="1757"/>
            <w:vAlign w:val="center"/>
          </w:tcPr>
          <w:p>
            <w:pPr>
              <w:keepNext/>
              <w:jc w:val="left"/>
            </w:pPr>
            <w:r>
              <w:rPr>
                <w:b w:val="0"/>
                <w:sz w:val="19"/>
              </w:rPr>
            </w:r>
          </w:p>
        </w:tc>
      </w:tr>
    </w:tbl>
    <w:p>
      <w:pPr>
        <w:keepNext/>
        <w:spacing w:after="0" w:line="80" w:lineRule="exact"/>
      </w:pPr>
      <w:r/>
    </w:p>
    <w:p>
      <w:pPr>
        <w:spacing w:after="80" w:before="0"/>
        <w:jc w:val="center"/>
      </w:pPr>
      <w:r>
        <w:rPr>
          <w:b/>
        </w:rPr>
        <w:t xml:space="preserve">Dinero que le falta a Camila: </w:t>
      </w:r>
      <w:r>
        <w:rPr>
          <w:b w:val="0"/>
        </w:rPr>
        <w:t>S/ ________ – S/ ________ = S/ ________</w:t>
      </w:r>
    </w:p>
    <w:p>
      <w:pPr>
        <w:keepNext/>
        <w:spacing w:after="40" w:before="120"/>
        <w:jc w:val="left"/>
      </w:pPr>
      <w:r>
        <w:rPr>
          <w:b/>
          <w:color w:val="1F4E79"/>
          <w:sz w:val="22"/>
        </w:rPr>
        <w:t xml:space="preserve">ACTIVIDAD 3: </w:t>
      </w:r>
      <w:r>
        <w:rPr>
          <w:b/>
          <w:color w:val="1F4E79"/>
          <w:sz w:val="22"/>
        </w:rPr>
        <w:t>COMPRENDO EL PROBLEMA</w:t>
      </w:r>
    </w:p>
    <w:p>
      <w:pPr>
        <w:keepNext/>
        <w:spacing w:after="0" w:before="0"/>
        <w:jc w:val="both"/>
      </w:pPr>
      <w:r>
        <w:rPr>
          <w:b w:val="0"/>
        </w:rPr>
        <w:t>a) ¿Cuál es el problema financiero que enfrenta Camila?</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pPr>
              <w:keepNext/>
            </w:pPr>
          </w:p>
        </w:tc>
      </w:tr>
      <w:tr>
        <w:trPr>
          <w:trHeight w:val="408"/>
          <w:cantSplit/>
        </w:trPr>
        <w:tc>
          <w:tcPr>
            <w:tcW w:type="dxa" w:w="9865"/>
          </w:tcPr>
          <w:p/>
        </w:tc>
      </w:tr>
    </w:tbl>
    <w:p>
      <w:pPr>
        <w:spacing w:after="0" w:line="100" w:lineRule="exact"/>
      </w:pPr>
      <w:r/>
    </w:p>
    <w:p>
      <w:pPr>
        <w:keepNext/>
        <w:spacing w:after="0" w:before="0"/>
        <w:jc w:val="both"/>
      </w:pPr>
      <w:r>
        <w:rPr>
          <w:b w:val="0"/>
        </w:rPr>
        <w:t>b) Si Camila acepta el préstamo del vecino, ¿cuánto pagaría de interés? ¿Qué porcentaje del préstamo representa ese interés en solo un mes?</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pPr>
              <w:keepNext/>
            </w:pPr>
          </w:p>
        </w:tc>
      </w:tr>
      <w:tr>
        <w:trPr>
          <w:trHeight w:val="408"/>
          <w:cantSplit/>
        </w:trPr>
        <w:tc>
          <w:tcPr>
            <w:tcW w:type="dxa" w:w="9865"/>
          </w:tcPr>
          <w:p/>
        </w:tc>
      </w:tr>
    </w:tbl>
    <w:p>
      <w:pPr>
        <w:spacing w:after="0" w:line="100" w:lineRule="exact"/>
      </w:pPr>
      <w:r/>
    </w:p>
    <w:p>
      <w:pPr>
        <w:keepNext/>
        <w:spacing w:after="0" w:before="0"/>
        <w:jc w:val="both"/>
      </w:pPr>
      <w:r>
        <w:rPr>
          <w:b w:val="0"/>
        </w:rPr>
        <w:t>c) ¿Por qué un préstamo "gota a gota" puede poner en riesgo a Camila y a su familia?</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pPr>
              <w:keepNext/>
            </w:pPr>
          </w:p>
        </w:tc>
      </w:tr>
      <w:tr>
        <w:trPr>
          <w:trHeight w:val="408"/>
          <w:cantSplit/>
        </w:trPr>
        <w:tc>
          <w:tcPr>
            <w:tcW w:type="dxa" w:w="9865"/>
          </w:tcPr>
          <w:p/>
        </w:tc>
      </w:tr>
    </w:tbl>
    <w:p>
      <w:pPr>
        <w:spacing w:after="0" w:line="100" w:lineRule="exact"/>
      </w:pPr>
      <w:r/>
    </w:p>
    <w:p>
      <w:pPr>
        <w:keepNext/>
        <w:spacing w:after="40" w:before="120"/>
        <w:jc w:val="left"/>
      </w:pPr>
      <w:r>
        <w:rPr>
          <w:b/>
          <w:color w:val="1F4E79"/>
          <w:sz w:val="22"/>
        </w:rPr>
        <w:t xml:space="preserve">ACTIVIDAD 4: </w:t>
      </w:r>
      <w:r>
        <w:rPr>
          <w:b/>
          <w:color w:val="1F4E79"/>
          <w:sz w:val="22"/>
        </w:rPr>
        <w:t>BITÁCORA DE DECISIONES FINANCIERAS – MOMENTO 1: PLANTEAMOS EL PROBLEMA</w:t>
      </w:r>
    </w:p>
    <w:tbl>
      <w:tblPr>
        <w:tblW w:type="auto" w:w="0"/>
        <w:jc w:val="center"/>
        <w:tblLayout w:type="fixed"/>
        <w:tblLook w:firstColumn="1" w:firstRow="1" w:lastColumn="0" w:lastRow="0" w:noHBand="0" w:noVBand="1" w:val="04A0"/>
        <w:tblBorders>
          <w:top w:val="single" w:sz="4" w:space="0" w:color="1F4E79"/>
          <w:left w:val="single" w:sz="4" w:space="0" w:color="1F4E79"/>
          <w:bottom w:val="single" w:sz="4" w:space="0" w:color="1F4E79"/>
          <w:right w:val="single" w:sz="4" w:space="0" w:color="1F4E79"/>
          <w:insideH w:val="nil"/>
          <w:insideV w:val="nil"/>
        </w:tblBorders>
      </w:tblPr>
      <w:tblGrid>
        <w:gridCol w:w="9865"/>
      </w:tblGrid>
      <w:tr>
        <w:tc>
          <w:tcPr>
            <w:tcW w:type="dxa" w:w="9865"/>
            <w:shd w:val="clear" w:color="auto" w:fill="E2EFDA"/>
          </w:tcPr>
          <w:p>
            <w:pPr>
              <w:spacing w:after="40"/>
              <w:jc w:val="left"/>
            </w:pPr>
            <w:r>
              <w:rPr>
                <w:b/>
                <w:sz w:val="20"/>
              </w:rPr>
              <w:t xml:space="preserve">Problema central: </w:t>
            </w:r>
            <w:r>
              <w:rPr>
                <w:b w:val="0"/>
                <w:sz w:val="20"/>
              </w:rPr>
              <w:t>Camila necesita S/ ________ para producir 30 bolsos, pero antes de la feria solo tendrá S/ ________. Le faltan S/ ________. Su meta financiera es ____________________________________________ y para lograrla debe decidir cómo financiar su producción sin poner en riesgo su dinero.</w:t>
            </w:r>
          </w:p>
          <w:p>
            <w:pPr>
              <w:spacing w:after="40"/>
              <w:jc w:val="left"/>
            </w:pPr>
            <w:r>
              <w:rPr>
                <w:b/>
                <w:sz w:val="20"/>
              </w:rPr>
              <w:t xml:space="preserve">Pregunta que debemos responder como Agencia: </w:t>
            </w:r>
            <w:r>
              <w:rPr>
                <w:b w:val="0"/>
                <w:sz w:val="20"/>
              </w:rPr>
              <w:t>¿Cuál es la mejor forma de financiar el emprendimiento de Camila?</w:t>
            </w:r>
          </w:p>
        </w:tc>
      </w:tr>
    </w:tbl>
    <w:p>
      <w:pPr>
        <w:spacing w:after="0" w:line="100" w:lineRule="exact"/>
      </w:pPr>
      <w:r/>
    </w:p>
    <w:p>
      <w:pPr>
        <w:keepNext/>
        <w:spacing w:after="40" w:before="120"/>
        <w:jc w:val="left"/>
      </w:pPr>
      <w:r>
        <w:rPr>
          <w:b/>
          <w:color w:val="1F4E79"/>
          <w:sz w:val="22"/>
        </w:rPr>
        <w:t xml:space="preserve">ACTIVIDAD 5: </w:t>
      </w:r>
      <w:r>
        <w:rPr>
          <w:b/>
          <w:color w:val="1F4E79"/>
          <w:sz w:val="22"/>
        </w:rPr>
        <w:t>ENCUESTA BREVE A NUESTROS FUTUROS CLIENTES</w:t>
      </w:r>
    </w:p>
    <w:p>
      <w:pPr>
        <w:keepNext/>
        <w:spacing w:after="80" w:before="0"/>
        <w:jc w:val="both"/>
      </w:pPr>
      <w:r>
        <w:rPr>
          <w:b w:val="0"/>
        </w:rPr>
        <w:t>Aplica estas preguntas a 10 compañeros, docentes o familiares. Marca un palote (|) por cada respuesta y escribe el total.</w:t>
      </w:r>
    </w:p>
    <w:tbl>
      <w:tblPr>
        <w:tblStyle w:val="TableGrid"/>
        <w:tblW w:type="auto" w:w="0"/>
        <w:jc w:val="center"/>
        <w:tblLayout w:type="fixed"/>
        <w:tblLook w:firstColumn="1" w:firstRow="1" w:lastColumn="0" w:lastRow="0" w:noHBand="0" w:noVBand="1" w:val="04A0"/>
      </w:tblPr>
      <w:tblGrid>
        <w:gridCol w:w="3969"/>
        <w:gridCol w:w="1814"/>
        <w:gridCol w:w="2835"/>
        <w:gridCol w:w="1247"/>
      </w:tblGrid>
      <w:tr>
        <w:trPr>
          <w:cantSplit/>
          <w:trHeight w:val="329"/>
          <w:tblHeader/>
        </w:trPr>
        <w:tc>
          <w:tcPr>
            <w:tcW w:type="dxa" w:w="3969"/>
            <w:vAlign w:val="center"/>
            <w:shd w:val="clear" w:color="auto" w:fill="DEEAF6"/>
          </w:tcPr>
          <w:p>
            <w:pPr>
              <w:keepNext/>
              <w:jc w:val="center"/>
            </w:pPr>
            <w:r>
              <w:rPr>
                <w:b/>
                <w:sz w:val="19"/>
              </w:rPr>
              <w:t>Pregunta</w:t>
            </w:r>
          </w:p>
        </w:tc>
        <w:tc>
          <w:tcPr>
            <w:tcW w:type="dxa" w:w="1814"/>
            <w:vAlign w:val="center"/>
            <w:shd w:val="clear" w:color="auto" w:fill="DEEAF6"/>
          </w:tcPr>
          <w:p>
            <w:pPr>
              <w:keepNext/>
              <w:jc w:val="center"/>
            </w:pPr>
            <w:r>
              <w:rPr>
                <w:b/>
                <w:sz w:val="19"/>
              </w:rPr>
              <w:t>Opción</w:t>
            </w:r>
          </w:p>
        </w:tc>
        <w:tc>
          <w:tcPr>
            <w:tcW w:type="dxa" w:w="2835"/>
            <w:vAlign w:val="center"/>
            <w:shd w:val="clear" w:color="auto" w:fill="DEEAF6"/>
          </w:tcPr>
          <w:p>
            <w:pPr>
              <w:keepNext/>
              <w:jc w:val="center"/>
            </w:pPr>
            <w:r>
              <w:rPr>
                <w:b/>
                <w:sz w:val="19"/>
              </w:rPr>
              <w:t>Conteo (palotes)</w:t>
            </w:r>
          </w:p>
        </w:tc>
        <w:tc>
          <w:tcPr>
            <w:tcW w:type="dxa" w:w="1247"/>
            <w:vAlign w:val="center"/>
            <w:shd w:val="clear" w:color="auto" w:fill="DEEAF6"/>
          </w:tcPr>
          <w:p>
            <w:pPr>
              <w:keepNext/>
              <w:jc w:val="center"/>
            </w:pPr>
            <w:r>
              <w:rPr>
                <w:b/>
                <w:sz w:val="19"/>
              </w:rPr>
              <w:t>Total</w:t>
            </w:r>
          </w:p>
        </w:tc>
      </w:tr>
      <w:tr>
        <w:trPr>
          <w:cantSplit/>
          <w:trHeight w:val="329"/>
        </w:trPr>
        <w:tc>
          <w:tcPr>
            <w:tcW w:type="dxa" w:w="3969"/>
            <w:vAlign w:val="center"/>
          </w:tcPr>
          <w:p>
            <w:pPr>
              <w:keepNext/>
              <w:jc w:val="left"/>
            </w:pPr>
            <w:r>
              <w:rPr>
                <w:b w:val="0"/>
                <w:sz w:val="19"/>
              </w:rPr>
              <w:t>¿Usas bolsas plásticas cuando haces compras?</w:t>
            </w:r>
          </w:p>
        </w:tc>
        <w:tc>
          <w:tcPr>
            <w:tcW w:type="dxa" w:w="1814"/>
            <w:vAlign w:val="center"/>
          </w:tcPr>
          <w:p>
            <w:pPr>
              <w:keepNext/>
              <w:jc w:val="left"/>
            </w:pPr>
            <w:r>
              <w:rPr>
                <w:b w:val="0"/>
                <w:sz w:val="19"/>
              </w:rPr>
              <w:t>Sí</w:t>
            </w:r>
          </w:p>
        </w:tc>
        <w:tc>
          <w:tcPr>
            <w:tcW w:type="dxa" w:w="2835"/>
            <w:vAlign w:val="center"/>
          </w:tcPr>
          <w:p>
            <w:pPr>
              <w:keepNext/>
              <w:jc w:val="left"/>
            </w:pPr>
            <w:r>
              <w:rPr>
                <w:b w:val="0"/>
                <w:sz w:val="19"/>
              </w:rPr>
            </w:r>
          </w:p>
        </w:tc>
        <w:tc>
          <w:tcPr>
            <w:tcW w:type="dxa" w:w="1247"/>
            <w:vAlign w:val="center"/>
          </w:tcPr>
          <w:p>
            <w:pPr>
              <w:keepNext/>
              <w:jc w:val="left"/>
            </w:pPr>
            <w:r>
              <w:rPr>
                <w:b w:val="0"/>
                <w:sz w:val="19"/>
              </w:rPr>
            </w:r>
          </w:p>
        </w:tc>
      </w:tr>
      <w:tr>
        <w:trPr>
          <w:cantSplit/>
          <w:trHeight w:val="329"/>
        </w:trPr>
        <w:tc>
          <w:tcPr>
            <w:tcW w:type="dxa" w:w="3969"/>
            <w:vAlign w:val="center"/>
          </w:tcPr>
          <w:p>
            <w:pPr>
              <w:keepNext/>
              <w:jc w:val="left"/>
            </w:pPr>
            <w:r>
              <w:rPr>
                <w:b w:val="0"/>
                <w:sz w:val="19"/>
              </w:rPr>
            </w:r>
          </w:p>
        </w:tc>
        <w:tc>
          <w:tcPr>
            <w:tcW w:type="dxa" w:w="1814"/>
            <w:vAlign w:val="center"/>
          </w:tcPr>
          <w:p>
            <w:pPr>
              <w:keepNext/>
              <w:jc w:val="left"/>
            </w:pPr>
            <w:r>
              <w:rPr>
                <w:b w:val="0"/>
                <w:sz w:val="19"/>
              </w:rPr>
              <w:t>No</w:t>
            </w:r>
          </w:p>
        </w:tc>
        <w:tc>
          <w:tcPr>
            <w:tcW w:type="dxa" w:w="2835"/>
            <w:vAlign w:val="center"/>
          </w:tcPr>
          <w:p>
            <w:pPr>
              <w:keepNext/>
              <w:jc w:val="left"/>
            </w:pPr>
            <w:r>
              <w:rPr>
                <w:b w:val="0"/>
                <w:sz w:val="19"/>
              </w:rPr>
            </w:r>
          </w:p>
        </w:tc>
        <w:tc>
          <w:tcPr>
            <w:tcW w:type="dxa" w:w="1247"/>
            <w:vAlign w:val="center"/>
          </w:tcPr>
          <w:p>
            <w:pPr>
              <w:keepNext/>
              <w:jc w:val="left"/>
            </w:pPr>
            <w:r>
              <w:rPr>
                <w:b w:val="0"/>
                <w:sz w:val="19"/>
              </w:rPr>
            </w:r>
          </w:p>
        </w:tc>
      </w:tr>
      <w:tr>
        <w:trPr>
          <w:cantSplit/>
          <w:trHeight w:val="329"/>
        </w:trPr>
        <w:tc>
          <w:tcPr>
            <w:tcW w:type="dxa" w:w="3969"/>
            <w:vAlign w:val="center"/>
          </w:tcPr>
          <w:p>
            <w:pPr>
              <w:keepNext/>
              <w:jc w:val="left"/>
            </w:pPr>
            <w:r>
              <w:rPr>
                <w:b w:val="0"/>
                <w:sz w:val="19"/>
              </w:rPr>
              <w:t>¿Comprarías un bolso de tela reutilizable?</w:t>
            </w:r>
          </w:p>
        </w:tc>
        <w:tc>
          <w:tcPr>
            <w:tcW w:type="dxa" w:w="1814"/>
            <w:vAlign w:val="center"/>
          </w:tcPr>
          <w:p>
            <w:pPr>
              <w:keepNext/>
              <w:jc w:val="left"/>
            </w:pPr>
            <w:r>
              <w:rPr>
                <w:b w:val="0"/>
                <w:sz w:val="19"/>
              </w:rPr>
              <w:t>Sí</w:t>
            </w:r>
          </w:p>
        </w:tc>
        <w:tc>
          <w:tcPr>
            <w:tcW w:type="dxa" w:w="2835"/>
            <w:vAlign w:val="center"/>
          </w:tcPr>
          <w:p>
            <w:pPr>
              <w:keepNext/>
              <w:jc w:val="left"/>
            </w:pPr>
            <w:r>
              <w:rPr>
                <w:b w:val="0"/>
                <w:sz w:val="19"/>
              </w:rPr>
            </w:r>
          </w:p>
        </w:tc>
        <w:tc>
          <w:tcPr>
            <w:tcW w:type="dxa" w:w="1247"/>
            <w:vAlign w:val="center"/>
          </w:tcPr>
          <w:p>
            <w:pPr>
              <w:keepNext/>
              <w:jc w:val="left"/>
            </w:pPr>
            <w:r>
              <w:rPr>
                <w:b w:val="0"/>
                <w:sz w:val="19"/>
              </w:rPr>
            </w:r>
          </w:p>
        </w:tc>
      </w:tr>
      <w:tr>
        <w:trPr>
          <w:cantSplit/>
          <w:trHeight w:val="329"/>
        </w:trPr>
        <w:tc>
          <w:tcPr>
            <w:tcW w:type="dxa" w:w="3969"/>
            <w:vAlign w:val="center"/>
          </w:tcPr>
          <w:p>
            <w:pPr>
              <w:keepNext/>
              <w:jc w:val="left"/>
            </w:pPr>
            <w:r>
              <w:rPr>
                <w:b w:val="0"/>
                <w:sz w:val="19"/>
              </w:rPr>
            </w:r>
          </w:p>
        </w:tc>
        <w:tc>
          <w:tcPr>
            <w:tcW w:type="dxa" w:w="1814"/>
            <w:vAlign w:val="center"/>
          </w:tcPr>
          <w:p>
            <w:pPr>
              <w:keepNext/>
              <w:jc w:val="left"/>
            </w:pPr>
            <w:r>
              <w:rPr>
                <w:b w:val="0"/>
                <w:sz w:val="19"/>
              </w:rPr>
              <w:t>No</w:t>
            </w:r>
          </w:p>
        </w:tc>
        <w:tc>
          <w:tcPr>
            <w:tcW w:type="dxa" w:w="2835"/>
            <w:vAlign w:val="center"/>
          </w:tcPr>
          <w:p>
            <w:pPr>
              <w:keepNext/>
              <w:jc w:val="left"/>
            </w:pPr>
            <w:r>
              <w:rPr>
                <w:b w:val="0"/>
                <w:sz w:val="19"/>
              </w:rPr>
            </w:r>
          </w:p>
        </w:tc>
        <w:tc>
          <w:tcPr>
            <w:tcW w:type="dxa" w:w="1247"/>
            <w:vAlign w:val="center"/>
          </w:tcPr>
          <w:p>
            <w:pPr>
              <w:keepNext/>
              <w:jc w:val="left"/>
            </w:pPr>
            <w:r>
              <w:rPr>
                <w:b w:val="0"/>
                <w:sz w:val="19"/>
              </w:rPr>
            </w:r>
          </w:p>
        </w:tc>
      </w:tr>
      <w:tr>
        <w:trPr>
          <w:cantSplit/>
          <w:trHeight w:val="329"/>
        </w:trPr>
        <w:tc>
          <w:tcPr>
            <w:tcW w:type="dxa" w:w="3969"/>
            <w:vAlign w:val="center"/>
          </w:tcPr>
          <w:p>
            <w:pPr>
              <w:keepNext/>
              <w:jc w:val="left"/>
            </w:pPr>
            <w:r>
              <w:rPr>
                <w:b w:val="0"/>
                <w:sz w:val="19"/>
              </w:rPr>
              <w:t>¿Cuánto pagarías por un bolso de tela?</w:t>
            </w:r>
          </w:p>
        </w:tc>
        <w:tc>
          <w:tcPr>
            <w:tcW w:type="dxa" w:w="1814"/>
            <w:vAlign w:val="center"/>
          </w:tcPr>
          <w:p>
            <w:pPr>
              <w:keepNext/>
              <w:jc w:val="left"/>
            </w:pPr>
            <w:r>
              <w:rPr>
                <w:b w:val="0"/>
                <w:sz w:val="19"/>
              </w:rPr>
              <w:t>S/ 10</w:t>
            </w:r>
          </w:p>
        </w:tc>
        <w:tc>
          <w:tcPr>
            <w:tcW w:type="dxa" w:w="2835"/>
            <w:vAlign w:val="center"/>
          </w:tcPr>
          <w:p>
            <w:pPr>
              <w:keepNext/>
              <w:jc w:val="left"/>
            </w:pPr>
            <w:r>
              <w:rPr>
                <w:b w:val="0"/>
                <w:sz w:val="19"/>
              </w:rPr>
            </w:r>
          </w:p>
        </w:tc>
        <w:tc>
          <w:tcPr>
            <w:tcW w:type="dxa" w:w="1247"/>
            <w:vAlign w:val="center"/>
          </w:tcPr>
          <w:p>
            <w:pPr>
              <w:keepNext/>
              <w:jc w:val="left"/>
            </w:pPr>
            <w:r>
              <w:rPr>
                <w:b w:val="0"/>
                <w:sz w:val="19"/>
              </w:rPr>
            </w:r>
          </w:p>
        </w:tc>
      </w:tr>
      <w:tr>
        <w:trPr>
          <w:cantSplit/>
          <w:trHeight w:val="329"/>
        </w:trPr>
        <w:tc>
          <w:tcPr>
            <w:tcW w:type="dxa" w:w="3969"/>
            <w:vAlign w:val="center"/>
          </w:tcPr>
          <w:p>
            <w:pPr>
              <w:keepNext/>
              <w:jc w:val="left"/>
            </w:pPr>
            <w:r>
              <w:rPr>
                <w:b w:val="0"/>
                <w:sz w:val="19"/>
              </w:rPr>
            </w:r>
          </w:p>
        </w:tc>
        <w:tc>
          <w:tcPr>
            <w:tcW w:type="dxa" w:w="1814"/>
            <w:vAlign w:val="center"/>
          </w:tcPr>
          <w:p>
            <w:pPr>
              <w:keepNext/>
              <w:jc w:val="left"/>
            </w:pPr>
            <w:r>
              <w:rPr>
                <w:b w:val="0"/>
                <w:sz w:val="19"/>
              </w:rPr>
              <w:t>S/ 15</w:t>
            </w:r>
          </w:p>
        </w:tc>
        <w:tc>
          <w:tcPr>
            <w:tcW w:type="dxa" w:w="2835"/>
            <w:vAlign w:val="center"/>
          </w:tcPr>
          <w:p>
            <w:pPr>
              <w:keepNext/>
              <w:jc w:val="left"/>
            </w:pPr>
            <w:r>
              <w:rPr>
                <w:b w:val="0"/>
                <w:sz w:val="19"/>
              </w:rPr>
            </w:r>
          </w:p>
        </w:tc>
        <w:tc>
          <w:tcPr>
            <w:tcW w:type="dxa" w:w="1247"/>
            <w:vAlign w:val="center"/>
          </w:tcPr>
          <w:p>
            <w:pPr>
              <w:keepNext/>
              <w:jc w:val="left"/>
            </w:pPr>
            <w:r>
              <w:rPr>
                <w:b w:val="0"/>
                <w:sz w:val="19"/>
              </w:rPr>
            </w:r>
          </w:p>
        </w:tc>
      </w:tr>
      <w:tr>
        <w:trPr>
          <w:cantSplit/>
          <w:trHeight w:val="329"/>
        </w:trPr>
        <w:tc>
          <w:tcPr>
            <w:tcW w:type="dxa" w:w="3969"/>
            <w:vAlign w:val="center"/>
          </w:tcPr>
          <w:p>
            <w:pPr>
              <w:keepNext/>
              <w:jc w:val="left"/>
            </w:pPr>
            <w:r>
              <w:rPr>
                <w:b w:val="0"/>
                <w:sz w:val="19"/>
              </w:rPr>
            </w:r>
          </w:p>
        </w:tc>
        <w:tc>
          <w:tcPr>
            <w:tcW w:type="dxa" w:w="1814"/>
            <w:vAlign w:val="center"/>
          </w:tcPr>
          <w:p>
            <w:pPr>
              <w:keepNext/>
              <w:jc w:val="left"/>
            </w:pPr>
            <w:r>
              <w:rPr>
                <w:b w:val="0"/>
                <w:sz w:val="19"/>
              </w:rPr>
              <w:t>S/ 20</w:t>
            </w:r>
          </w:p>
        </w:tc>
        <w:tc>
          <w:tcPr>
            <w:tcW w:type="dxa" w:w="2835"/>
            <w:vAlign w:val="center"/>
          </w:tcPr>
          <w:p>
            <w:pPr>
              <w:keepNext/>
              <w:jc w:val="left"/>
            </w:pPr>
            <w:r>
              <w:rPr>
                <w:b w:val="0"/>
                <w:sz w:val="19"/>
              </w:rPr>
            </w:r>
          </w:p>
        </w:tc>
        <w:tc>
          <w:tcPr>
            <w:tcW w:type="dxa" w:w="1247"/>
            <w:vAlign w:val="center"/>
          </w:tcPr>
          <w:p>
            <w:pPr>
              <w:keepNext/>
              <w:jc w:val="left"/>
            </w:pPr>
            <w:r>
              <w:rPr>
                <w:b w:val="0"/>
                <w:sz w:val="19"/>
              </w:rPr>
            </w:r>
          </w:p>
        </w:tc>
      </w:tr>
      <w:tr>
        <w:trPr>
          <w:cantSplit/>
          <w:trHeight w:val="329"/>
        </w:trPr>
        <w:tc>
          <w:tcPr>
            <w:tcW w:type="dxa" w:w="3969"/>
            <w:vAlign w:val="center"/>
          </w:tcPr>
          <w:p>
            <w:pPr>
              <w:keepNext/>
              <w:jc w:val="left"/>
            </w:pPr>
            <w:r>
              <w:rPr>
                <w:b w:val="0"/>
                <w:sz w:val="19"/>
              </w:rPr>
              <w:t>¿Qué diseño prefieres?</w:t>
            </w:r>
          </w:p>
        </w:tc>
        <w:tc>
          <w:tcPr>
            <w:tcW w:type="dxa" w:w="1814"/>
            <w:vAlign w:val="center"/>
          </w:tcPr>
          <w:p>
            <w:pPr>
              <w:keepNext/>
              <w:jc w:val="left"/>
            </w:pPr>
            <w:r>
              <w:rPr>
                <w:b w:val="0"/>
                <w:sz w:val="19"/>
              </w:rPr>
              <w:t>Liso</w:t>
            </w:r>
          </w:p>
        </w:tc>
        <w:tc>
          <w:tcPr>
            <w:tcW w:type="dxa" w:w="2835"/>
            <w:vAlign w:val="center"/>
          </w:tcPr>
          <w:p>
            <w:pPr>
              <w:keepNext/>
              <w:jc w:val="left"/>
            </w:pPr>
            <w:r>
              <w:rPr>
                <w:b w:val="0"/>
                <w:sz w:val="19"/>
              </w:rPr>
            </w:r>
          </w:p>
        </w:tc>
        <w:tc>
          <w:tcPr>
            <w:tcW w:type="dxa" w:w="1247"/>
            <w:vAlign w:val="center"/>
          </w:tcPr>
          <w:p>
            <w:pPr>
              <w:keepNext/>
              <w:jc w:val="left"/>
            </w:pPr>
            <w:r>
              <w:rPr>
                <w:b w:val="0"/>
                <w:sz w:val="19"/>
              </w:rPr>
            </w:r>
          </w:p>
        </w:tc>
      </w:tr>
      <w:tr>
        <w:trPr>
          <w:cantSplit/>
          <w:trHeight w:val="329"/>
        </w:trPr>
        <w:tc>
          <w:tcPr>
            <w:tcW w:type="dxa" w:w="3969"/>
            <w:vAlign w:val="center"/>
          </w:tcPr>
          <w:p>
            <w:pPr>
              <w:keepNext/>
              <w:jc w:val="left"/>
            </w:pPr>
            <w:r>
              <w:rPr>
                <w:b w:val="0"/>
                <w:sz w:val="19"/>
              </w:rPr>
            </w:r>
          </w:p>
        </w:tc>
        <w:tc>
          <w:tcPr>
            <w:tcW w:type="dxa" w:w="1814"/>
            <w:vAlign w:val="center"/>
          </w:tcPr>
          <w:p>
            <w:pPr>
              <w:keepNext/>
              <w:jc w:val="left"/>
            </w:pPr>
            <w:r>
              <w:rPr>
                <w:b w:val="0"/>
                <w:sz w:val="19"/>
              </w:rPr>
              <w:t>Con estampado</w:t>
            </w:r>
          </w:p>
        </w:tc>
        <w:tc>
          <w:tcPr>
            <w:tcW w:type="dxa" w:w="2835"/>
            <w:vAlign w:val="center"/>
          </w:tcPr>
          <w:p>
            <w:pPr>
              <w:keepNext/>
              <w:jc w:val="left"/>
            </w:pPr>
            <w:r>
              <w:rPr>
                <w:b w:val="0"/>
                <w:sz w:val="19"/>
              </w:rPr>
            </w:r>
          </w:p>
        </w:tc>
        <w:tc>
          <w:tcPr>
            <w:tcW w:type="dxa" w:w="1247"/>
            <w:vAlign w:val="center"/>
          </w:tcPr>
          <w:p>
            <w:pPr>
              <w:keepNext/>
              <w:jc w:val="left"/>
            </w:pPr>
            <w:r>
              <w:rPr>
                <w:b w:val="0"/>
                <w:sz w:val="19"/>
              </w:rPr>
            </w:r>
          </w:p>
        </w:tc>
      </w:tr>
      <w:tr>
        <w:trPr>
          <w:cantSplit/>
          <w:trHeight w:val="329"/>
        </w:trPr>
        <w:tc>
          <w:tcPr>
            <w:tcW w:type="dxa" w:w="3969"/>
            <w:vAlign w:val="center"/>
          </w:tcPr>
          <w:p>
            <w:pPr>
              <w:jc w:val="left"/>
            </w:pPr>
            <w:r>
              <w:rPr>
                <w:b w:val="0"/>
                <w:sz w:val="19"/>
              </w:rPr>
            </w:r>
          </w:p>
        </w:tc>
        <w:tc>
          <w:tcPr>
            <w:tcW w:type="dxa" w:w="1814"/>
            <w:vAlign w:val="center"/>
          </w:tcPr>
          <w:p>
            <w:pPr>
              <w:jc w:val="left"/>
            </w:pPr>
            <w:r>
              <w:rPr>
                <w:b w:val="0"/>
                <w:sz w:val="19"/>
              </w:rPr>
              <w:t>Con bolsillo</w:t>
            </w:r>
          </w:p>
        </w:tc>
        <w:tc>
          <w:tcPr>
            <w:tcW w:type="dxa" w:w="2835"/>
            <w:vAlign w:val="center"/>
          </w:tcPr>
          <w:p>
            <w:pPr>
              <w:jc w:val="left"/>
            </w:pPr>
            <w:r>
              <w:rPr>
                <w:b w:val="0"/>
                <w:sz w:val="19"/>
              </w:rPr>
            </w:r>
          </w:p>
        </w:tc>
        <w:tc>
          <w:tcPr>
            <w:tcW w:type="dxa" w:w="1247"/>
            <w:vAlign w:val="center"/>
          </w:tcPr>
          <w:p>
            <w:pPr>
              <w:jc w:val="left"/>
            </w:pPr>
            <w:r>
              <w:rPr>
                <w:b w:val="0"/>
                <w:sz w:val="19"/>
              </w:rPr>
            </w:r>
          </w:p>
        </w:tc>
      </w:tr>
    </w:tbl>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865"/>
      </w:tblGrid>
      <w:tr>
        <w:tc>
          <w:tcPr>
            <w:tcW w:type="dxa" w:w="9865"/>
            <w:shd w:val="clear" w:color="auto" w:fill="1F4E79"/>
          </w:tcPr>
          <w:p>
            <w:pPr>
              <w:spacing w:before="60" w:after="60"/>
              <w:jc w:val="center"/>
            </w:pPr>
            <w:r>
              <w:rPr>
                <w:b/>
                <w:color w:val="FFFFFF"/>
                <w:sz w:val="32"/>
              </w:rPr>
              <w:t>FICHA DE TRABAJO N° 02</w:t>
            </w:r>
          </w:p>
        </w:tc>
      </w:tr>
      <w:tr>
        <w:tc>
          <w:tcPr>
            <w:tcW w:type="dxa" w:w="9865"/>
            <w:shd w:val="clear" w:color="auto" w:fill="DEEAF6"/>
          </w:tcPr>
          <w:p>
            <w:pPr>
              <w:spacing w:before="60" w:after="60"/>
              <w:jc w:val="center"/>
            </w:pPr>
            <w:r>
              <w:rPr>
                <w:b/>
                <w:color w:val="1F4E79"/>
                <w:sz w:val="24"/>
              </w:rPr>
              <w:t>Diccionario financiero del taller y matriz de alternativas</w:t>
            </w:r>
          </w:p>
        </w:tc>
      </w:tr>
    </w:tbl>
    <w:p>
      <w:pPr>
        <w:spacing w:after="0" w:line="100" w:lineRule="exact"/>
      </w:pPr>
      <w:r/>
    </w:p>
    <w:tbl>
      <w:tblPr>
        <w:tblStyle w:val="TableGrid"/>
        <w:tblW w:type="auto" w:w="0"/>
        <w:jc w:val="center"/>
        <w:tblLayout w:type="fixed"/>
        <w:tblLook w:firstColumn="1" w:firstRow="1" w:lastColumn="0" w:lastRow="0" w:noHBand="0" w:noVBand="1" w:val="04A0"/>
      </w:tblPr>
      <w:tblGrid>
        <w:gridCol w:w="1871"/>
        <w:gridCol w:w="4309"/>
        <w:gridCol w:w="1077"/>
        <w:gridCol w:w="2608"/>
      </w:tblGrid>
      <w:tr>
        <w:trPr>
          <w:cantSplit/>
          <w:trHeight w:val="351"/>
        </w:trPr>
        <w:tc>
          <w:tcPr>
            <w:tcW w:type="dxa" w:w="1871"/>
            <w:vAlign w:val="center"/>
            <w:shd w:val="clear" w:color="auto" w:fill="F2F2F2"/>
          </w:tcPr>
          <w:p>
            <w:pPr>
              <w:keepNext/>
              <w:jc w:val="left"/>
            </w:pPr>
            <w:r>
              <w:rPr>
                <w:b/>
                <w:sz w:val="19"/>
              </w:rPr>
              <w:t xml:space="preserve">Estudiante: </w:t>
            </w:r>
          </w:p>
        </w:tc>
        <w:tc>
          <w:tcPr>
            <w:tcW w:type="dxa" w:w="7994"/>
            <w:gridSpan w:val="3"/>
            <w:vAlign w:val="center"/>
          </w:tcPr>
          <w:p>
            <w:pPr>
              <w:keepNext/>
              <w:jc w:val="left"/>
            </w:pPr>
            <w:r>
              <w:rPr>
                <w:b w:val="0"/>
                <w:sz w:val="19"/>
              </w:rPr>
            </w:r>
          </w:p>
        </w:tc>
      </w:tr>
      <w:tr>
        <w:trPr>
          <w:cantSplit/>
          <w:trHeight w:val="351"/>
        </w:trPr>
        <w:tc>
          <w:tcPr>
            <w:tcW w:type="dxa" w:w="1871"/>
            <w:vAlign w:val="center"/>
            <w:shd w:val="clear" w:color="auto" w:fill="F2F2F2"/>
          </w:tcPr>
          <w:p>
            <w:pPr>
              <w:keepNext/>
              <w:jc w:val="left"/>
            </w:pPr>
            <w:r>
              <w:rPr>
                <w:b/>
                <w:sz w:val="19"/>
              </w:rPr>
              <w:t xml:space="preserve">Agencia: </w:t>
            </w:r>
          </w:p>
        </w:tc>
        <w:tc>
          <w:tcPr>
            <w:tcW w:type="dxa" w:w="4309"/>
            <w:vAlign w:val="center"/>
          </w:tcPr>
          <w:p>
            <w:pPr>
              <w:keepNext/>
              <w:jc w:val="left"/>
            </w:pPr>
            <w:r>
              <w:rPr>
                <w:b w:val="0"/>
                <w:sz w:val="19"/>
              </w:rPr>
            </w:r>
          </w:p>
        </w:tc>
        <w:tc>
          <w:tcPr>
            <w:tcW w:type="dxa" w:w="1077"/>
            <w:vAlign w:val="center"/>
            <w:shd w:val="clear" w:color="auto" w:fill="F2F2F2"/>
          </w:tcPr>
          <w:p>
            <w:pPr>
              <w:keepNext/>
              <w:jc w:val="left"/>
            </w:pPr>
            <w:r>
              <w:rPr>
                <w:b/>
                <w:sz w:val="19"/>
              </w:rPr>
              <w:t xml:space="preserve">Fecha: </w:t>
            </w:r>
          </w:p>
        </w:tc>
        <w:tc>
          <w:tcPr>
            <w:tcW w:type="dxa" w:w="2608"/>
            <w:vAlign w:val="center"/>
          </w:tcPr>
          <w:p>
            <w:pPr>
              <w:keepNext/>
              <w:jc w:val="left"/>
            </w:pPr>
            <w:r>
              <w:rPr>
                <w:b w:val="0"/>
                <w:sz w:val="19"/>
              </w:rPr>
            </w:r>
          </w:p>
        </w:tc>
      </w:tr>
      <w:tr>
        <w:trPr>
          <w:cantSplit/>
          <w:trHeight w:val="351"/>
        </w:trPr>
        <w:tc>
          <w:tcPr>
            <w:tcW w:type="dxa" w:w="1871"/>
            <w:vAlign w:val="center"/>
            <w:shd w:val="clear" w:color="auto" w:fill="F2F2F2"/>
          </w:tcPr>
          <w:p>
            <w:pPr>
              <w:jc w:val="left"/>
            </w:pPr>
            <w:r>
              <w:rPr>
                <w:b/>
                <w:sz w:val="19"/>
              </w:rPr>
              <w:t xml:space="preserve">Grado y sección: </w:t>
            </w:r>
          </w:p>
        </w:tc>
        <w:tc>
          <w:tcPr>
            <w:tcW w:type="dxa" w:w="4309"/>
            <w:vAlign w:val="center"/>
          </w:tcPr>
          <w:p>
            <w:pPr>
              <w:jc w:val="left"/>
            </w:pPr>
            <w:r>
              <w:rPr>
                <w:b w:val="0"/>
                <w:sz w:val="19"/>
              </w:rPr>
              <w:t>3° “______”</w:t>
            </w:r>
          </w:p>
        </w:tc>
        <w:tc>
          <w:tcPr>
            <w:tcW w:type="dxa" w:w="1077"/>
            <w:vAlign w:val="center"/>
            <w:shd w:val="clear" w:color="auto" w:fill="F2F2F2"/>
          </w:tcPr>
          <w:p>
            <w:pPr>
              <w:jc w:val="left"/>
            </w:pPr>
            <w:r>
              <w:rPr>
                <w:b/>
                <w:sz w:val="19"/>
              </w:rPr>
              <w:t xml:space="preserve">Sesión: </w:t>
            </w:r>
          </w:p>
        </w:tc>
        <w:tc>
          <w:tcPr>
            <w:tcW w:type="dxa" w:w="2608"/>
            <w:vAlign w:val="center"/>
          </w:tcPr>
          <w:p>
            <w:pPr>
              <w:jc w:val="left"/>
            </w:pPr>
            <w:r>
              <w:rPr>
                <w:b w:val="0"/>
                <w:sz w:val="19"/>
              </w:rPr>
              <w:t>N° 02  ·  Momento 2 de la bitácora</w:t>
            </w:r>
          </w:p>
        </w:tc>
      </w:tr>
    </w:tbl>
    <w:p>
      <w:pPr>
        <w:spacing w:after="0" w:line="100" w:lineRule="exact"/>
      </w:pPr>
      <w:r/>
    </w:p>
    <w:tbl>
      <w:tblPr>
        <w:tblW w:type="auto" w:w="0"/>
        <w:jc w:val="center"/>
        <w:tblLayout w:type="fixed"/>
        <w:tblLook w:firstColumn="1" w:firstRow="1" w:lastColumn="0" w:lastRow="0" w:noHBand="0" w:noVBand="1" w:val="04A0"/>
        <w:tblBorders>
          <w:top w:val="single" w:sz="4" w:space="0" w:color="1F4E79"/>
          <w:left w:val="single" w:sz="4" w:space="0" w:color="1F4E79"/>
          <w:bottom w:val="single" w:sz="4" w:space="0" w:color="1F4E79"/>
          <w:right w:val="single" w:sz="4" w:space="0" w:color="1F4E79"/>
          <w:insideH w:val="nil"/>
          <w:insideV w:val="nil"/>
        </w:tblBorders>
      </w:tblPr>
      <w:tblGrid>
        <w:gridCol w:w="9865"/>
      </w:tblGrid>
      <w:tr>
        <w:tc>
          <w:tcPr>
            <w:tcW w:type="dxa" w:w="9865"/>
            <w:shd w:val="clear" w:color="auto" w:fill="FFF2CC"/>
          </w:tcPr>
          <w:p>
            <w:pPr>
              <w:spacing w:after="40"/>
              <w:jc w:val="both"/>
            </w:pPr>
            <w:r>
              <w:rPr>
                <w:b/>
                <w:sz w:val="20"/>
              </w:rPr>
              <w:t xml:space="preserve">Propósito: </w:t>
            </w:r>
            <w:r>
              <w:rPr>
                <w:b w:val="0"/>
                <w:sz w:val="20"/>
              </w:rPr>
              <w:t>Comprender los conceptos financieros del taller de confección, calcular el costo de producción de Camila y comparar sus alternativas de financiamiento.</w:t>
            </w:r>
          </w:p>
        </w:tc>
      </w:tr>
    </w:tbl>
    <w:p>
      <w:pPr>
        <w:spacing w:after="0" w:line="100" w:lineRule="exact"/>
      </w:pPr>
      <w:r/>
    </w:p>
    <w:p>
      <w:pPr>
        <w:keepNext/>
        <w:spacing w:after="40" w:before="120"/>
        <w:jc w:val="left"/>
      </w:pPr>
      <w:r>
        <w:rPr>
          <w:b/>
          <w:color w:val="1F4E79"/>
          <w:sz w:val="22"/>
        </w:rPr>
        <w:t xml:space="preserve">ACTIVIDAD 1: </w:t>
      </w:r>
      <w:r>
        <w:rPr>
          <w:b/>
          <w:color w:val="1F4E79"/>
          <w:sz w:val="22"/>
        </w:rPr>
        <w:t>DICCIONARIO FINANCIERO DEL TALLER</w:t>
      </w:r>
    </w:p>
    <w:p>
      <w:pPr>
        <w:keepNext/>
        <w:spacing w:after="80" w:before="0"/>
        <w:jc w:val="both"/>
      </w:pPr>
      <w:r>
        <w:rPr>
          <w:b w:val="0"/>
        </w:rPr>
        <w:t>Relaciona cada concepto con su definición escribiendo la letra correcta en el paréntesis.</w:t>
      </w:r>
    </w:p>
    <w:tbl>
      <w:tblPr>
        <w:tblStyle w:val="TableGrid"/>
        <w:tblW w:type="auto" w:w="0"/>
        <w:jc w:val="center"/>
        <w:tblLayout w:type="fixed"/>
        <w:tblLook w:firstColumn="1" w:firstRow="1" w:lastColumn="0" w:lastRow="0" w:noHBand="0" w:noVBand="1" w:val="04A0"/>
      </w:tblPr>
      <w:tblGrid>
        <w:gridCol w:w="2948"/>
        <w:gridCol w:w="907"/>
        <w:gridCol w:w="6009"/>
      </w:tblGrid>
      <w:tr>
        <w:trPr>
          <w:cantSplit/>
          <w:trHeight w:val="408"/>
          <w:tblHeader/>
        </w:trPr>
        <w:tc>
          <w:tcPr>
            <w:tcW w:type="dxa" w:w="2948"/>
            <w:vAlign w:val="center"/>
            <w:shd w:val="clear" w:color="auto" w:fill="DEEAF6"/>
          </w:tcPr>
          <w:p>
            <w:pPr>
              <w:keepNext/>
              <w:jc w:val="center"/>
            </w:pPr>
            <w:r>
              <w:rPr>
                <w:b/>
                <w:sz w:val="19"/>
              </w:rPr>
              <w:t>Concepto</w:t>
            </w:r>
          </w:p>
        </w:tc>
        <w:tc>
          <w:tcPr>
            <w:tcW w:type="dxa" w:w="907"/>
            <w:vAlign w:val="center"/>
            <w:shd w:val="clear" w:color="auto" w:fill="DEEAF6"/>
          </w:tcPr>
          <w:p>
            <w:pPr>
              <w:keepNext/>
              <w:jc w:val="center"/>
            </w:pPr>
            <w:r>
              <w:rPr>
                <w:b/>
                <w:sz w:val="19"/>
              </w:rPr>
              <w:t>Letra</w:t>
            </w:r>
          </w:p>
        </w:tc>
        <w:tc>
          <w:tcPr>
            <w:tcW w:type="dxa" w:w="6009"/>
            <w:vAlign w:val="center"/>
            <w:shd w:val="clear" w:color="auto" w:fill="DEEAF6"/>
          </w:tcPr>
          <w:p>
            <w:pPr>
              <w:keepNext/>
              <w:jc w:val="center"/>
            </w:pPr>
            <w:r>
              <w:rPr>
                <w:b/>
                <w:sz w:val="19"/>
              </w:rPr>
              <w:t>Definición</w:t>
            </w:r>
          </w:p>
        </w:tc>
      </w:tr>
      <w:tr>
        <w:trPr>
          <w:cantSplit/>
          <w:trHeight w:val="408"/>
        </w:trPr>
        <w:tc>
          <w:tcPr>
            <w:tcW w:type="dxa" w:w="2948"/>
            <w:vAlign w:val="center"/>
          </w:tcPr>
          <w:p>
            <w:pPr>
              <w:keepNext/>
              <w:jc w:val="left"/>
            </w:pPr>
            <w:r>
              <w:rPr>
                <w:b w:val="0"/>
                <w:sz w:val="19"/>
              </w:rPr>
              <w:t>1. Costo fijo</w:t>
            </w:r>
          </w:p>
        </w:tc>
        <w:tc>
          <w:tcPr>
            <w:tcW w:type="dxa" w:w="907"/>
            <w:vAlign w:val="center"/>
          </w:tcPr>
          <w:p>
            <w:pPr>
              <w:keepNext/>
              <w:jc w:val="center"/>
            </w:pPr>
            <w:r>
              <w:rPr>
                <w:b w:val="0"/>
                <w:sz w:val="19"/>
              </w:rPr>
              <w:t>(     )</w:t>
            </w:r>
          </w:p>
        </w:tc>
        <w:tc>
          <w:tcPr>
            <w:tcW w:type="dxa" w:w="6009"/>
            <w:vAlign w:val="center"/>
          </w:tcPr>
          <w:p>
            <w:pPr>
              <w:keepNext/>
              <w:jc w:val="left"/>
            </w:pPr>
            <w:r>
              <w:rPr>
                <w:b w:val="0"/>
                <w:sz w:val="19"/>
              </w:rPr>
              <w:t>A. Parte de los ingresos que se guarda para lograr una meta futura o enfrentar imprevistos.</w:t>
            </w:r>
          </w:p>
        </w:tc>
      </w:tr>
      <w:tr>
        <w:trPr>
          <w:cantSplit/>
          <w:trHeight w:val="408"/>
        </w:trPr>
        <w:tc>
          <w:tcPr>
            <w:tcW w:type="dxa" w:w="2948"/>
            <w:vAlign w:val="center"/>
          </w:tcPr>
          <w:p>
            <w:pPr>
              <w:keepNext/>
              <w:jc w:val="left"/>
            </w:pPr>
            <w:r>
              <w:rPr>
                <w:b w:val="0"/>
                <w:sz w:val="19"/>
              </w:rPr>
              <w:t>2. Costo variable</w:t>
            </w:r>
          </w:p>
        </w:tc>
        <w:tc>
          <w:tcPr>
            <w:tcW w:type="dxa" w:w="907"/>
            <w:vAlign w:val="center"/>
          </w:tcPr>
          <w:p>
            <w:pPr>
              <w:keepNext/>
              <w:jc w:val="center"/>
            </w:pPr>
            <w:r>
              <w:rPr>
                <w:b w:val="0"/>
                <w:sz w:val="19"/>
              </w:rPr>
              <w:t>(     )</w:t>
            </w:r>
          </w:p>
        </w:tc>
        <w:tc>
          <w:tcPr>
            <w:tcW w:type="dxa" w:w="6009"/>
            <w:vAlign w:val="center"/>
          </w:tcPr>
          <w:p>
            <w:pPr>
              <w:keepNext/>
              <w:jc w:val="left"/>
            </w:pPr>
            <w:r>
              <w:rPr>
                <w:b w:val="0"/>
                <w:sz w:val="19"/>
              </w:rPr>
              <w:t>B. Gasto que cambia según la cantidad de productos que se confeccionan, como la tela o el hilo.</w:t>
            </w:r>
          </w:p>
        </w:tc>
      </w:tr>
      <w:tr>
        <w:trPr>
          <w:cantSplit/>
          <w:trHeight w:val="408"/>
        </w:trPr>
        <w:tc>
          <w:tcPr>
            <w:tcW w:type="dxa" w:w="2948"/>
            <w:vAlign w:val="center"/>
          </w:tcPr>
          <w:p>
            <w:pPr>
              <w:keepNext/>
              <w:jc w:val="left"/>
            </w:pPr>
            <w:r>
              <w:rPr>
                <w:b w:val="0"/>
                <w:sz w:val="19"/>
              </w:rPr>
              <w:t>3. Costo unitario</w:t>
            </w:r>
          </w:p>
        </w:tc>
        <w:tc>
          <w:tcPr>
            <w:tcW w:type="dxa" w:w="907"/>
            <w:vAlign w:val="center"/>
          </w:tcPr>
          <w:p>
            <w:pPr>
              <w:keepNext/>
              <w:jc w:val="center"/>
            </w:pPr>
            <w:r>
              <w:rPr>
                <w:b w:val="0"/>
                <w:sz w:val="19"/>
              </w:rPr>
              <w:t>(     )</w:t>
            </w:r>
          </w:p>
        </w:tc>
        <w:tc>
          <w:tcPr>
            <w:tcW w:type="dxa" w:w="6009"/>
            <w:vAlign w:val="center"/>
          </w:tcPr>
          <w:p>
            <w:pPr>
              <w:keepNext/>
              <w:jc w:val="left"/>
            </w:pPr>
            <w:r>
              <w:rPr>
                <w:b w:val="0"/>
                <w:sz w:val="19"/>
              </w:rPr>
              <w:t>C. Tela o material que sobra o se desperdicia al cortar y que ya no se puede usar.</w:t>
            </w:r>
          </w:p>
        </w:tc>
      </w:tr>
      <w:tr>
        <w:trPr>
          <w:cantSplit/>
          <w:trHeight w:val="408"/>
        </w:trPr>
        <w:tc>
          <w:tcPr>
            <w:tcW w:type="dxa" w:w="2948"/>
            <w:vAlign w:val="center"/>
          </w:tcPr>
          <w:p>
            <w:pPr>
              <w:keepNext/>
              <w:jc w:val="left"/>
            </w:pPr>
            <w:r>
              <w:rPr>
                <w:b w:val="0"/>
                <w:sz w:val="19"/>
              </w:rPr>
              <w:t>4. Precio de venta</w:t>
            </w:r>
          </w:p>
        </w:tc>
        <w:tc>
          <w:tcPr>
            <w:tcW w:type="dxa" w:w="907"/>
            <w:vAlign w:val="center"/>
          </w:tcPr>
          <w:p>
            <w:pPr>
              <w:keepNext/>
              <w:jc w:val="center"/>
            </w:pPr>
            <w:r>
              <w:rPr>
                <w:b w:val="0"/>
                <w:sz w:val="19"/>
              </w:rPr>
              <w:t>(     )</w:t>
            </w:r>
          </w:p>
        </w:tc>
        <w:tc>
          <w:tcPr>
            <w:tcW w:type="dxa" w:w="6009"/>
            <w:vAlign w:val="center"/>
          </w:tcPr>
          <w:p>
            <w:pPr>
              <w:keepNext/>
              <w:jc w:val="left"/>
            </w:pPr>
            <w:r>
              <w:rPr>
                <w:b w:val="0"/>
                <w:sz w:val="19"/>
              </w:rPr>
              <w:t>D. Dinero que se paga de más por usar dinero prestado.</w:t>
            </w:r>
          </w:p>
        </w:tc>
      </w:tr>
      <w:tr>
        <w:trPr>
          <w:cantSplit/>
          <w:trHeight w:val="408"/>
        </w:trPr>
        <w:tc>
          <w:tcPr>
            <w:tcW w:type="dxa" w:w="2948"/>
            <w:vAlign w:val="center"/>
          </w:tcPr>
          <w:p>
            <w:pPr>
              <w:keepNext/>
              <w:jc w:val="left"/>
            </w:pPr>
            <w:r>
              <w:rPr>
                <w:b w:val="0"/>
                <w:sz w:val="19"/>
              </w:rPr>
              <w:t>5. Ganancia</w:t>
            </w:r>
          </w:p>
        </w:tc>
        <w:tc>
          <w:tcPr>
            <w:tcW w:type="dxa" w:w="907"/>
            <w:vAlign w:val="center"/>
          </w:tcPr>
          <w:p>
            <w:pPr>
              <w:keepNext/>
              <w:jc w:val="center"/>
            </w:pPr>
            <w:r>
              <w:rPr>
                <w:b w:val="0"/>
                <w:sz w:val="19"/>
              </w:rPr>
              <w:t>(     )</w:t>
            </w:r>
          </w:p>
        </w:tc>
        <w:tc>
          <w:tcPr>
            <w:tcW w:type="dxa" w:w="6009"/>
            <w:vAlign w:val="center"/>
          </w:tcPr>
          <w:p>
            <w:pPr>
              <w:keepNext/>
              <w:jc w:val="left"/>
            </w:pPr>
            <w:r>
              <w:rPr>
                <w:b w:val="0"/>
                <w:sz w:val="19"/>
              </w:rPr>
              <w:t>E. Plan que organiza cuánto dinero se recibirá y cuánto se gastará en un periodo.</w:t>
            </w:r>
          </w:p>
        </w:tc>
      </w:tr>
      <w:tr>
        <w:trPr>
          <w:cantSplit/>
          <w:trHeight w:val="408"/>
        </w:trPr>
        <w:tc>
          <w:tcPr>
            <w:tcW w:type="dxa" w:w="2948"/>
            <w:vAlign w:val="center"/>
          </w:tcPr>
          <w:p>
            <w:pPr>
              <w:keepNext/>
              <w:jc w:val="left"/>
            </w:pPr>
            <w:r>
              <w:rPr>
                <w:b w:val="0"/>
                <w:sz w:val="19"/>
              </w:rPr>
              <w:t>6. Interés</w:t>
            </w:r>
          </w:p>
        </w:tc>
        <w:tc>
          <w:tcPr>
            <w:tcW w:type="dxa" w:w="907"/>
            <w:vAlign w:val="center"/>
          </w:tcPr>
          <w:p>
            <w:pPr>
              <w:keepNext/>
              <w:jc w:val="center"/>
            </w:pPr>
            <w:r>
              <w:rPr>
                <w:b w:val="0"/>
                <w:sz w:val="19"/>
              </w:rPr>
              <w:t>(     )</w:t>
            </w:r>
          </w:p>
        </w:tc>
        <w:tc>
          <w:tcPr>
            <w:tcW w:type="dxa" w:w="6009"/>
            <w:vAlign w:val="center"/>
          </w:tcPr>
          <w:p>
            <w:pPr>
              <w:keepNext/>
              <w:jc w:val="left"/>
            </w:pPr>
            <w:r>
              <w:rPr>
                <w:b w:val="0"/>
                <w:sz w:val="19"/>
              </w:rPr>
              <w:t>F. Gasto que se mantiene igual aunque se produzcan más o menos productos, como el alquiler de una máquina.</w:t>
            </w:r>
          </w:p>
        </w:tc>
      </w:tr>
      <w:tr>
        <w:trPr>
          <w:cantSplit/>
          <w:trHeight w:val="408"/>
        </w:trPr>
        <w:tc>
          <w:tcPr>
            <w:tcW w:type="dxa" w:w="2948"/>
            <w:vAlign w:val="center"/>
          </w:tcPr>
          <w:p>
            <w:pPr>
              <w:keepNext/>
              <w:jc w:val="left"/>
            </w:pPr>
            <w:r>
              <w:rPr>
                <w:b w:val="0"/>
                <w:sz w:val="19"/>
              </w:rPr>
              <w:t>7. Préstamo informal ("gota a gota")</w:t>
            </w:r>
          </w:p>
        </w:tc>
        <w:tc>
          <w:tcPr>
            <w:tcW w:type="dxa" w:w="907"/>
            <w:vAlign w:val="center"/>
          </w:tcPr>
          <w:p>
            <w:pPr>
              <w:keepNext/>
              <w:jc w:val="center"/>
            </w:pPr>
            <w:r>
              <w:rPr>
                <w:b w:val="0"/>
                <w:sz w:val="19"/>
              </w:rPr>
              <w:t>(     )</w:t>
            </w:r>
          </w:p>
        </w:tc>
        <w:tc>
          <w:tcPr>
            <w:tcW w:type="dxa" w:w="6009"/>
            <w:vAlign w:val="center"/>
          </w:tcPr>
          <w:p>
            <w:pPr>
              <w:keepNext/>
              <w:jc w:val="left"/>
            </w:pPr>
            <w:r>
              <w:rPr>
                <w:b w:val="0"/>
                <w:sz w:val="19"/>
              </w:rPr>
              <w:t>G. Dinero que se presta sin contrato ni supervisión, con intereses muy altos y cobros con presión o amenazas.</w:t>
            </w:r>
          </w:p>
        </w:tc>
      </w:tr>
      <w:tr>
        <w:trPr>
          <w:cantSplit/>
          <w:trHeight w:val="408"/>
        </w:trPr>
        <w:tc>
          <w:tcPr>
            <w:tcW w:type="dxa" w:w="2948"/>
            <w:vAlign w:val="center"/>
          </w:tcPr>
          <w:p>
            <w:pPr>
              <w:keepNext/>
              <w:jc w:val="left"/>
            </w:pPr>
            <w:r>
              <w:rPr>
                <w:b w:val="0"/>
                <w:sz w:val="19"/>
              </w:rPr>
              <w:t>8. Presupuesto</w:t>
            </w:r>
          </w:p>
        </w:tc>
        <w:tc>
          <w:tcPr>
            <w:tcW w:type="dxa" w:w="907"/>
            <w:vAlign w:val="center"/>
          </w:tcPr>
          <w:p>
            <w:pPr>
              <w:keepNext/>
              <w:jc w:val="center"/>
            </w:pPr>
            <w:r>
              <w:rPr>
                <w:b w:val="0"/>
                <w:sz w:val="19"/>
              </w:rPr>
              <w:t>(     )</w:t>
            </w:r>
          </w:p>
        </w:tc>
        <w:tc>
          <w:tcPr>
            <w:tcW w:type="dxa" w:w="6009"/>
            <w:vAlign w:val="center"/>
          </w:tcPr>
          <w:p>
            <w:pPr>
              <w:keepNext/>
              <w:jc w:val="left"/>
            </w:pPr>
            <w:r>
              <w:rPr>
                <w:b w:val="0"/>
                <w:sz w:val="19"/>
              </w:rPr>
              <w:t>H. Resultado de dividir el costo total de producción entre la cantidad de productos elaborados.</w:t>
            </w:r>
          </w:p>
        </w:tc>
      </w:tr>
      <w:tr>
        <w:trPr>
          <w:cantSplit/>
          <w:trHeight w:val="408"/>
        </w:trPr>
        <w:tc>
          <w:tcPr>
            <w:tcW w:type="dxa" w:w="2948"/>
            <w:vAlign w:val="center"/>
          </w:tcPr>
          <w:p>
            <w:pPr>
              <w:keepNext/>
              <w:jc w:val="left"/>
            </w:pPr>
            <w:r>
              <w:rPr>
                <w:b w:val="0"/>
                <w:sz w:val="19"/>
              </w:rPr>
              <w:t>9. Ahorro</w:t>
            </w:r>
          </w:p>
        </w:tc>
        <w:tc>
          <w:tcPr>
            <w:tcW w:type="dxa" w:w="907"/>
            <w:vAlign w:val="center"/>
          </w:tcPr>
          <w:p>
            <w:pPr>
              <w:keepNext/>
              <w:jc w:val="center"/>
            </w:pPr>
            <w:r>
              <w:rPr>
                <w:b w:val="0"/>
                <w:sz w:val="19"/>
              </w:rPr>
              <w:t>(     )</w:t>
            </w:r>
          </w:p>
        </w:tc>
        <w:tc>
          <w:tcPr>
            <w:tcW w:type="dxa" w:w="6009"/>
            <w:vAlign w:val="center"/>
          </w:tcPr>
          <w:p>
            <w:pPr>
              <w:keepNext/>
              <w:jc w:val="left"/>
            </w:pPr>
            <w:r>
              <w:rPr>
                <w:b w:val="0"/>
                <w:sz w:val="19"/>
              </w:rPr>
              <w:t>I. Diferencia entre lo que se recibe por las ventas y lo que costó producir.</w:t>
            </w:r>
          </w:p>
        </w:tc>
      </w:tr>
      <w:tr>
        <w:trPr>
          <w:cantSplit/>
          <w:trHeight w:val="408"/>
        </w:trPr>
        <w:tc>
          <w:tcPr>
            <w:tcW w:type="dxa" w:w="2948"/>
            <w:vAlign w:val="center"/>
          </w:tcPr>
          <w:p>
            <w:pPr>
              <w:jc w:val="left"/>
            </w:pPr>
            <w:r>
              <w:rPr>
                <w:b w:val="0"/>
                <w:sz w:val="19"/>
              </w:rPr>
              <w:t>10. Merma</w:t>
            </w:r>
          </w:p>
        </w:tc>
        <w:tc>
          <w:tcPr>
            <w:tcW w:type="dxa" w:w="907"/>
            <w:vAlign w:val="center"/>
          </w:tcPr>
          <w:p>
            <w:pPr>
              <w:jc w:val="center"/>
            </w:pPr>
            <w:r>
              <w:rPr>
                <w:b w:val="0"/>
                <w:sz w:val="19"/>
              </w:rPr>
              <w:t>(     )</w:t>
            </w:r>
          </w:p>
        </w:tc>
        <w:tc>
          <w:tcPr>
            <w:tcW w:type="dxa" w:w="6009"/>
            <w:vAlign w:val="center"/>
          </w:tcPr>
          <w:p>
            <w:pPr>
              <w:jc w:val="left"/>
            </w:pPr>
            <w:r>
              <w:rPr>
                <w:b w:val="0"/>
                <w:sz w:val="19"/>
              </w:rPr>
              <w:t>J. Monto que paga el cliente por un producto; debe cubrir el costo y dejar una ganancia.</w:t>
            </w:r>
          </w:p>
        </w:tc>
      </w:tr>
    </w:tbl>
    <w:p>
      <w:pPr>
        <w:keepNext/>
        <w:spacing w:after="40" w:before="120"/>
        <w:jc w:val="left"/>
      </w:pPr>
      <w:r>
        <w:rPr>
          <w:b/>
          <w:color w:val="1F4E79"/>
          <w:sz w:val="22"/>
        </w:rPr>
        <w:t xml:space="preserve">ACTIVIDAD 2: </w:t>
      </w:r>
      <w:r>
        <w:rPr>
          <w:b/>
          <w:color w:val="1F4E79"/>
          <w:sz w:val="22"/>
        </w:rPr>
        <w:t>CLASIFICO LOS COSTOS DEL TALLER DE CAMILA</w:t>
      </w:r>
    </w:p>
    <w:p>
      <w:pPr>
        <w:keepNext/>
        <w:spacing w:after="80" w:before="0"/>
        <w:jc w:val="both"/>
      </w:pPr>
      <w:r>
        <w:rPr>
          <w:b w:val="0"/>
        </w:rPr>
        <w:t>Marca con una X si cada gasto es un costo fijo o un costo variable.</w:t>
      </w:r>
    </w:p>
    <w:tbl>
      <w:tblPr>
        <w:tblStyle w:val="TableGrid"/>
        <w:tblW w:type="auto" w:w="0"/>
        <w:jc w:val="center"/>
        <w:tblLayout w:type="fixed"/>
        <w:tblLook w:firstColumn="1" w:firstRow="1" w:lastColumn="0" w:lastRow="0" w:noHBand="0" w:noVBand="1" w:val="04A0"/>
      </w:tblPr>
      <w:tblGrid>
        <w:gridCol w:w="4535"/>
        <w:gridCol w:w="2154"/>
        <w:gridCol w:w="1587"/>
        <w:gridCol w:w="1587"/>
      </w:tblGrid>
      <w:tr>
        <w:trPr>
          <w:cantSplit/>
          <w:trHeight w:val="340"/>
          <w:tblHeader/>
        </w:trPr>
        <w:tc>
          <w:tcPr>
            <w:tcW w:type="dxa" w:w="4535"/>
            <w:vAlign w:val="center"/>
            <w:shd w:val="clear" w:color="auto" w:fill="DEEAF6"/>
          </w:tcPr>
          <w:p>
            <w:pPr>
              <w:keepNext/>
              <w:jc w:val="center"/>
            </w:pPr>
            <w:r>
              <w:rPr>
                <w:b/>
                <w:sz w:val="19"/>
              </w:rPr>
              <w:t>Gasto</w:t>
            </w:r>
          </w:p>
        </w:tc>
        <w:tc>
          <w:tcPr>
            <w:tcW w:type="dxa" w:w="2154"/>
            <w:vAlign w:val="center"/>
            <w:shd w:val="clear" w:color="auto" w:fill="DEEAF6"/>
          </w:tcPr>
          <w:p>
            <w:pPr>
              <w:keepNext/>
              <w:jc w:val="center"/>
            </w:pPr>
            <w:r>
              <w:rPr>
                <w:b/>
                <w:sz w:val="19"/>
              </w:rPr>
              <w:t>Monto</w:t>
            </w:r>
          </w:p>
        </w:tc>
        <w:tc>
          <w:tcPr>
            <w:tcW w:type="dxa" w:w="1587"/>
            <w:vAlign w:val="center"/>
            <w:shd w:val="clear" w:color="auto" w:fill="DEEAF6"/>
          </w:tcPr>
          <w:p>
            <w:pPr>
              <w:keepNext/>
              <w:jc w:val="center"/>
            </w:pPr>
            <w:r>
              <w:rPr>
                <w:b/>
                <w:sz w:val="19"/>
              </w:rPr>
              <w:t>Costo fijo</w:t>
            </w:r>
          </w:p>
        </w:tc>
        <w:tc>
          <w:tcPr>
            <w:tcW w:type="dxa" w:w="1587"/>
            <w:vAlign w:val="center"/>
            <w:shd w:val="clear" w:color="auto" w:fill="DEEAF6"/>
          </w:tcPr>
          <w:p>
            <w:pPr>
              <w:keepNext/>
              <w:jc w:val="center"/>
            </w:pPr>
            <w:r>
              <w:rPr>
                <w:b/>
                <w:sz w:val="19"/>
              </w:rPr>
              <w:t>Costo variable</w:t>
            </w:r>
          </w:p>
        </w:tc>
      </w:tr>
      <w:tr>
        <w:trPr>
          <w:cantSplit/>
          <w:trHeight w:val="340"/>
        </w:trPr>
        <w:tc>
          <w:tcPr>
            <w:tcW w:type="dxa" w:w="4535"/>
            <w:vAlign w:val="center"/>
          </w:tcPr>
          <w:p>
            <w:pPr>
              <w:keepNext/>
              <w:jc w:val="left"/>
            </w:pPr>
            <w:r>
              <w:rPr>
                <w:b w:val="0"/>
                <w:sz w:val="19"/>
              </w:rPr>
              <w:t>Lona (0,5 m por bolso × S/ 8 el metro)</w:t>
            </w:r>
          </w:p>
        </w:tc>
        <w:tc>
          <w:tcPr>
            <w:tcW w:type="dxa" w:w="2154"/>
            <w:vAlign w:val="center"/>
          </w:tcPr>
          <w:p>
            <w:pPr>
              <w:keepNext/>
              <w:jc w:val="center"/>
            </w:pPr>
            <w:r>
              <w:rPr>
                <w:b w:val="0"/>
                <w:sz w:val="19"/>
              </w:rPr>
              <w:t>S/ 4,00 por bolso</w:t>
            </w:r>
          </w:p>
        </w:tc>
        <w:tc>
          <w:tcPr>
            <w:tcW w:type="dxa" w:w="1587"/>
            <w:vAlign w:val="center"/>
          </w:tcPr>
          <w:p>
            <w:pPr>
              <w:keepNext/>
              <w:jc w:val="center"/>
            </w:pPr>
            <w:r>
              <w:rPr>
                <w:b w:val="0"/>
                <w:sz w:val="19"/>
              </w:rPr>
            </w:r>
          </w:p>
        </w:tc>
        <w:tc>
          <w:tcPr>
            <w:tcW w:type="dxa" w:w="1587"/>
            <w:vAlign w:val="center"/>
          </w:tcPr>
          <w:p>
            <w:pPr>
              <w:keepNext/>
              <w:jc w:val="center"/>
            </w:pPr>
            <w:r>
              <w:rPr>
                <w:b w:val="0"/>
                <w:sz w:val="19"/>
              </w:rPr>
            </w:r>
          </w:p>
        </w:tc>
      </w:tr>
      <w:tr>
        <w:trPr>
          <w:cantSplit/>
          <w:trHeight w:val="340"/>
        </w:trPr>
        <w:tc>
          <w:tcPr>
            <w:tcW w:type="dxa" w:w="4535"/>
            <w:vAlign w:val="center"/>
          </w:tcPr>
          <w:p>
            <w:pPr>
              <w:keepNext/>
              <w:jc w:val="left"/>
            </w:pPr>
            <w:r>
              <w:rPr>
                <w:b w:val="0"/>
                <w:sz w:val="19"/>
              </w:rPr>
              <w:t>Hilo</w:t>
            </w:r>
          </w:p>
        </w:tc>
        <w:tc>
          <w:tcPr>
            <w:tcW w:type="dxa" w:w="2154"/>
            <w:vAlign w:val="center"/>
          </w:tcPr>
          <w:p>
            <w:pPr>
              <w:keepNext/>
              <w:jc w:val="center"/>
            </w:pPr>
            <w:r>
              <w:rPr>
                <w:b w:val="0"/>
                <w:sz w:val="19"/>
              </w:rPr>
              <w:t>S/ 0,50 por bolso</w:t>
            </w:r>
          </w:p>
        </w:tc>
        <w:tc>
          <w:tcPr>
            <w:tcW w:type="dxa" w:w="1587"/>
            <w:vAlign w:val="center"/>
          </w:tcPr>
          <w:p>
            <w:pPr>
              <w:keepNext/>
              <w:jc w:val="center"/>
            </w:pPr>
            <w:r>
              <w:rPr>
                <w:b w:val="0"/>
                <w:sz w:val="19"/>
              </w:rPr>
            </w:r>
          </w:p>
        </w:tc>
        <w:tc>
          <w:tcPr>
            <w:tcW w:type="dxa" w:w="1587"/>
            <w:vAlign w:val="center"/>
          </w:tcPr>
          <w:p>
            <w:pPr>
              <w:keepNext/>
              <w:jc w:val="center"/>
            </w:pPr>
            <w:r>
              <w:rPr>
                <w:b w:val="0"/>
                <w:sz w:val="19"/>
              </w:rPr>
            </w:r>
          </w:p>
        </w:tc>
      </w:tr>
      <w:tr>
        <w:trPr>
          <w:cantSplit/>
          <w:trHeight w:val="340"/>
        </w:trPr>
        <w:tc>
          <w:tcPr>
            <w:tcW w:type="dxa" w:w="4535"/>
            <w:vAlign w:val="center"/>
          </w:tcPr>
          <w:p>
            <w:pPr>
              <w:keepNext/>
              <w:jc w:val="left"/>
            </w:pPr>
            <w:r>
              <w:rPr>
                <w:b w:val="0"/>
                <w:sz w:val="19"/>
              </w:rPr>
              <w:t>Cinta para reforzar las asas</w:t>
            </w:r>
          </w:p>
        </w:tc>
        <w:tc>
          <w:tcPr>
            <w:tcW w:type="dxa" w:w="2154"/>
            <w:vAlign w:val="center"/>
          </w:tcPr>
          <w:p>
            <w:pPr>
              <w:keepNext/>
              <w:jc w:val="center"/>
            </w:pPr>
            <w:r>
              <w:rPr>
                <w:b w:val="0"/>
                <w:sz w:val="19"/>
              </w:rPr>
              <w:t>S/ 1,00 por bolso</w:t>
            </w:r>
          </w:p>
        </w:tc>
        <w:tc>
          <w:tcPr>
            <w:tcW w:type="dxa" w:w="1587"/>
            <w:vAlign w:val="center"/>
          </w:tcPr>
          <w:p>
            <w:pPr>
              <w:keepNext/>
              <w:jc w:val="center"/>
            </w:pPr>
            <w:r>
              <w:rPr>
                <w:b w:val="0"/>
                <w:sz w:val="19"/>
              </w:rPr>
            </w:r>
          </w:p>
        </w:tc>
        <w:tc>
          <w:tcPr>
            <w:tcW w:type="dxa" w:w="1587"/>
            <w:vAlign w:val="center"/>
          </w:tcPr>
          <w:p>
            <w:pPr>
              <w:keepNext/>
              <w:jc w:val="center"/>
            </w:pPr>
            <w:r>
              <w:rPr>
                <w:b w:val="0"/>
                <w:sz w:val="19"/>
              </w:rPr>
            </w:r>
          </w:p>
        </w:tc>
      </w:tr>
      <w:tr>
        <w:trPr>
          <w:cantSplit/>
          <w:trHeight w:val="340"/>
        </w:trPr>
        <w:tc>
          <w:tcPr>
            <w:tcW w:type="dxa" w:w="4535"/>
            <w:vAlign w:val="center"/>
          </w:tcPr>
          <w:p>
            <w:pPr>
              <w:keepNext/>
              <w:jc w:val="left"/>
            </w:pPr>
            <w:r>
              <w:rPr>
                <w:b w:val="0"/>
                <w:sz w:val="19"/>
              </w:rPr>
              <w:t>Vinil textil para personalizar</w:t>
            </w:r>
          </w:p>
        </w:tc>
        <w:tc>
          <w:tcPr>
            <w:tcW w:type="dxa" w:w="2154"/>
            <w:vAlign w:val="center"/>
          </w:tcPr>
          <w:p>
            <w:pPr>
              <w:keepNext/>
              <w:jc w:val="center"/>
            </w:pPr>
            <w:r>
              <w:rPr>
                <w:b w:val="0"/>
                <w:sz w:val="19"/>
              </w:rPr>
              <w:t>S/ 1,50 por bolso</w:t>
            </w:r>
          </w:p>
        </w:tc>
        <w:tc>
          <w:tcPr>
            <w:tcW w:type="dxa" w:w="1587"/>
            <w:vAlign w:val="center"/>
          </w:tcPr>
          <w:p>
            <w:pPr>
              <w:keepNext/>
              <w:jc w:val="center"/>
            </w:pPr>
            <w:r>
              <w:rPr>
                <w:b w:val="0"/>
                <w:sz w:val="19"/>
              </w:rPr>
            </w:r>
          </w:p>
        </w:tc>
        <w:tc>
          <w:tcPr>
            <w:tcW w:type="dxa" w:w="1587"/>
            <w:vAlign w:val="center"/>
          </w:tcPr>
          <w:p>
            <w:pPr>
              <w:keepNext/>
              <w:jc w:val="center"/>
            </w:pPr>
            <w:r>
              <w:rPr>
                <w:b w:val="0"/>
                <w:sz w:val="19"/>
              </w:rPr>
            </w:r>
          </w:p>
        </w:tc>
      </w:tr>
      <w:tr>
        <w:trPr>
          <w:cantSplit/>
          <w:trHeight w:val="340"/>
        </w:trPr>
        <w:tc>
          <w:tcPr>
            <w:tcW w:type="dxa" w:w="4535"/>
            <w:vAlign w:val="center"/>
          </w:tcPr>
          <w:p>
            <w:pPr>
              <w:keepNext/>
              <w:jc w:val="left"/>
            </w:pPr>
            <w:r>
              <w:rPr>
                <w:b w:val="0"/>
                <w:sz w:val="19"/>
              </w:rPr>
              <w:t>Etiqueta</w:t>
            </w:r>
          </w:p>
        </w:tc>
        <w:tc>
          <w:tcPr>
            <w:tcW w:type="dxa" w:w="2154"/>
            <w:vAlign w:val="center"/>
          </w:tcPr>
          <w:p>
            <w:pPr>
              <w:keepNext/>
              <w:jc w:val="center"/>
            </w:pPr>
            <w:r>
              <w:rPr>
                <w:b w:val="0"/>
                <w:sz w:val="19"/>
              </w:rPr>
              <w:t>S/ 0,30 por bolso</w:t>
            </w:r>
          </w:p>
        </w:tc>
        <w:tc>
          <w:tcPr>
            <w:tcW w:type="dxa" w:w="1587"/>
            <w:vAlign w:val="center"/>
          </w:tcPr>
          <w:p>
            <w:pPr>
              <w:keepNext/>
              <w:jc w:val="center"/>
            </w:pPr>
            <w:r>
              <w:rPr>
                <w:b w:val="0"/>
                <w:sz w:val="19"/>
              </w:rPr>
            </w:r>
          </w:p>
        </w:tc>
        <w:tc>
          <w:tcPr>
            <w:tcW w:type="dxa" w:w="1587"/>
            <w:vAlign w:val="center"/>
          </w:tcPr>
          <w:p>
            <w:pPr>
              <w:keepNext/>
              <w:jc w:val="center"/>
            </w:pPr>
            <w:r>
              <w:rPr>
                <w:b w:val="0"/>
                <w:sz w:val="19"/>
              </w:rPr>
            </w:r>
          </w:p>
        </w:tc>
      </w:tr>
      <w:tr>
        <w:trPr>
          <w:cantSplit/>
          <w:trHeight w:val="340"/>
        </w:trPr>
        <w:tc>
          <w:tcPr>
            <w:tcW w:type="dxa" w:w="4535"/>
            <w:vAlign w:val="center"/>
          </w:tcPr>
          <w:p>
            <w:pPr>
              <w:keepNext/>
              <w:jc w:val="left"/>
            </w:pPr>
            <w:r>
              <w:rPr>
                <w:b w:val="0"/>
                <w:sz w:val="19"/>
              </w:rPr>
              <w:t>Alquiler de la máquina de coser (un mes)</w:t>
            </w:r>
          </w:p>
        </w:tc>
        <w:tc>
          <w:tcPr>
            <w:tcW w:type="dxa" w:w="2154"/>
            <w:vAlign w:val="center"/>
          </w:tcPr>
          <w:p>
            <w:pPr>
              <w:keepNext/>
              <w:jc w:val="center"/>
            </w:pPr>
            <w:r>
              <w:rPr>
                <w:b w:val="0"/>
                <w:sz w:val="19"/>
              </w:rPr>
              <w:t>S/ 30</w:t>
            </w:r>
          </w:p>
        </w:tc>
        <w:tc>
          <w:tcPr>
            <w:tcW w:type="dxa" w:w="1587"/>
            <w:vAlign w:val="center"/>
          </w:tcPr>
          <w:p>
            <w:pPr>
              <w:keepNext/>
              <w:jc w:val="center"/>
            </w:pPr>
            <w:r>
              <w:rPr>
                <w:b w:val="0"/>
                <w:sz w:val="19"/>
              </w:rPr>
            </w:r>
          </w:p>
        </w:tc>
        <w:tc>
          <w:tcPr>
            <w:tcW w:type="dxa" w:w="1587"/>
            <w:vAlign w:val="center"/>
          </w:tcPr>
          <w:p>
            <w:pPr>
              <w:keepNext/>
              <w:jc w:val="center"/>
            </w:pPr>
            <w:r>
              <w:rPr>
                <w:b w:val="0"/>
                <w:sz w:val="19"/>
              </w:rPr>
            </w:r>
          </w:p>
        </w:tc>
      </w:tr>
      <w:tr>
        <w:trPr>
          <w:cantSplit/>
          <w:trHeight w:val="340"/>
        </w:trPr>
        <w:tc>
          <w:tcPr>
            <w:tcW w:type="dxa" w:w="4535"/>
            <w:vAlign w:val="center"/>
          </w:tcPr>
          <w:p>
            <w:pPr>
              <w:keepNext/>
              <w:jc w:val="left"/>
            </w:pPr>
            <w:r>
              <w:rPr>
                <w:b w:val="0"/>
                <w:sz w:val="19"/>
              </w:rPr>
              <w:t>Pasaje a Gamarra para comprar materiales</w:t>
            </w:r>
          </w:p>
        </w:tc>
        <w:tc>
          <w:tcPr>
            <w:tcW w:type="dxa" w:w="2154"/>
            <w:vAlign w:val="center"/>
          </w:tcPr>
          <w:p>
            <w:pPr>
              <w:keepNext/>
              <w:jc w:val="center"/>
            </w:pPr>
            <w:r>
              <w:rPr>
                <w:b w:val="0"/>
                <w:sz w:val="19"/>
              </w:rPr>
              <w:t>S/ 10</w:t>
            </w:r>
          </w:p>
        </w:tc>
        <w:tc>
          <w:tcPr>
            <w:tcW w:type="dxa" w:w="1587"/>
            <w:vAlign w:val="center"/>
          </w:tcPr>
          <w:p>
            <w:pPr>
              <w:keepNext/>
              <w:jc w:val="center"/>
            </w:pPr>
            <w:r>
              <w:rPr>
                <w:b w:val="0"/>
                <w:sz w:val="19"/>
              </w:rPr>
            </w:r>
          </w:p>
        </w:tc>
        <w:tc>
          <w:tcPr>
            <w:tcW w:type="dxa" w:w="1587"/>
            <w:vAlign w:val="center"/>
          </w:tcPr>
          <w:p>
            <w:pPr>
              <w:keepNext/>
              <w:jc w:val="center"/>
            </w:pPr>
            <w:r>
              <w:rPr>
                <w:b w:val="0"/>
                <w:sz w:val="19"/>
              </w:rPr>
            </w:r>
          </w:p>
        </w:tc>
      </w:tr>
      <w:tr>
        <w:trPr>
          <w:cantSplit/>
          <w:trHeight w:val="340"/>
        </w:trPr>
        <w:tc>
          <w:tcPr>
            <w:tcW w:type="dxa" w:w="4535"/>
            <w:vAlign w:val="center"/>
          </w:tcPr>
          <w:p>
            <w:pPr>
              <w:jc w:val="left"/>
            </w:pPr>
            <w:r>
              <w:rPr>
                <w:b w:val="0"/>
                <w:sz w:val="19"/>
              </w:rPr>
              <w:t>Papel kraft y tiza para los moldes</w:t>
            </w:r>
          </w:p>
        </w:tc>
        <w:tc>
          <w:tcPr>
            <w:tcW w:type="dxa" w:w="2154"/>
            <w:vAlign w:val="center"/>
          </w:tcPr>
          <w:p>
            <w:pPr>
              <w:jc w:val="center"/>
            </w:pPr>
            <w:r>
              <w:rPr>
                <w:b w:val="0"/>
                <w:sz w:val="19"/>
              </w:rPr>
              <w:t>S/ 5</w:t>
            </w:r>
          </w:p>
        </w:tc>
        <w:tc>
          <w:tcPr>
            <w:tcW w:type="dxa" w:w="1587"/>
            <w:vAlign w:val="center"/>
          </w:tcPr>
          <w:p>
            <w:pPr>
              <w:jc w:val="center"/>
            </w:pPr>
            <w:r>
              <w:rPr>
                <w:b w:val="0"/>
                <w:sz w:val="19"/>
              </w:rPr>
            </w:r>
          </w:p>
        </w:tc>
        <w:tc>
          <w:tcPr>
            <w:tcW w:type="dxa" w:w="1587"/>
            <w:vAlign w:val="center"/>
          </w:tcPr>
          <w:p>
            <w:pPr>
              <w:jc w:val="center"/>
            </w:pPr>
            <w:r>
              <w:rPr>
                <w:b w:val="0"/>
                <w:sz w:val="19"/>
              </w:rPr>
            </w:r>
          </w:p>
        </w:tc>
      </w:tr>
    </w:tbl>
    <w:p>
      <w:pPr>
        <w:spacing w:after="0" w:line="60" w:lineRule="exact"/>
      </w:pPr>
      <w:r/>
    </w:p>
    <w:p>
      <w:pPr>
        <w:spacing w:after="20" w:before="0"/>
        <w:jc w:val="both"/>
      </w:pPr>
      <w:r>
        <w:rPr>
          <w:b/>
        </w:rPr>
        <w:t xml:space="preserve">Costo variable por bolso = </w:t>
      </w:r>
      <w:r>
        <w:rPr>
          <w:b w:val="0"/>
        </w:rPr>
        <w:t>4,00 + 0,50 + 1,00 + 1,50 + 0,30 = S/ ________</w:t>
      </w:r>
    </w:p>
    <w:p>
      <w:pPr>
        <w:spacing w:after="80" w:before="0"/>
        <w:jc w:val="both"/>
      </w:pPr>
      <w:r>
        <w:rPr>
          <w:b/>
        </w:rPr>
        <w:t xml:space="preserve">Costos fijos = </w:t>
      </w:r>
      <w:r>
        <w:rPr>
          <w:b w:val="0"/>
        </w:rPr>
        <w:t>30 + 10 + 5 = S/ ________</w:t>
      </w:r>
    </w:p>
    <w:p>
      <w:pPr>
        <w:keepNext/>
        <w:spacing w:after="40" w:before="120"/>
        <w:jc w:val="left"/>
      </w:pPr>
      <w:r>
        <w:rPr>
          <w:b/>
          <w:color w:val="1F4E79"/>
          <w:sz w:val="22"/>
        </w:rPr>
        <w:t xml:space="preserve">ACTIVIDAD 3: </w:t>
      </w:r>
      <w:r>
        <w:rPr>
          <w:b/>
          <w:color w:val="1F4E79"/>
          <w:sz w:val="22"/>
        </w:rPr>
        <w:t>CALCULO EL COSTO DE PRODUCCIÓN</w:t>
      </w:r>
    </w:p>
    <w:tbl>
      <w:tblPr>
        <w:tblW w:type="auto" w:w="0"/>
        <w:jc w:val="center"/>
        <w:tblLayout w:type="fixed"/>
        <w:tblLook w:firstColumn="1" w:firstRow="1" w:lastColumn="0" w:lastRow="0" w:noHBand="0" w:noVBand="1" w:val="04A0"/>
        <w:tblBorders>
          <w:top w:val="single" w:sz="4" w:space="0" w:color="1F4E79"/>
          <w:left w:val="single" w:sz="4" w:space="0" w:color="1F4E79"/>
          <w:bottom w:val="single" w:sz="4" w:space="0" w:color="1F4E79"/>
          <w:right w:val="single" w:sz="4" w:space="0" w:color="1F4E79"/>
          <w:insideH w:val="nil"/>
          <w:insideV w:val="nil"/>
        </w:tblBorders>
      </w:tblPr>
      <w:tblGrid>
        <w:gridCol w:w="9865"/>
      </w:tblGrid>
      <w:tr>
        <w:tc>
          <w:tcPr>
            <w:tcW w:type="dxa" w:w="9865"/>
            <w:shd w:val="clear" w:color="auto" w:fill="F2F2F2"/>
          </w:tcPr>
          <w:p>
            <w:pPr>
              <w:keepNext/>
              <w:spacing w:after="40"/>
              <w:jc w:val="both"/>
            </w:pPr>
            <w:r>
              <w:rPr>
                <w:b/>
                <w:sz w:val="20"/>
              </w:rPr>
              <w:t>Fórmulas del taller</w:t>
            </w:r>
          </w:p>
          <w:p>
            <w:pPr>
              <w:keepNext/>
              <w:spacing w:after="40"/>
              <w:jc w:val="both"/>
            </w:pPr>
            <w:r>
              <w:rPr>
                <w:b w:val="0"/>
                <w:sz w:val="20"/>
              </w:rPr>
              <w:t>Costo total = Costos fijos + (Costo variable por bolso × N° de bolsos)</w:t>
            </w:r>
          </w:p>
          <w:p>
            <w:pPr>
              <w:keepNext/>
              <w:spacing w:after="40"/>
              <w:jc w:val="both"/>
            </w:pPr>
            <w:r>
              <w:rPr>
                <w:b w:val="0"/>
                <w:sz w:val="20"/>
              </w:rPr>
              <w:t>Costo unitario = Costo total ÷ N° de bolsos          Ganancia = Ingreso por ventas – Costo total</w:t>
            </w:r>
          </w:p>
        </w:tc>
      </w:tr>
    </w:tbl>
    <w:p>
      <w:pPr>
        <w:keepNext/>
        <w:spacing w:after="0" w:line="100" w:lineRule="exact"/>
      </w:pPr>
      <w:r/>
    </w:p>
    <w:tbl>
      <w:tblPr>
        <w:tblStyle w:val="TableGrid"/>
        <w:tblW w:type="auto" w:w="0"/>
        <w:jc w:val="center"/>
        <w:tblLayout w:type="fixed"/>
        <w:tblLook w:firstColumn="1" w:firstRow="1" w:lastColumn="0" w:lastRow="0" w:noHBand="0" w:noVBand="1" w:val="04A0"/>
      </w:tblPr>
      <w:tblGrid>
        <w:gridCol w:w="3742"/>
        <w:gridCol w:w="3855"/>
        <w:gridCol w:w="2268"/>
      </w:tblGrid>
      <w:tr>
        <w:trPr>
          <w:cantSplit/>
          <w:trHeight w:val="386"/>
          <w:tblHeader/>
        </w:trPr>
        <w:tc>
          <w:tcPr>
            <w:tcW w:type="dxa" w:w="3742"/>
            <w:vAlign w:val="center"/>
            <w:shd w:val="clear" w:color="auto" w:fill="DEEAF6"/>
          </w:tcPr>
          <w:p>
            <w:pPr>
              <w:keepNext/>
              <w:jc w:val="center"/>
            </w:pPr>
            <w:r>
              <w:rPr>
                <w:b/>
                <w:sz w:val="19"/>
              </w:rPr>
              <w:t>Concepto</w:t>
            </w:r>
          </w:p>
        </w:tc>
        <w:tc>
          <w:tcPr>
            <w:tcW w:type="dxa" w:w="3855"/>
            <w:vAlign w:val="center"/>
            <w:shd w:val="clear" w:color="auto" w:fill="DEEAF6"/>
          </w:tcPr>
          <w:p>
            <w:pPr>
              <w:keepNext/>
              <w:jc w:val="center"/>
            </w:pPr>
            <w:r>
              <w:rPr>
                <w:b/>
                <w:sz w:val="19"/>
              </w:rPr>
              <w:t>Operación</w:t>
            </w:r>
          </w:p>
        </w:tc>
        <w:tc>
          <w:tcPr>
            <w:tcW w:type="dxa" w:w="2268"/>
            <w:vAlign w:val="center"/>
            <w:shd w:val="clear" w:color="auto" w:fill="DEEAF6"/>
          </w:tcPr>
          <w:p>
            <w:pPr>
              <w:keepNext/>
              <w:jc w:val="center"/>
            </w:pPr>
            <w:r>
              <w:rPr>
                <w:b/>
                <w:sz w:val="19"/>
              </w:rPr>
              <w:t>Resultado</w:t>
            </w:r>
          </w:p>
        </w:tc>
      </w:tr>
      <w:tr>
        <w:trPr>
          <w:cantSplit/>
          <w:trHeight w:val="386"/>
        </w:trPr>
        <w:tc>
          <w:tcPr>
            <w:tcW w:type="dxa" w:w="3742"/>
            <w:vAlign w:val="center"/>
          </w:tcPr>
          <w:p>
            <w:pPr>
              <w:keepNext/>
              <w:jc w:val="left"/>
            </w:pPr>
            <w:r>
              <w:rPr>
                <w:b w:val="0"/>
                <w:sz w:val="19"/>
              </w:rPr>
              <w:t>Costo total de 30 bolsos</w:t>
            </w:r>
          </w:p>
        </w:tc>
        <w:tc>
          <w:tcPr>
            <w:tcW w:type="dxa" w:w="3855"/>
            <w:vAlign w:val="center"/>
          </w:tcPr>
          <w:p>
            <w:pPr>
              <w:keepNext/>
              <w:jc w:val="left"/>
            </w:pPr>
            <w:r>
              <w:rPr>
                <w:b w:val="0"/>
                <w:sz w:val="19"/>
              </w:rPr>
              <w:t>45 + (7,30 × 30) =</w:t>
            </w:r>
          </w:p>
        </w:tc>
        <w:tc>
          <w:tcPr>
            <w:tcW w:type="dxa" w:w="2268"/>
            <w:vAlign w:val="center"/>
          </w:tcPr>
          <w:p>
            <w:pPr>
              <w:keepNext/>
              <w:jc w:val="left"/>
            </w:pPr>
            <w:r>
              <w:rPr>
                <w:b w:val="0"/>
                <w:sz w:val="19"/>
              </w:rPr>
              <w:t>S/</w:t>
            </w:r>
          </w:p>
        </w:tc>
      </w:tr>
      <w:tr>
        <w:trPr>
          <w:cantSplit/>
          <w:trHeight w:val="386"/>
        </w:trPr>
        <w:tc>
          <w:tcPr>
            <w:tcW w:type="dxa" w:w="3742"/>
            <w:vAlign w:val="center"/>
          </w:tcPr>
          <w:p>
            <w:pPr>
              <w:keepNext/>
              <w:jc w:val="left"/>
            </w:pPr>
            <w:r>
              <w:rPr>
                <w:b w:val="0"/>
                <w:sz w:val="19"/>
              </w:rPr>
              <w:t>Costo unitario</w:t>
            </w:r>
          </w:p>
        </w:tc>
        <w:tc>
          <w:tcPr>
            <w:tcW w:type="dxa" w:w="3855"/>
            <w:vAlign w:val="center"/>
          </w:tcPr>
          <w:p>
            <w:pPr>
              <w:keepNext/>
              <w:jc w:val="left"/>
            </w:pPr>
            <w:r>
              <w:rPr>
                <w:b w:val="0"/>
                <w:sz w:val="19"/>
              </w:rPr>
              <w:t>________ ÷ 30 =</w:t>
            </w:r>
          </w:p>
        </w:tc>
        <w:tc>
          <w:tcPr>
            <w:tcW w:type="dxa" w:w="2268"/>
            <w:vAlign w:val="center"/>
          </w:tcPr>
          <w:p>
            <w:pPr>
              <w:keepNext/>
              <w:jc w:val="left"/>
            </w:pPr>
            <w:r>
              <w:rPr>
                <w:b w:val="0"/>
                <w:sz w:val="19"/>
              </w:rPr>
              <w:t>S/</w:t>
            </w:r>
          </w:p>
        </w:tc>
      </w:tr>
      <w:tr>
        <w:trPr>
          <w:cantSplit/>
          <w:trHeight w:val="386"/>
        </w:trPr>
        <w:tc>
          <w:tcPr>
            <w:tcW w:type="dxa" w:w="3742"/>
            <w:vAlign w:val="center"/>
          </w:tcPr>
          <w:p>
            <w:pPr>
              <w:keepNext/>
              <w:jc w:val="left"/>
            </w:pPr>
            <w:r>
              <w:rPr>
                <w:b w:val="0"/>
                <w:sz w:val="19"/>
              </w:rPr>
              <w:t>Ingreso si vende los 30 bolsos a S/ 15</w:t>
            </w:r>
          </w:p>
        </w:tc>
        <w:tc>
          <w:tcPr>
            <w:tcW w:type="dxa" w:w="3855"/>
            <w:vAlign w:val="center"/>
          </w:tcPr>
          <w:p>
            <w:pPr>
              <w:keepNext/>
              <w:jc w:val="left"/>
            </w:pPr>
            <w:r>
              <w:rPr>
                <w:b w:val="0"/>
                <w:sz w:val="19"/>
              </w:rPr>
              <w:t>15 × 30 =</w:t>
            </w:r>
          </w:p>
        </w:tc>
        <w:tc>
          <w:tcPr>
            <w:tcW w:type="dxa" w:w="2268"/>
            <w:vAlign w:val="center"/>
          </w:tcPr>
          <w:p>
            <w:pPr>
              <w:keepNext/>
              <w:jc w:val="left"/>
            </w:pPr>
            <w:r>
              <w:rPr>
                <w:b w:val="0"/>
                <w:sz w:val="19"/>
              </w:rPr>
              <w:t>S/</w:t>
            </w:r>
          </w:p>
        </w:tc>
      </w:tr>
      <w:tr>
        <w:trPr>
          <w:cantSplit/>
          <w:trHeight w:val="386"/>
        </w:trPr>
        <w:tc>
          <w:tcPr>
            <w:tcW w:type="dxa" w:w="3742"/>
            <w:vAlign w:val="center"/>
          </w:tcPr>
          <w:p>
            <w:pPr>
              <w:jc w:val="left"/>
            </w:pPr>
            <w:r>
              <w:rPr>
                <w:b w:val="0"/>
                <w:sz w:val="19"/>
              </w:rPr>
              <w:t>Ganancia esperada</w:t>
            </w:r>
          </w:p>
        </w:tc>
        <w:tc>
          <w:tcPr>
            <w:tcW w:type="dxa" w:w="3855"/>
            <w:vAlign w:val="center"/>
          </w:tcPr>
          <w:p>
            <w:pPr>
              <w:jc w:val="left"/>
            </w:pPr>
            <w:r>
              <w:rPr>
                <w:b w:val="0"/>
                <w:sz w:val="19"/>
              </w:rPr>
              <w:t>________ – ________ =</w:t>
            </w:r>
          </w:p>
        </w:tc>
        <w:tc>
          <w:tcPr>
            <w:tcW w:type="dxa" w:w="2268"/>
            <w:vAlign w:val="center"/>
          </w:tcPr>
          <w:p>
            <w:pPr>
              <w:jc w:val="left"/>
            </w:pPr>
            <w:r>
              <w:rPr>
                <w:b w:val="0"/>
                <w:sz w:val="19"/>
              </w:rPr>
              <w:t>S/</w:t>
            </w:r>
          </w:p>
        </w:tc>
      </w:tr>
    </w:tbl>
    <w:p>
      <w:pPr>
        <w:keepNext/>
        <w:spacing w:after="40" w:before="120"/>
        <w:jc w:val="left"/>
      </w:pPr>
      <w:r>
        <w:rPr>
          <w:b/>
          <w:color w:val="1F4E79"/>
          <w:sz w:val="22"/>
        </w:rPr>
        <w:t xml:space="preserve">ACTIVIDAD 4: </w:t>
      </w:r>
      <w:r>
        <w:rPr>
          <w:b/>
          <w:color w:val="1F4E79"/>
          <w:sz w:val="22"/>
        </w:rPr>
        <w:t>MATRIZ DE COMPARACIÓN DE ALTERNATIVAS</w:t>
      </w:r>
    </w:p>
    <w:p>
      <w:pPr>
        <w:keepNext/>
        <w:spacing w:after="80" w:before="0"/>
        <w:jc w:val="both"/>
      </w:pPr>
      <w:r>
        <w:rPr>
          <w:b w:val="0"/>
        </w:rPr>
        <w:t>Lee las tres alternativas que tiene Camila, realiza los cálculos y completa la matriz.</w:t>
      </w:r>
    </w:p>
    <w:tbl>
      <w:tblPr>
        <w:tblW w:type="auto" w:w="0"/>
        <w:jc w:val="center"/>
        <w:tblLayout w:type="fixed"/>
        <w:tblLook w:firstColumn="1" w:firstRow="1" w:lastColumn="0" w:lastRow="0" w:noHBand="0" w:noVBand="1" w:val="04A0"/>
        <w:tblBorders>
          <w:top w:val="single" w:sz="4" w:space="0" w:color="1F4E79"/>
          <w:left w:val="single" w:sz="4" w:space="0" w:color="1F4E79"/>
          <w:bottom w:val="single" w:sz="4" w:space="0" w:color="1F4E79"/>
          <w:right w:val="single" w:sz="4" w:space="0" w:color="1F4E79"/>
          <w:insideH w:val="nil"/>
          <w:insideV w:val="nil"/>
        </w:tblBorders>
      </w:tblPr>
      <w:tblGrid>
        <w:gridCol w:w="9865"/>
      </w:tblGrid>
      <w:tr>
        <w:tc>
          <w:tcPr>
            <w:tcW w:type="dxa" w:w="9865"/>
            <w:shd w:val="clear" w:color="auto" w:fill="DEEAF6"/>
          </w:tcPr>
          <w:p>
            <w:pPr>
              <w:spacing w:after="40"/>
              <w:jc w:val="both"/>
            </w:pPr>
            <w:r>
              <w:rPr>
                <w:b/>
                <w:sz w:val="19"/>
              </w:rPr>
              <w:t xml:space="preserve">Alternativa A – Producir por etapas con su ahorro: </w:t>
            </w:r>
            <w:r>
              <w:rPr>
                <w:b w:val="0"/>
                <w:sz w:val="19"/>
              </w:rPr>
              <w:t>con sus S/ 120 produce primero 10 bolsos (S/ 45 + 10 × S/ 7,30). Los vende a S/ 15 entre sus familiares y, con ese dinero y sus propinas, produce los 20 bolsos restantes.</w:t>
            </w:r>
          </w:p>
          <w:p>
            <w:pPr>
              <w:spacing w:after="40"/>
              <w:jc w:val="both"/>
            </w:pPr>
            <w:r>
              <w:rPr>
                <w:b/>
                <w:sz w:val="19"/>
              </w:rPr>
              <w:t xml:space="preserve">Alternativa B – Préstamo "gota a gota": </w:t>
            </w:r>
            <w:r>
              <w:rPr>
                <w:b w:val="0"/>
                <w:sz w:val="19"/>
              </w:rPr>
              <w:t>recibe S/ 150 del vecino y debe devolver S/ 180 en cuotas diarias durante un mes, venda o no venda sus bolsos.</w:t>
            </w:r>
          </w:p>
          <w:p>
            <w:pPr>
              <w:spacing w:after="40"/>
              <w:jc w:val="both"/>
            </w:pPr>
            <w:r>
              <w:rPr>
                <w:b/>
                <w:sz w:val="19"/>
              </w:rPr>
              <w:t xml:space="preserve">Alternativa C – Preventa con adelanto del 50 %: </w:t>
            </w:r>
            <w:r>
              <w:rPr>
                <w:b w:val="0"/>
                <w:sz w:val="19"/>
              </w:rPr>
              <w:t>toma pedidos de 12 bolsos y cobra un adelanto de S/ 7,50 por cada uno; además usa sus S/ 120 de ahorro y sus propinas de 4 semanas (S/ 60).</w:t>
            </w:r>
          </w:p>
        </w:tc>
      </w:tr>
    </w:tbl>
    <w:p>
      <w:pPr>
        <w:spacing w:after="0" w:line="100" w:lineRule="exact"/>
      </w:pPr>
      <w:r/>
    </w:p>
    <w:tbl>
      <w:tblPr>
        <w:tblStyle w:val="TableGrid"/>
        <w:tblW w:type="auto" w:w="0"/>
        <w:jc w:val="center"/>
        <w:tblLayout w:type="fixed"/>
        <w:tblLook w:firstColumn="1" w:firstRow="1" w:lastColumn="0" w:lastRow="0" w:noHBand="0" w:noVBand="1" w:val="04A0"/>
      </w:tblPr>
      <w:tblGrid>
        <w:gridCol w:w="1814"/>
        <w:gridCol w:w="3628"/>
        <w:gridCol w:w="2211"/>
        <w:gridCol w:w="2211"/>
      </w:tblGrid>
      <w:tr>
        <w:trPr>
          <w:cantSplit/>
          <w:trHeight w:val="1304"/>
          <w:tblHeader/>
        </w:trPr>
        <w:tc>
          <w:tcPr>
            <w:tcW w:type="dxa" w:w="1814"/>
            <w:vAlign w:val="center"/>
            <w:shd w:val="clear" w:color="auto" w:fill="DEEAF6"/>
          </w:tcPr>
          <w:p>
            <w:pPr>
              <w:keepNext/>
              <w:jc w:val="center"/>
            </w:pPr>
            <w:r>
              <w:rPr>
                <w:b/>
                <w:sz w:val="18"/>
              </w:rPr>
              <w:t>Alternativa</w:t>
            </w:r>
          </w:p>
        </w:tc>
        <w:tc>
          <w:tcPr>
            <w:tcW w:type="dxa" w:w="3628"/>
            <w:vAlign w:val="center"/>
            <w:shd w:val="clear" w:color="auto" w:fill="DEEAF6"/>
          </w:tcPr>
          <w:p>
            <w:pPr>
              <w:keepNext/>
              <w:jc w:val="center"/>
            </w:pPr>
            <w:r>
              <w:rPr>
                <w:b/>
                <w:sz w:val="18"/>
              </w:rPr>
              <w:t>Cálculos</w:t>
            </w:r>
          </w:p>
        </w:tc>
        <w:tc>
          <w:tcPr>
            <w:tcW w:type="dxa" w:w="2211"/>
            <w:vAlign w:val="center"/>
            <w:shd w:val="clear" w:color="auto" w:fill="DEEAF6"/>
          </w:tcPr>
          <w:p>
            <w:pPr>
              <w:keepNext/>
              <w:jc w:val="center"/>
            </w:pPr>
            <w:r>
              <w:rPr>
                <w:b/>
                <w:sz w:val="18"/>
              </w:rPr>
              <w:t>Beneficios</w:t>
            </w:r>
          </w:p>
        </w:tc>
        <w:tc>
          <w:tcPr>
            <w:tcW w:type="dxa" w:w="2211"/>
            <w:vAlign w:val="center"/>
            <w:shd w:val="clear" w:color="auto" w:fill="DEEAF6"/>
          </w:tcPr>
          <w:p>
            <w:pPr>
              <w:keepNext/>
              <w:jc w:val="center"/>
            </w:pPr>
            <w:r>
              <w:rPr>
                <w:b/>
                <w:sz w:val="18"/>
              </w:rPr>
              <w:t>Riesgos o limitaciones</w:t>
            </w:r>
          </w:p>
        </w:tc>
      </w:tr>
      <w:tr>
        <w:trPr>
          <w:cantSplit/>
          <w:trHeight w:val="1304"/>
        </w:trPr>
        <w:tc>
          <w:tcPr>
            <w:tcW w:type="dxa" w:w="1814"/>
            <w:vAlign w:val="center"/>
          </w:tcPr>
          <w:p>
            <w:pPr>
              <w:keepNext/>
              <w:jc w:val="left"/>
            </w:pPr>
            <w:r>
              <w:rPr>
                <w:b/>
                <w:sz w:val="18"/>
              </w:rPr>
              <w:t>A. Producir por etapas</w:t>
            </w:r>
          </w:p>
        </w:tc>
        <w:tc>
          <w:tcPr>
            <w:tcW w:type="dxa" w:w="3628"/>
            <w:vAlign w:val="center"/>
          </w:tcPr>
          <w:p>
            <w:pPr>
              <w:keepNext/>
              <w:jc w:val="left"/>
            </w:pPr>
            <w:r>
              <w:rPr>
                <w:b w:val="0"/>
                <w:sz w:val="18"/>
              </w:rPr>
              <w:t>Costo de los 10 primeros bolsos: S/ ______</w:t>
            </w:r>
          </w:p>
          <w:p>
            <w:pPr>
              <w:keepNext/>
              <w:jc w:val="left"/>
            </w:pPr>
            <w:r>
              <w:rPr>
                <w:b w:val="0"/>
                <w:sz w:val="18"/>
              </w:rPr>
              <w:t>¿Le alcanza su ahorro? ______</w:t>
            </w:r>
          </w:p>
          <w:p>
            <w:pPr>
              <w:keepNext/>
              <w:jc w:val="left"/>
            </w:pPr>
            <w:r>
              <w:rPr>
                <w:b w:val="0"/>
                <w:sz w:val="18"/>
              </w:rPr>
              <w:t>Ganancia final si vende los 30: S/ ______</w:t>
            </w:r>
          </w:p>
        </w:tc>
        <w:tc>
          <w:tcPr>
            <w:tcW w:type="dxa" w:w="2211"/>
            <w:vAlign w:val="center"/>
          </w:tcPr>
          <w:p>
            <w:pPr>
              <w:keepNext/>
              <w:jc w:val="left"/>
            </w:pPr>
            <w:r>
              <w:rPr>
                <w:b w:val="0"/>
                <w:sz w:val="18"/>
              </w:rPr>
            </w:r>
          </w:p>
        </w:tc>
        <w:tc>
          <w:tcPr>
            <w:tcW w:type="dxa" w:w="2211"/>
            <w:vAlign w:val="center"/>
          </w:tcPr>
          <w:p>
            <w:pPr>
              <w:keepNext/>
              <w:jc w:val="left"/>
            </w:pPr>
            <w:r>
              <w:rPr>
                <w:b w:val="0"/>
                <w:sz w:val="18"/>
              </w:rPr>
            </w:r>
          </w:p>
        </w:tc>
      </w:tr>
      <w:tr>
        <w:trPr>
          <w:cantSplit/>
          <w:trHeight w:val="1304"/>
        </w:trPr>
        <w:tc>
          <w:tcPr>
            <w:tcW w:type="dxa" w:w="1814"/>
            <w:vAlign w:val="center"/>
          </w:tcPr>
          <w:p>
            <w:pPr>
              <w:keepNext/>
              <w:jc w:val="left"/>
            </w:pPr>
            <w:r>
              <w:rPr>
                <w:b/>
                <w:sz w:val="18"/>
              </w:rPr>
              <w:t>B. Préstamo "gota a gota"</w:t>
            </w:r>
          </w:p>
        </w:tc>
        <w:tc>
          <w:tcPr>
            <w:tcW w:type="dxa" w:w="3628"/>
            <w:vAlign w:val="center"/>
          </w:tcPr>
          <w:p>
            <w:pPr>
              <w:keepNext/>
              <w:jc w:val="left"/>
            </w:pPr>
            <w:r>
              <w:rPr>
                <w:b w:val="0"/>
                <w:sz w:val="18"/>
              </w:rPr>
              <w:t>Interés: 180 – 150 = S/ ______</w:t>
            </w:r>
          </w:p>
          <w:p>
            <w:pPr>
              <w:keepNext/>
              <w:jc w:val="left"/>
            </w:pPr>
            <w:r>
              <w:rPr>
                <w:b w:val="0"/>
                <w:sz w:val="18"/>
              </w:rPr>
              <w:t>Ganancia final: ______ – ______ = S/ ______</w:t>
            </w:r>
          </w:p>
        </w:tc>
        <w:tc>
          <w:tcPr>
            <w:tcW w:type="dxa" w:w="2211"/>
            <w:vAlign w:val="center"/>
          </w:tcPr>
          <w:p>
            <w:pPr>
              <w:keepNext/>
              <w:jc w:val="left"/>
            </w:pPr>
            <w:r>
              <w:rPr>
                <w:b w:val="0"/>
                <w:sz w:val="18"/>
              </w:rPr>
            </w:r>
          </w:p>
        </w:tc>
        <w:tc>
          <w:tcPr>
            <w:tcW w:type="dxa" w:w="2211"/>
            <w:vAlign w:val="center"/>
          </w:tcPr>
          <w:p>
            <w:pPr>
              <w:keepNext/>
              <w:jc w:val="left"/>
            </w:pPr>
            <w:r>
              <w:rPr>
                <w:b w:val="0"/>
                <w:sz w:val="18"/>
              </w:rPr>
            </w:r>
          </w:p>
        </w:tc>
      </w:tr>
      <w:tr>
        <w:trPr>
          <w:cantSplit/>
          <w:trHeight w:val="1304"/>
        </w:trPr>
        <w:tc>
          <w:tcPr>
            <w:tcW w:type="dxa" w:w="1814"/>
            <w:vAlign w:val="center"/>
          </w:tcPr>
          <w:p>
            <w:pPr>
              <w:jc w:val="left"/>
            </w:pPr>
            <w:r>
              <w:rPr>
                <w:b/>
                <w:sz w:val="18"/>
              </w:rPr>
              <w:t>C. Preventa con adelanto</w:t>
            </w:r>
          </w:p>
        </w:tc>
        <w:tc>
          <w:tcPr>
            <w:tcW w:type="dxa" w:w="3628"/>
            <w:vAlign w:val="center"/>
          </w:tcPr>
          <w:p>
            <w:pPr>
              <w:jc w:val="left"/>
            </w:pPr>
            <w:r>
              <w:rPr>
                <w:b w:val="0"/>
                <w:sz w:val="18"/>
              </w:rPr>
              <w:t>Dinero disponible: (12 × 7,50) + 120 + 60 = S/ ______</w:t>
            </w:r>
          </w:p>
          <w:p>
            <w:pPr>
              <w:jc w:val="left"/>
            </w:pPr>
            <w:r>
              <w:rPr>
                <w:b w:val="0"/>
                <w:sz w:val="18"/>
              </w:rPr>
              <w:t>¿Cubre el costo total? ______</w:t>
            </w:r>
          </w:p>
          <w:p>
            <w:pPr>
              <w:jc w:val="left"/>
            </w:pPr>
            <w:r>
              <w:rPr>
                <w:b w:val="0"/>
                <w:sz w:val="18"/>
              </w:rPr>
              <w:t>Ganancia final: S/ ______</w:t>
            </w:r>
          </w:p>
        </w:tc>
        <w:tc>
          <w:tcPr>
            <w:tcW w:type="dxa" w:w="2211"/>
            <w:vAlign w:val="center"/>
          </w:tcPr>
          <w:p>
            <w:pPr>
              <w:jc w:val="left"/>
            </w:pPr>
            <w:r>
              <w:rPr>
                <w:b w:val="0"/>
                <w:sz w:val="18"/>
              </w:rPr>
            </w:r>
          </w:p>
        </w:tc>
        <w:tc>
          <w:tcPr>
            <w:tcW w:type="dxa" w:w="2211"/>
            <w:vAlign w:val="center"/>
          </w:tcPr>
          <w:p>
            <w:pPr>
              <w:jc w:val="left"/>
            </w:pPr>
            <w:r>
              <w:rPr>
                <w:b w:val="0"/>
                <w:sz w:val="18"/>
              </w:rPr>
            </w:r>
          </w:p>
        </w:tc>
      </w:tr>
    </w:tbl>
    <w:p>
      <w:pPr>
        <w:spacing w:after="0" w:line="60" w:lineRule="exact"/>
      </w:pPr>
      <w:r/>
    </w:p>
    <w:p>
      <w:pPr>
        <w:keepNext/>
        <w:spacing w:after="20" w:before="0"/>
        <w:jc w:val="both"/>
      </w:pPr>
      <w:r>
        <w:rPr>
          <w:b/>
        </w:rPr>
        <w:t xml:space="preserve">Momento 2 de la bitácora: </w:t>
      </w:r>
      <w:r>
        <w:rPr>
          <w:b w:val="0"/>
        </w:rPr>
        <w:t>hasta ahora, ¿qué alternativa parece más conveniente para Camila y por qué?</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pPr>
              <w:keepNext/>
            </w:pPr>
          </w:p>
        </w:tc>
      </w:tr>
      <w:tr>
        <w:trPr>
          <w:trHeight w:val="408"/>
          <w:cantSplit/>
        </w:trPr>
        <w:tc>
          <w:tcPr>
            <w:tcW w:type="dxa" w:w="9865"/>
          </w:tcPr>
          <w:p/>
        </w:tc>
      </w:tr>
    </w:tbl>
    <w:p>
      <w:pPr>
        <w:spacing w:after="0" w:line="100" w:lineRule="exact"/>
      </w:pPr>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865"/>
      </w:tblGrid>
      <w:tr>
        <w:tc>
          <w:tcPr>
            <w:tcW w:type="dxa" w:w="9865"/>
            <w:shd w:val="clear" w:color="auto" w:fill="1F4E79"/>
          </w:tcPr>
          <w:p>
            <w:pPr>
              <w:spacing w:before="60" w:after="60"/>
              <w:jc w:val="center"/>
            </w:pPr>
            <w:r>
              <w:rPr>
                <w:b/>
                <w:color w:val="FFFFFF"/>
                <w:sz w:val="32"/>
              </w:rPr>
              <w:t>FICHA DE TRABAJO N° 03</w:t>
            </w:r>
          </w:p>
        </w:tc>
      </w:tr>
      <w:tr>
        <w:tc>
          <w:tcPr>
            <w:tcW w:type="dxa" w:w="9865"/>
            <w:shd w:val="clear" w:color="auto" w:fill="DEEAF6"/>
          </w:tcPr>
          <w:p>
            <w:pPr>
              <w:spacing w:before="60" w:after="60"/>
              <w:jc w:val="center"/>
            </w:pPr>
            <w:r>
              <w:rPr>
                <w:b/>
                <w:color w:val="1F4E79"/>
                <w:sz w:val="24"/>
              </w:rPr>
              <w:t>Toma de decisiones financieras responsables</w:t>
            </w:r>
          </w:p>
        </w:tc>
      </w:tr>
    </w:tbl>
    <w:p>
      <w:pPr>
        <w:spacing w:after="0" w:line="100" w:lineRule="exact"/>
      </w:pPr>
      <w:r/>
    </w:p>
    <w:tbl>
      <w:tblPr>
        <w:tblStyle w:val="TableGrid"/>
        <w:tblW w:type="auto" w:w="0"/>
        <w:jc w:val="center"/>
        <w:tblLayout w:type="fixed"/>
        <w:tblLook w:firstColumn="1" w:firstRow="1" w:lastColumn="0" w:lastRow="0" w:noHBand="0" w:noVBand="1" w:val="04A0"/>
      </w:tblPr>
      <w:tblGrid>
        <w:gridCol w:w="1871"/>
        <w:gridCol w:w="4309"/>
        <w:gridCol w:w="1077"/>
        <w:gridCol w:w="2608"/>
      </w:tblGrid>
      <w:tr>
        <w:trPr>
          <w:cantSplit/>
          <w:trHeight w:val="351"/>
        </w:trPr>
        <w:tc>
          <w:tcPr>
            <w:tcW w:type="dxa" w:w="1871"/>
            <w:vAlign w:val="center"/>
            <w:shd w:val="clear" w:color="auto" w:fill="F2F2F2"/>
          </w:tcPr>
          <w:p>
            <w:pPr>
              <w:keepNext/>
              <w:jc w:val="left"/>
            </w:pPr>
            <w:r>
              <w:rPr>
                <w:b/>
                <w:sz w:val="19"/>
              </w:rPr>
              <w:t xml:space="preserve">Estudiante: </w:t>
            </w:r>
          </w:p>
        </w:tc>
        <w:tc>
          <w:tcPr>
            <w:tcW w:type="dxa" w:w="7994"/>
            <w:gridSpan w:val="3"/>
            <w:vAlign w:val="center"/>
          </w:tcPr>
          <w:p>
            <w:pPr>
              <w:keepNext/>
              <w:jc w:val="left"/>
            </w:pPr>
            <w:r>
              <w:rPr>
                <w:b w:val="0"/>
                <w:sz w:val="19"/>
              </w:rPr>
            </w:r>
          </w:p>
        </w:tc>
      </w:tr>
      <w:tr>
        <w:trPr>
          <w:cantSplit/>
          <w:trHeight w:val="351"/>
        </w:trPr>
        <w:tc>
          <w:tcPr>
            <w:tcW w:type="dxa" w:w="1871"/>
            <w:vAlign w:val="center"/>
            <w:shd w:val="clear" w:color="auto" w:fill="F2F2F2"/>
          </w:tcPr>
          <w:p>
            <w:pPr>
              <w:keepNext/>
              <w:jc w:val="left"/>
            </w:pPr>
            <w:r>
              <w:rPr>
                <w:b/>
                <w:sz w:val="19"/>
              </w:rPr>
              <w:t xml:space="preserve">Agencia: </w:t>
            </w:r>
          </w:p>
        </w:tc>
        <w:tc>
          <w:tcPr>
            <w:tcW w:type="dxa" w:w="4309"/>
            <w:vAlign w:val="center"/>
          </w:tcPr>
          <w:p>
            <w:pPr>
              <w:keepNext/>
              <w:jc w:val="left"/>
            </w:pPr>
            <w:r>
              <w:rPr>
                <w:b w:val="0"/>
                <w:sz w:val="19"/>
              </w:rPr>
            </w:r>
          </w:p>
        </w:tc>
        <w:tc>
          <w:tcPr>
            <w:tcW w:type="dxa" w:w="1077"/>
            <w:vAlign w:val="center"/>
            <w:shd w:val="clear" w:color="auto" w:fill="F2F2F2"/>
          </w:tcPr>
          <w:p>
            <w:pPr>
              <w:keepNext/>
              <w:jc w:val="left"/>
            </w:pPr>
            <w:r>
              <w:rPr>
                <w:b/>
                <w:sz w:val="19"/>
              </w:rPr>
              <w:t xml:space="preserve">Fecha: </w:t>
            </w:r>
          </w:p>
        </w:tc>
        <w:tc>
          <w:tcPr>
            <w:tcW w:type="dxa" w:w="2608"/>
            <w:vAlign w:val="center"/>
          </w:tcPr>
          <w:p>
            <w:pPr>
              <w:keepNext/>
              <w:jc w:val="left"/>
            </w:pPr>
            <w:r>
              <w:rPr>
                <w:b w:val="0"/>
                <w:sz w:val="19"/>
              </w:rPr>
            </w:r>
          </w:p>
        </w:tc>
      </w:tr>
      <w:tr>
        <w:trPr>
          <w:cantSplit/>
          <w:trHeight w:val="351"/>
        </w:trPr>
        <w:tc>
          <w:tcPr>
            <w:tcW w:type="dxa" w:w="1871"/>
            <w:vAlign w:val="center"/>
            <w:shd w:val="clear" w:color="auto" w:fill="F2F2F2"/>
          </w:tcPr>
          <w:p>
            <w:pPr>
              <w:jc w:val="left"/>
            </w:pPr>
            <w:r>
              <w:rPr>
                <w:b/>
                <w:sz w:val="19"/>
              </w:rPr>
              <w:t xml:space="preserve">Grado y sección: </w:t>
            </w:r>
          </w:p>
        </w:tc>
        <w:tc>
          <w:tcPr>
            <w:tcW w:type="dxa" w:w="4309"/>
            <w:vAlign w:val="center"/>
          </w:tcPr>
          <w:p>
            <w:pPr>
              <w:jc w:val="left"/>
            </w:pPr>
            <w:r>
              <w:rPr>
                <w:b w:val="0"/>
                <w:sz w:val="19"/>
              </w:rPr>
              <w:t>3° “______”</w:t>
            </w:r>
          </w:p>
        </w:tc>
        <w:tc>
          <w:tcPr>
            <w:tcW w:type="dxa" w:w="1077"/>
            <w:vAlign w:val="center"/>
            <w:shd w:val="clear" w:color="auto" w:fill="F2F2F2"/>
          </w:tcPr>
          <w:p>
            <w:pPr>
              <w:jc w:val="left"/>
            </w:pPr>
            <w:r>
              <w:rPr>
                <w:b/>
                <w:sz w:val="19"/>
              </w:rPr>
              <w:t xml:space="preserve">Sesión: </w:t>
            </w:r>
          </w:p>
        </w:tc>
        <w:tc>
          <w:tcPr>
            <w:tcW w:type="dxa" w:w="2608"/>
            <w:vAlign w:val="center"/>
          </w:tcPr>
          <w:p>
            <w:pPr>
              <w:jc w:val="left"/>
            </w:pPr>
            <w:r>
              <w:rPr>
                <w:b w:val="0"/>
                <w:sz w:val="19"/>
              </w:rPr>
              <w:t>N° 03  ·  Momento 3 de la bitácora</w:t>
            </w:r>
          </w:p>
        </w:tc>
      </w:tr>
    </w:tbl>
    <w:p>
      <w:pPr>
        <w:spacing w:after="0" w:line="100" w:lineRule="exact"/>
      </w:pPr>
      <w:r/>
    </w:p>
    <w:tbl>
      <w:tblPr>
        <w:tblW w:type="auto" w:w="0"/>
        <w:jc w:val="center"/>
        <w:tblLayout w:type="fixed"/>
        <w:tblLook w:firstColumn="1" w:firstRow="1" w:lastColumn="0" w:lastRow="0" w:noHBand="0" w:noVBand="1" w:val="04A0"/>
        <w:tblBorders>
          <w:top w:val="single" w:sz="4" w:space="0" w:color="1F4E79"/>
          <w:left w:val="single" w:sz="4" w:space="0" w:color="1F4E79"/>
          <w:bottom w:val="single" w:sz="4" w:space="0" w:color="1F4E79"/>
          <w:right w:val="single" w:sz="4" w:space="0" w:color="1F4E79"/>
          <w:insideH w:val="nil"/>
          <w:insideV w:val="nil"/>
        </w:tblBorders>
      </w:tblPr>
      <w:tblGrid>
        <w:gridCol w:w="9865"/>
      </w:tblGrid>
      <w:tr>
        <w:tc>
          <w:tcPr>
            <w:tcW w:type="dxa" w:w="9865"/>
            <w:shd w:val="clear" w:color="auto" w:fill="FFF2CC"/>
          </w:tcPr>
          <w:p>
            <w:pPr>
              <w:spacing w:after="40"/>
              <w:jc w:val="both"/>
            </w:pPr>
            <w:r>
              <w:rPr>
                <w:b/>
                <w:sz w:val="20"/>
              </w:rPr>
              <w:t xml:space="preserve">Propósito: </w:t>
            </w:r>
            <w:r>
              <w:rPr>
                <w:b w:val="0"/>
                <w:sz w:val="20"/>
              </w:rPr>
              <w:t>Formular y sustentar una recomendación financiera para Camila con el método A.R.E. (Afirmación, Razonamiento y Evidencia) y evaluar nuestro trabajo en equipo.</w:t>
            </w:r>
          </w:p>
        </w:tc>
      </w:tr>
    </w:tbl>
    <w:p>
      <w:pPr>
        <w:spacing w:after="0" w:line="100" w:lineRule="exact"/>
      </w:pPr>
      <w:r/>
    </w:p>
    <w:p>
      <w:pPr>
        <w:keepNext/>
        <w:spacing w:after="40" w:before="120"/>
        <w:jc w:val="left"/>
      </w:pPr>
      <w:r>
        <w:rPr>
          <w:b/>
          <w:color w:val="1F4E79"/>
          <w:sz w:val="22"/>
        </w:rPr>
        <w:t xml:space="preserve">ACTIVIDAD 1: </w:t>
      </w:r>
      <w:r>
        <w:rPr>
          <w:b/>
          <w:color w:val="1F4E79"/>
          <w:sz w:val="22"/>
        </w:rPr>
        <w:t>REPASAMOS NUESTROS RESULTADOS</w:t>
      </w:r>
    </w:p>
    <w:p>
      <w:pPr>
        <w:keepNext/>
        <w:spacing w:after="80" w:before="0"/>
        <w:jc w:val="both"/>
      </w:pPr>
      <w:r>
        <w:rPr>
          <w:b w:val="0"/>
        </w:rPr>
        <w:t>Copia los resultados de la matriz de la Ficha N° 02 y califica el nivel de riesgo de cada alternativa.</w:t>
      </w:r>
    </w:p>
    <w:tbl>
      <w:tblPr>
        <w:tblStyle w:val="TableGrid"/>
        <w:tblW w:type="auto" w:w="0"/>
        <w:jc w:val="center"/>
        <w:tblLayout w:type="fixed"/>
        <w:tblLook w:firstColumn="1" w:firstRow="1" w:lastColumn="0" w:lastRow="0" w:noHBand="0" w:noVBand="1" w:val="04A0"/>
      </w:tblPr>
      <w:tblGrid>
        <w:gridCol w:w="2608"/>
        <w:gridCol w:w="1701"/>
        <w:gridCol w:w="2154"/>
        <w:gridCol w:w="3402"/>
      </w:tblGrid>
      <w:tr>
        <w:trPr>
          <w:cantSplit/>
          <w:trHeight w:val="425"/>
          <w:tblHeader/>
        </w:trPr>
        <w:tc>
          <w:tcPr>
            <w:tcW w:type="dxa" w:w="2608"/>
            <w:vAlign w:val="center"/>
            <w:shd w:val="clear" w:color="auto" w:fill="DEEAF6"/>
          </w:tcPr>
          <w:p>
            <w:pPr>
              <w:keepNext/>
              <w:jc w:val="center"/>
            </w:pPr>
            <w:r>
              <w:rPr>
                <w:b/>
                <w:sz w:val="19"/>
              </w:rPr>
              <w:t>Alternativa</w:t>
            </w:r>
          </w:p>
        </w:tc>
        <w:tc>
          <w:tcPr>
            <w:tcW w:type="dxa" w:w="1701"/>
            <w:vAlign w:val="center"/>
            <w:shd w:val="clear" w:color="auto" w:fill="DEEAF6"/>
          </w:tcPr>
          <w:p>
            <w:pPr>
              <w:keepNext/>
              <w:jc w:val="center"/>
            </w:pPr>
            <w:r>
              <w:rPr>
                <w:b/>
                <w:sz w:val="19"/>
              </w:rPr>
              <w:t>Ganancia final (S/)</w:t>
            </w:r>
          </w:p>
        </w:tc>
        <w:tc>
          <w:tcPr>
            <w:tcW w:type="dxa" w:w="2154"/>
            <w:vAlign w:val="center"/>
            <w:shd w:val="clear" w:color="auto" w:fill="DEEAF6"/>
          </w:tcPr>
          <w:p>
            <w:pPr>
              <w:keepNext/>
              <w:jc w:val="center"/>
            </w:pPr>
            <w:r>
              <w:rPr>
                <w:b/>
                <w:sz w:val="19"/>
              </w:rPr>
              <w:t>Nivel de riesgo (bajo / medio / alto)</w:t>
            </w:r>
          </w:p>
        </w:tc>
        <w:tc>
          <w:tcPr>
            <w:tcW w:type="dxa" w:w="3402"/>
            <w:vAlign w:val="center"/>
            <w:shd w:val="clear" w:color="auto" w:fill="DEEAF6"/>
          </w:tcPr>
          <w:p>
            <w:pPr>
              <w:keepNext/>
              <w:jc w:val="center"/>
            </w:pPr>
            <w:r>
              <w:rPr>
                <w:b/>
                <w:sz w:val="19"/>
              </w:rPr>
              <w:t>¿Por qué?</w:t>
            </w:r>
          </w:p>
        </w:tc>
      </w:tr>
      <w:tr>
        <w:trPr>
          <w:cantSplit/>
          <w:trHeight w:val="425"/>
        </w:trPr>
        <w:tc>
          <w:tcPr>
            <w:tcW w:type="dxa" w:w="2608"/>
            <w:vAlign w:val="center"/>
          </w:tcPr>
          <w:p>
            <w:pPr>
              <w:keepNext/>
              <w:jc w:val="left"/>
            </w:pPr>
            <w:r>
              <w:rPr>
                <w:b w:val="0"/>
                <w:sz w:val="19"/>
              </w:rPr>
              <w:t>A. Producir por etapas</w:t>
            </w:r>
          </w:p>
        </w:tc>
        <w:tc>
          <w:tcPr>
            <w:tcW w:type="dxa" w:w="1701"/>
            <w:vAlign w:val="center"/>
          </w:tcPr>
          <w:p>
            <w:pPr>
              <w:keepNext/>
              <w:jc w:val="left"/>
            </w:pPr>
            <w:r>
              <w:rPr>
                <w:b w:val="0"/>
                <w:sz w:val="19"/>
              </w:rPr>
            </w:r>
          </w:p>
        </w:tc>
        <w:tc>
          <w:tcPr>
            <w:tcW w:type="dxa" w:w="2154"/>
            <w:vAlign w:val="center"/>
          </w:tcPr>
          <w:p>
            <w:pPr>
              <w:keepNext/>
              <w:jc w:val="left"/>
            </w:pPr>
            <w:r>
              <w:rPr>
                <w:b w:val="0"/>
                <w:sz w:val="19"/>
              </w:rPr>
            </w:r>
          </w:p>
        </w:tc>
        <w:tc>
          <w:tcPr>
            <w:tcW w:type="dxa" w:w="3402"/>
            <w:vAlign w:val="center"/>
          </w:tcPr>
          <w:p>
            <w:pPr>
              <w:keepNext/>
              <w:jc w:val="left"/>
            </w:pPr>
            <w:r>
              <w:rPr>
                <w:b w:val="0"/>
                <w:sz w:val="19"/>
              </w:rPr>
            </w:r>
          </w:p>
        </w:tc>
      </w:tr>
      <w:tr>
        <w:trPr>
          <w:cantSplit/>
          <w:trHeight w:val="425"/>
        </w:trPr>
        <w:tc>
          <w:tcPr>
            <w:tcW w:type="dxa" w:w="2608"/>
            <w:vAlign w:val="center"/>
          </w:tcPr>
          <w:p>
            <w:pPr>
              <w:keepNext/>
              <w:jc w:val="left"/>
            </w:pPr>
            <w:r>
              <w:rPr>
                <w:b w:val="0"/>
                <w:sz w:val="19"/>
              </w:rPr>
              <w:t>B. Préstamo "gota a gota"</w:t>
            </w:r>
          </w:p>
        </w:tc>
        <w:tc>
          <w:tcPr>
            <w:tcW w:type="dxa" w:w="1701"/>
            <w:vAlign w:val="center"/>
          </w:tcPr>
          <w:p>
            <w:pPr>
              <w:keepNext/>
              <w:jc w:val="left"/>
            </w:pPr>
            <w:r>
              <w:rPr>
                <w:b w:val="0"/>
                <w:sz w:val="19"/>
              </w:rPr>
            </w:r>
          </w:p>
        </w:tc>
        <w:tc>
          <w:tcPr>
            <w:tcW w:type="dxa" w:w="2154"/>
            <w:vAlign w:val="center"/>
          </w:tcPr>
          <w:p>
            <w:pPr>
              <w:keepNext/>
              <w:jc w:val="left"/>
            </w:pPr>
            <w:r>
              <w:rPr>
                <w:b w:val="0"/>
                <w:sz w:val="19"/>
              </w:rPr>
            </w:r>
          </w:p>
        </w:tc>
        <w:tc>
          <w:tcPr>
            <w:tcW w:type="dxa" w:w="3402"/>
            <w:vAlign w:val="center"/>
          </w:tcPr>
          <w:p>
            <w:pPr>
              <w:keepNext/>
              <w:jc w:val="left"/>
            </w:pPr>
            <w:r>
              <w:rPr>
                <w:b w:val="0"/>
                <w:sz w:val="19"/>
              </w:rPr>
            </w:r>
          </w:p>
        </w:tc>
      </w:tr>
      <w:tr>
        <w:trPr>
          <w:cantSplit/>
          <w:trHeight w:val="425"/>
        </w:trPr>
        <w:tc>
          <w:tcPr>
            <w:tcW w:type="dxa" w:w="2608"/>
            <w:vAlign w:val="center"/>
          </w:tcPr>
          <w:p>
            <w:pPr>
              <w:jc w:val="left"/>
            </w:pPr>
            <w:r>
              <w:rPr>
                <w:b w:val="0"/>
                <w:sz w:val="19"/>
              </w:rPr>
              <w:t>C. Preventa con adelanto</w:t>
            </w:r>
          </w:p>
        </w:tc>
        <w:tc>
          <w:tcPr>
            <w:tcW w:type="dxa" w:w="1701"/>
            <w:vAlign w:val="center"/>
          </w:tcPr>
          <w:p>
            <w:pPr>
              <w:jc w:val="left"/>
            </w:pPr>
            <w:r>
              <w:rPr>
                <w:b w:val="0"/>
                <w:sz w:val="19"/>
              </w:rPr>
            </w:r>
          </w:p>
        </w:tc>
        <w:tc>
          <w:tcPr>
            <w:tcW w:type="dxa" w:w="2154"/>
            <w:vAlign w:val="center"/>
          </w:tcPr>
          <w:p>
            <w:pPr>
              <w:jc w:val="left"/>
            </w:pPr>
            <w:r>
              <w:rPr>
                <w:b w:val="0"/>
                <w:sz w:val="19"/>
              </w:rPr>
            </w:r>
          </w:p>
        </w:tc>
        <w:tc>
          <w:tcPr>
            <w:tcW w:type="dxa" w:w="3402"/>
            <w:vAlign w:val="center"/>
          </w:tcPr>
          <w:p>
            <w:pPr>
              <w:jc w:val="left"/>
            </w:pPr>
            <w:r>
              <w:rPr>
                <w:b w:val="0"/>
                <w:sz w:val="19"/>
              </w:rPr>
            </w:r>
          </w:p>
        </w:tc>
      </w:tr>
    </w:tbl>
    <w:p>
      <w:pPr>
        <w:keepNext/>
        <w:spacing w:after="40" w:before="120"/>
        <w:jc w:val="left"/>
      </w:pPr>
      <w:r>
        <w:rPr>
          <w:b/>
          <w:color w:val="1F4E79"/>
          <w:sz w:val="22"/>
        </w:rPr>
        <w:t xml:space="preserve">ACTIVIDAD 2: </w:t>
      </w:r>
      <w:r>
        <w:rPr>
          <w:b/>
          <w:color w:val="1F4E79"/>
          <w:sz w:val="22"/>
        </w:rPr>
        <w:t>EL MÉTODO A.R.E. PARA SUSTENTAR NUESTRA DECISIÓN</w:t>
      </w:r>
    </w:p>
    <w:p>
      <w:pPr>
        <w:keepNext/>
        <w:spacing w:after="80" w:before="0"/>
        <w:jc w:val="both"/>
      </w:pPr>
      <w:r>
        <w:rPr>
          <w:b w:val="0"/>
        </w:rPr>
        <w:t>Somos los asesores financieros de Camila. Un buen asesor no solo opina: argumenta con conceptos y con cálculos.</w:t>
      </w:r>
    </w:p>
    <w:p>
      <w:pPr>
        <w:keepNext/>
        <w:spacing w:after="20" w:before="0"/>
        <w:jc w:val="left"/>
      </w:pPr>
      <w:r>
        <w:rPr>
          <w:b/>
          <w:color w:val="1F4E79"/>
        </w:rPr>
        <w:t>Paso A – AFIRMACIÓN (nuestra decisión)</w:t>
      </w:r>
    </w:p>
    <w:p>
      <w:pPr>
        <w:keepNext/>
        <w:spacing w:after="0" w:before="0"/>
        <w:jc w:val="both"/>
      </w:pPr>
      <w:r>
        <w:rPr>
          <w:b w:val="0"/>
        </w:rPr>
        <w:t>Nuestra Agencia recomienda a Camila la Alternativa ______ porque…</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pPr>
              <w:keepNext/>
            </w:pPr>
          </w:p>
        </w:tc>
      </w:tr>
      <w:tr>
        <w:trPr>
          <w:trHeight w:val="408"/>
          <w:cantSplit/>
        </w:trPr>
        <w:tc>
          <w:tcPr>
            <w:tcW w:type="dxa" w:w="9865"/>
          </w:tcPr>
          <w:p/>
        </w:tc>
      </w:tr>
    </w:tbl>
    <w:p>
      <w:pPr>
        <w:spacing w:after="0" w:line="100" w:lineRule="exact"/>
      </w:pPr>
      <w:r/>
    </w:p>
    <w:p>
      <w:pPr>
        <w:keepNext/>
        <w:spacing w:after="20" w:before="0"/>
        <w:jc w:val="left"/>
      </w:pPr>
      <w:r>
        <w:rPr>
          <w:b/>
          <w:color w:val="1F4E79"/>
        </w:rPr>
        <w:t>Paso R – RAZONAMIENTO (el porqué)</w:t>
      </w:r>
    </w:p>
    <w:p>
      <w:pPr>
        <w:keepNext/>
        <w:spacing w:after="0" w:before="0"/>
        <w:jc w:val="both"/>
      </w:pPr>
      <w:r>
        <w:rPr>
          <w:b w:val="0"/>
        </w:rPr>
        <w:t>Expliquen su decisión usando obligatoriamente al menos tres conceptos del diccionario financiero (costo fijo, costo variable, costo unitario, ganancia, interés, presupuesto, ahorro, préstamo informal o merma).</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pPr>
              <w:keepNext/>
            </w:pPr>
          </w:p>
        </w:tc>
      </w:tr>
      <w:tr>
        <w:trPr>
          <w:trHeight w:val="408"/>
          <w:cantSplit/>
        </w:trPr>
        <w:tc>
          <w:tcPr>
            <w:tcW w:type="dxa" w:w="9865"/>
          </w:tcPr>
          <w:p>
            <w:pPr>
              <w:keepNext/>
            </w:pPr>
          </w:p>
        </w:tc>
      </w:tr>
      <w:tr>
        <w:trPr>
          <w:trHeight w:val="408"/>
          <w:cantSplit/>
        </w:trPr>
        <w:tc>
          <w:tcPr>
            <w:tcW w:type="dxa" w:w="9865"/>
          </w:tcPr>
          <w:p>
            <w:pPr>
              <w:keepNext/>
            </w:pPr>
          </w:p>
        </w:tc>
      </w:tr>
      <w:tr>
        <w:trPr>
          <w:trHeight w:val="408"/>
          <w:cantSplit/>
        </w:trPr>
        <w:tc>
          <w:tcPr>
            <w:tcW w:type="dxa" w:w="9865"/>
          </w:tcPr>
          <w:p/>
        </w:tc>
      </w:tr>
    </w:tbl>
    <w:p>
      <w:pPr>
        <w:spacing w:after="0" w:line="100" w:lineRule="exact"/>
      </w:pPr>
      <w:r/>
    </w:p>
    <w:p>
      <w:pPr>
        <w:keepNext/>
        <w:spacing w:after="20" w:before="0"/>
        <w:jc w:val="left"/>
      </w:pPr>
      <w:r>
        <w:rPr>
          <w:b/>
          <w:color w:val="1F4E79"/>
        </w:rPr>
        <w:t>Paso E – EVIDENCIA Y MITIGACIÓN (el respaldo)</w:t>
      </w:r>
    </w:p>
    <w:p>
      <w:pPr>
        <w:keepNext/>
        <w:spacing w:after="0" w:before="0"/>
        <w:jc w:val="both"/>
      </w:pPr>
      <w:r>
        <w:rPr>
          <w:b w:val="0"/>
        </w:rPr>
        <w:t>¿Qué cálculos demuestran que su recomendación es la mejor? ¿Qué debe hacer Camila si no logra vender todos sus bolsos? ¿Cómo reduce el riesgo de endeudarse?</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pPr>
              <w:keepNext/>
            </w:pPr>
          </w:p>
        </w:tc>
      </w:tr>
      <w:tr>
        <w:trPr>
          <w:trHeight w:val="408"/>
          <w:cantSplit/>
        </w:trPr>
        <w:tc>
          <w:tcPr>
            <w:tcW w:type="dxa" w:w="9865"/>
          </w:tcPr>
          <w:p>
            <w:pPr>
              <w:keepNext/>
            </w:pPr>
          </w:p>
        </w:tc>
      </w:tr>
      <w:tr>
        <w:trPr>
          <w:trHeight w:val="408"/>
          <w:cantSplit/>
        </w:trPr>
        <w:tc>
          <w:tcPr>
            <w:tcW w:type="dxa" w:w="9865"/>
          </w:tcPr>
          <w:p>
            <w:pPr>
              <w:keepNext/>
            </w:pPr>
          </w:p>
        </w:tc>
      </w:tr>
      <w:tr>
        <w:trPr>
          <w:trHeight w:val="408"/>
          <w:cantSplit/>
        </w:trPr>
        <w:tc>
          <w:tcPr>
            <w:tcW w:type="dxa" w:w="9865"/>
          </w:tcPr>
          <w:p/>
        </w:tc>
      </w:tr>
    </w:tbl>
    <w:p>
      <w:pPr>
        <w:spacing w:after="0" w:line="100" w:lineRule="exact"/>
      </w:pPr>
      <w:r/>
    </w:p>
    <w:p>
      <w:pPr>
        <w:keepNext/>
        <w:spacing w:after="40" w:before="120"/>
        <w:jc w:val="left"/>
      </w:pPr>
      <w:r>
        <w:rPr>
          <w:b/>
          <w:color w:val="1F4E79"/>
          <w:sz w:val="22"/>
        </w:rPr>
        <w:t xml:space="preserve">ACTIVIDAD 3: </w:t>
      </w:r>
      <w:r>
        <w:rPr>
          <w:b/>
          <w:color w:val="1F4E79"/>
          <w:sz w:val="22"/>
        </w:rPr>
        <w:t>MESA DE ASESORES (REVISIÓN CRUZADA)</w:t>
      </w:r>
    </w:p>
    <w:p>
      <w:pPr>
        <w:keepNext/>
        <w:spacing w:after="80" w:before="0"/>
        <w:jc w:val="both"/>
      </w:pPr>
      <w:r>
        <w:rPr>
          <w:b w:val="0"/>
        </w:rPr>
        <w:t>Intercambien su ficha con otra Agencia. Lean su recomendación y evalúenla con sinceridad y respeto. Luego, devuelvan la ficha.</w:t>
      </w:r>
    </w:p>
    <w:p>
      <w:pPr>
        <w:keepNext/>
        <w:spacing w:after="60" w:before="0"/>
        <w:jc w:val="both"/>
      </w:pPr>
      <w:r>
        <w:rPr>
          <w:b/>
        </w:rPr>
        <w:t xml:space="preserve">Agencia que evalúa: </w:t>
      </w:r>
      <w:r>
        <w:rPr>
          <w:b w:val="0"/>
        </w:rPr>
        <w:t>______________________________________________</w:t>
      </w:r>
    </w:p>
    <w:tbl>
      <w:tblPr>
        <w:tblStyle w:val="TableGrid"/>
        <w:tblW w:type="auto" w:w="0"/>
        <w:jc w:val="center"/>
        <w:tblLayout w:type="fixed"/>
        <w:tblLook w:firstColumn="1" w:firstRow="1" w:lastColumn="0" w:lastRow="0" w:noHBand="0" w:noVBand="1" w:val="04A0"/>
      </w:tblPr>
      <w:tblGrid>
        <w:gridCol w:w="4535"/>
        <w:gridCol w:w="624"/>
        <w:gridCol w:w="624"/>
        <w:gridCol w:w="4082"/>
      </w:tblGrid>
      <w:tr>
        <w:trPr>
          <w:cantSplit/>
          <w:trHeight w:val="482"/>
          <w:tblHeader/>
        </w:trPr>
        <w:tc>
          <w:tcPr>
            <w:tcW w:type="dxa" w:w="4535"/>
            <w:vAlign w:val="center"/>
            <w:shd w:val="clear" w:color="auto" w:fill="DEEAF6"/>
          </w:tcPr>
          <w:p>
            <w:pPr>
              <w:keepNext/>
              <w:jc w:val="center"/>
            </w:pPr>
            <w:r>
              <w:rPr>
                <w:b/>
                <w:sz w:val="19"/>
              </w:rPr>
              <w:t>Indicador</w:t>
            </w:r>
          </w:p>
        </w:tc>
        <w:tc>
          <w:tcPr>
            <w:tcW w:type="dxa" w:w="624"/>
            <w:vAlign w:val="center"/>
            <w:shd w:val="clear" w:color="auto" w:fill="DEEAF6"/>
          </w:tcPr>
          <w:p>
            <w:pPr>
              <w:keepNext/>
              <w:jc w:val="center"/>
            </w:pPr>
            <w:r>
              <w:rPr>
                <w:b/>
                <w:sz w:val="19"/>
              </w:rPr>
              <w:t>Sí</w:t>
            </w:r>
          </w:p>
        </w:tc>
        <w:tc>
          <w:tcPr>
            <w:tcW w:type="dxa" w:w="624"/>
            <w:vAlign w:val="center"/>
            <w:shd w:val="clear" w:color="auto" w:fill="DEEAF6"/>
          </w:tcPr>
          <w:p>
            <w:pPr>
              <w:keepNext/>
              <w:jc w:val="center"/>
            </w:pPr>
            <w:r>
              <w:rPr>
                <w:b/>
                <w:sz w:val="19"/>
              </w:rPr>
              <w:t>No</w:t>
            </w:r>
          </w:p>
        </w:tc>
        <w:tc>
          <w:tcPr>
            <w:tcW w:type="dxa" w:w="4082"/>
            <w:vAlign w:val="center"/>
            <w:shd w:val="clear" w:color="auto" w:fill="DEEAF6"/>
          </w:tcPr>
          <w:p>
            <w:pPr>
              <w:keepNext/>
              <w:jc w:val="center"/>
            </w:pPr>
            <w:r>
              <w:rPr>
                <w:b/>
                <w:sz w:val="19"/>
              </w:rPr>
              <w:t>Sugerencia de mejora</w:t>
            </w:r>
          </w:p>
        </w:tc>
      </w:tr>
      <w:tr>
        <w:trPr>
          <w:cantSplit/>
          <w:trHeight w:val="482"/>
        </w:trPr>
        <w:tc>
          <w:tcPr>
            <w:tcW w:type="dxa" w:w="4535"/>
            <w:vAlign w:val="center"/>
          </w:tcPr>
          <w:p>
            <w:pPr>
              <w:keepNext/>
              <w:jc w:val="left"/>
            </w:pPr>
            <w:r>
              <w:rPr>
                <w:b w:val="0"/>
                <w:sz w:val="19"/>
              </w:rPr>
              <w:t>¿La decisión es clara y responde al problema de Camila?</w:t>
            </w:r>
          </w:p>
        </w:tc>
        <w:tc>
          <w:tcPr>
            <w:tcW w:type="dxa" w:w="624"/>
            <w:vAlign w:val="center"/>
          </w:tcPr>
          <w:p>
            <w:pPr>
              <w:keepNext/>
              <w:jc w:val="center"/>
            </w:pPr>
            <w:r>
              <w:rPr>
                <w:b w:val="0"/>
                <w:sz w:val="19"/>
              </w:rPr>
            </w:r>
          </w:p>
        </w:tc>
        <w:tc>
          <w:tcPr>
            <w:tcW w:type="dxa" w:w="624"/>
            <w:vAlign w:val="center"/>
          </w:tcPr>
          <w:p>
            <w:pPr>
              <w:keepNext/>
              <w:jc w:val="center"/>
            </w:pPr>
            <w:r>
              <w:rPr>
                <w:b w:val="0"/>
                <w:sz w:val="19"/>
              </w:rPr>
            </w:r>
          </w:p>
        </w:tc>
        <w:tc>
          <w:tcPr>
            <w:tcW w:type="dxa" w:w="4082"/>
            <w:vAlign w:val="center"/>
          </w:tcPr>
          <w:p>
            <w:pPr>
              <w:keepNext/>
              <w:jc w:val="left"/>
            </w:pPr>
            <w:r>
              <w:rPr>
                <w:b w:val="0"/>
                <w:sz w:val="19"/>
              </w:rPr>
            </w:r>
          </w:p>
        </w:tc>
      </w:tr>
      <w:tr>
        <w:trPr>
          <w:cantSplit/>
          <w:trHeight w:val="482"/>
        </w:trPr>
        <w:tc>
          <w:tcPr>
            <w:tcW w:type="dxa" w:w="4535"/>
            <w:vAlign w:val="center"/>
          </w:tcPr>
          <w:p>
            <w:pPr>
              <w:keepNext/>
              <w:jc w:val="left"/>
            </w:pPr>
            <w:r>
              <w:rPr>
                <w:b w:val="0"/>
                <w:sz w:val="19"/>
              </w:rPr>
              <w:t>¿Usaron correctamente al menos tres conceptos financieros?</w:t>
            </w:r>
          </w:p>
        </w:tc>
        <w:tc>
          <w:tcPr>
            <w:tcW w:type="dxa" w:w="624"/>
            <w:vAlign w:val="center"/>
          </w:tcPr>
          <w:p>
            <w:pPr>
              <w:keepNext/>
              <w:jc w:val="center"/>
            </w:pPr>
            <w:r>
              <w:rPr>
                <w:b w:val="0"/>
                <w:sz w:val="19"/>
              </w:rPr>
            </w:r>
          </w:p>
        </w:tc>
        <w:tc>
          <w:tcPr>
            <w:tcW w:type="dxa" w:w="624"/>
            <w:vAlign w:val="center"/>
          </w:tcPr>
          <w:p>
            <w:pPr>
              <w:keepNext/>
              <w:jc w:val="center"/>
            </w:pPr>
            <w:r>
              <w:rPr>
                <w:b w:val="0"/>
                <w:sz w:val="19"/>
              </w:rPr>
            </w:r>
          </w:p>
        </w:tc>
        <w:tc>
          <w:tcPr>
            <w:tcW w:type="dxa" w:w="4082"/>
            <w:vAlign w:val="center"/>
          </w:tcPr>
          <w:p>
            <w:pPr>
              <w:keepNext/>
              <w:jc w:val="left"/>
            </w:pPr>
            <w:r>
              <w:rPr>
                <w:b w:val="0"/>
                <w:sz w:val="19"/>
              </w:rPr>
            </w:r>
          </w:p>
        </w:tc>
      </w:tr>
      <w:tr>
        <w:trPr>
          <w:cantSplit/>
          <w:trHeight w:val="482"/>
        </w:trPr>
        <w:tc>
          <w:tcPr>
            <w:tcW w:type="dxa" w:w="4535"/>
            <w:vAlign w:val="center"/>
          </w:tcPr>
          <w:p>
            <w:pPr>
              <w:keepNext/>
              <w:jc w:val="left"/>
            </w:pPr>
            <w:r>
              <w:rPr>
                <w:b w:val="0"/>
                <w:sz w:val="19"/>
              </w:rPr>
              <w:t>¿Presentaron cálculos que respaldan su decisión?</w:t>
            </w:r>
          </w:p>
        </w:tc>
        <w:tc>
          <w:tcPr>
            <w:tcW w:type="dxa" w:w="624"/>
            <w:vAlign w:val="center"/>
          </w:tcPr>
          <w:p>
            <w:pPr>
              <w:keepNext/>
              <w:jc w:val="center"/>
            </w:pPr>
            <w:r>
              <w:rPr>
                <w:b w:val="0"/>
                <w:sz w:val="19"/>
              </w:rPr>
            </w:r>
          </w:p>
        </w:tc>
        <w:tc>
          <w:tcPr>
            <w:tcW w:type="dxa" w:w="624"/>
            <w:vAlign w:val="center"/>
          </w:tcPr>
          <w:p>
            <w:pPr>
              <w:keepNext/>
              <w:jc w:val="center"/>
            </w:pPr>
            <w:r>
              <w:rPr>
                <w:b w:val="0"/>
                <w:sz w:val="19"/>
              </w:rPr>
            </w:r>
          </w:p>
        </w:tc>
        <w:tc>
          <w:tcPr>
            <w:tcW w:type="dxa" w:w="4082"/>
            <w:vAlign w:val="center"/>
          </w:tcPr>
          <w:p>
            <w:pPr>
              <w:keepNext/>
              <w:jc w:val="left"/>
            </w:pPr>
            <w:r>
              <w:rPr>
                <w:b w:val="0"/>
                <w:sz w:val="19"/>
              </w:rPr>
            </w:r>
          </w:p>
        </w:tc>
      </w:tr>
      <w:tr>
        <w:trPr>
          <w:cantSplit/>
          <w:trHeight w:val="482"/>
        </w:trPr>
        <w:tc>
          <w:tcPr>
            <w:tcW w:type="dxa" w:w="4535"/>
            <w:vAlign w:val="center"/>
          </w:tcPr>
          <w:p>
            <w:pPr>
              <w:keepNext/>
              <w:jc w:val="left"/>
            </w:pPr>
            <w:r>
              <w:rPr>
                <w:b w:val="0"/>
                <w:sz w:val="19"/>
              </w:rPr>
              <w:t>¿Propusieron una forma de reducir el riesgo si no se venden todos los bolsos?</w:t>
            </w:r>
          </w:p>
        </w:tc>
        <w:tc>
          <w:tcPr>
            <w:tcW w:type="dxa" w:w="624"/>
            <w:vAlign w:val="center"/>
          </w:tcPr>
          <w:p>
            <w:pPr>
              <w:keepNext/>
              <w:jc w:val="center"/>
            </w:pPr>
            <w:r>
              <w:rPr>
                <w:b w:val="0"/>
                <w:sz w:val="19"/>
              </w:rPr>
            </w:r>
          </w:p>
        </w:tc>
        <w:tc>
          <w:tcPr>
            <w:tcW w:type="dxa" w:w="624"/>
            <w:vAlign w:val="center"/>
          </w:tcPr>
          <w:p>
            <w:pPr>
              <w:keepNext/>
              <w:jc w:val="center"/>
            </w:pPr>
            <w:r>
              <w:rPr>
                <w:b w:val="0"/>
                <w:sz w:val="19"/>
              </w:rPr>
            </w:r>
          </w:p>
        </w:tc>
        <w:tc>
          <w:tcPr>
            <w:tcW w:type="dxa" w:w="4082"/>
            <w:vAlign w:val="center"/>
          </w:tcPr>
          <w:p>
            <w:pPr>
              <w:keepNext/>
              <w:jc w:val="left"/>
            </w:pPr>
            <w:r>
              <w:rPr>
                <w:b w:val="0"/>
                <w:sz w:val="19"/>
              </w:rPr>
            </w:r>
          </w:p>
        </w:tc>
      </w:tr>
      <w:tr>
        <w:trPr>
          <w:cantSplit/>
          <w:trHeight w:val="482"/>
        </w:trPr>
        <w:tc>
          <w:tcPr>
            <w:tcW w:type="dxa" w:w="4535"/>
            <w:vAlign w:val="center"/>
          </w:tcPr>
          <w:p>
            <w:pPr>
              <w:jc w:val="left"/>
            </w:pPr>
            <w:r>
              <w:rPr>
                <w:b w:val="0"/>
                <w:sz w:val="19"/>
              </w:rPr>
              <w:t>¿Explicaron por qué el préstamo informal es riesgoso?</w:t>
            </w:r>
          </w:p>
        </w:tc>
        <w:tc>
          <w:tcPr>
            <w:tcW w:type="dxa" w:w="624"/>
            <w:vAlign w:val="center"/>
          </w:tcPr>
          <w:p>
            <w:pPr>
              <w:jc w:val="center"/>
            </w:pPr>
            <w:r>
              <w:rPr>
                <w:b w:val="0"/>
                <w:sz w:val="19"/>
              </w:rPr>
            </w:r>
          </w:p>
        </w:tc>
        <w:tc>
          <w:tcPr>
            <w:tcW w:type="dxa" w:w="624"/>
            <w:vAlign w:val="center"/>
          </w:tcPr>
          <w:p>
            <w:pPr>
              <w:jc w:val="center"/>
            </w:pPr>
            <w:r>
              <w:rPr>
                <w:b w:val="0"/>
                <w:sz w:val="19"/>
              </w:rPr>
            </w:r>
          </w:p>
        </w:tc>
        <w:tc>
          <w:tcPr>
            <w:tcW w:type="dxa" w:w="4082"/>
            <w:vAlign w:val="center"/>
          </w:tcPr>
          <w:p>
            <w:pPr>
              <w:jc w:val="left"/>
            </w:pPr>
            <w:r>
              <w:rPr>
                <w:b w:val="0"/>
                <w:sz w:val="19"/>
              </w:rPr>
            </w:r>
          </w:p>
        </w:tc>
      </w:tr>
    </w:tbl>
    <w:p>
      <w:pPr>
        <w:spacing w:after="0" w:line="60" w:lineRule="exact"/>
      </w:pPr>
      <w:r/>
    </w:p>
    <w:p>
      <w:pPr>
        <w:keepNext/>
        <w:spacing w:after="40" w:before="120"/>
        <w:jc w:val="left"/>
      </w:pPr>
      <w:r>
        <w:rPr>
          <w:b/>
          <w:color w:val="1F4E79"/>
          <w:sz w:val="22"/>
        </w:rPr>
        <w:t xml:space="preserve">ACTIVIDAD 4: </w:t>
      </w:r>
      <w:r>
        <w:rPr>
          <w:b/>
          <w:color w:val="1F4E79"/>
          <w:sz w:val="22"/>
        </w:rPr>
        <w:t>RECOMENDACIÓN FINAL PARA LA BITÁCORA (MOMENTO 3)</w:t>
      </w:r>
    </w:p>
    <w:p>
      <w:pPr>
        <w:keepNext/>
        <w:spacing w:after="80" w:before="0"/>
        <w:jc w:val="both"/>
      </w:pPr>
      <w:r>
        <w:rPr>
          <w:b w:val="0"/>
        </w:rPr>
        <w:t>Con las sugerencias recibidas, mejoren su argumento y escriban la versión final que pasarán a la bitácora.</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pPr>
              <w:keepNext/>
            </w:pPr>
          </w:p>
        </w:tc>
      </w:tr>
      <w:tr>
        <w:trPr>
          <w:trHeight w:val="408"/>
          <w:cantSplit/>
        </w:trPr>
        <w:tc>
          <w:tcPr>
            <w:tcW w:type="dxa" w:w="9865"/>
          </w:tcPr>
          <w:p>
            <w:pPr>
              <w:keepNext/>
            </w:pPr>
          </w:p>
        </w:tc>
      </w:tr>
      <w:tr>
        <w:trPr>
          <w:trHeight w:val="408"/>
          <w:cantSplit/>
        </w:trPr>
        <w:tc>
          <w:tcPr>
            <w:tcW w:type="dxa" w:w="9865"/>
          </w:tcPr>
          <w:p>
            <w:pPr>
              <w:keepNext/>
            </w:pPr>
          </w:p>
        </w:tc>
      </w:tr>
      <w:tr>
        <w:trPr>
          <w:trHeight w:val="408"/>
          <w:cantSplit/>
        </w:trPr>
        <w:tc>
          <w:tcPr>
            <w:tcW w:type="dxa" w:w="9865"/>
          </w:tcPr>
          <w:p/>
        </w:tc>
      </w:tr>
    </w:tbl>
    <w:p>
      <w:pPr>
        <w:spacing w:after="0" w:line="100" w:lineRule="exact"/>
      </w:pPr>
      <w:r/>
    </w:p>
    <w:p>
      <w:pPr>
        <w:keepNext/>
        <w:spacing w:after="40" w:before="120"/>
        <w:jc w:val="left"/>
      </w:pPr>
      <w:r>
        <w:rPr>
          <w:b/>
          <w:color w:val="1F4E79"/>
          <w:sz w:val="22"/>
        </w:rPr>
        <w:t xml:space="preserve">ACTIVIDAD 5: </w:t>
      </w:r>
      <w:r>
        <w:rPr>
          <w:b/>
          <w:color w:val="1F4E79"/>
          <w:sz w:val="22"/>
        </w:rPr>
        <w:t>AUTOEVALUACIÓN</w:t>
      </w:r>
    </w:p>
    <w:p>
      <w:pPr>
        <w:keepNext/>
        <w:spacing w:after="80" w:before="0"/>
        <w:jc w:val="both"/>
      </w:pPr>
      <w:r>
        <w:rPr>
          <w:b w:val="0"/>
        </w:rPr>
        <w:t>Marca con una X el nivel que alcanzaste en cada criterio.</w:t>
      </w:r>
    </w:p>
    <w:tbl>
      <w:tblPr>
        <w:tblStyle w:val="TableGrid"/>
        <w:tblW w:type="auto" w:w="0"/>
        <w:jc w:val="center"/>
        <w:tblLayout w:type="fixed"/>
        <w:tblLook w:firstColumn="1" w:firstRow="1" w:lastColumn="0" w:lastRow="0" w:noHBand="0" w:noVBand="1" w:val="04A0"/>
      </w:tblPr>
      <w:tblGrid>
        <w:gridCol w:w="5556"/>
        <w:gridCol w:w="1361"/>
        <w:gridCol w:w="1587"/>
        <w:gridCol w:w="1361"/>
      </w:tblGrid>
      <w:tr>
        <w:trPr>
          <w:cantSplit/>
          <w:trHeight w:val="351"/>
          <w:tblHeader/>
        </w:trPr>
        <w:tc>
          <w:tcPr>
            <w:tcW w:type="dxa" w:w="5556"/>
            <w:vAlign w:val="center"/>
            <w:shd w:val="clear" w:color="auto" w:fill="DEEAF6"/>
          </w:tcPr>
          <w:p>
            <w:pPr>
              <w:keepNext/>
              <w:jc w:val="center"/>
            </w:pPr>
            <w:r>
              <w:rPr>
                <w:b/>
                <w:sz w:val="19"/>
              </w:rPr>
              <w:t>Criterio</w:t>
            </w:r>
          </w:p>
        </w:tc>
        <w:tc>
          <w:tcPr>
            <w:tcW w:type="dxa" w:w="1361"/>
            <w:vAlign w:val="center"/>
            <w:shd w:val="clear" w:color="auto" w:fill="DEEAF6"/>
          </w:tcPr>
          <w:p>
            <w:pPr>
              <w:keepNext/>
              <w:jc w:val="center"/>
            </w:pPr>
            <w:r>
              <w:rPr>
                <w:b/>
                <w:sz w:val="19"/>
              </w:rPr>
              <w:t>Lo logré</w:t>
            </w:r>
          </w:p>
        </w:tc>
        <w:tc>
          <w:tcPr>
            <w:tcW w:type="dxa" w:w="1587"/>
            <w:vAlign w:val="center"/>
            <w:shd w:val="clear" w:color="auto" w:fill="DEEAF6"/>
          </w:tcPr>
          <w:p>
            <w:pPr>
              <w:keepNext/>
              <w:jc w:val="center"/>
            </w:pPr>
            <w:r>
              <w:rPr>
                <w:b/>
                <w:sz w:val="19"/>
              </w:rPr>
              <w:t>Estoy en proceso</w:t>
            </w:r>
          </w:p>
        </w:tc>
        <w:tc>
          <w:tcPr>
            <w:tcW w:type="dxa" w:w="1361"/>
            <w:vAlign w:val="center"/>
            <w:shd w:val="clear" w:color="auto" w:fill="DEEAF6"/>
          </w:tcPr>
          <w:p>
            <w:pPr>
              <w:keepNext/>
              <w:jc w:val="center"/>
            </w:pPr>
            <w:r>
              <w:rPr>
                <w:b/>
                <w:sz w:val="19"/>
              </w:rPr>
              <w:t>Necesito ayuda</w:t>
            </w:r>
          </w:p>
        </w:tc>
      </w:tr>
      <w:tr>
        <w:trPr>
          <w:cantSplit/>
          <w:trHeight w:val="351"/>
        </w:trPr>
        <w:tc>
          <w:tcPr>
            <w:tcW w:type="dxa" w:w="5556"/>
            <w:vAlign w:val="center"/>
          </w:tcPr>
          <w:p>
            <w:pPr>
              <w:keepNext/>
              <w:jc w:val="left"/>
            </w:pPr>
            <w:r>
              <w:rPr>
                <w:b w:val="0"/>
                <w:sz w:val="19"/>
              </w:rPr>
              <w:t>Distingo los costos fijos de los costos variables.</w:t>
            </w:r>
          </w:p>
        </w:tc>
        <w:tc>
          <w:tcPr>
            <w:tcW w:type="dxa" w:w="1361"/>
            <w:vAlign w:val="center"/>
          </w:tcPr>
          <w:p>
            <w:pPr>
              <w:keepNext/>
              <w:jc w:val="left"/>
            </w:pPr>
            <w:r>
              <w:rPr>
                <w:b w:val="0"/>
                <w:sz w:val="19"/>
              </w:rPr>
            </w:r>
          </w:p>
        </w:tc>
        <w:tc>
          <w:tcPr>
            <w:tcW w:type="dxa" w:w="1587"/>
            <w:vAlign w:val="center"/>
          </w:tcPr>
          <w:p>
            <w:pPr>
              <w:keepNext/>
              <w:jc w:val="left"/>
            </w:pPr>
            <w:r>
              <w:rPr>
                <w:b w:val="0"/>
                <w:sz w:val="19"/>
              </w:rPr>
            </w:r>
          </w:p>
        </w:tc>
        <w:tc>
          <w:tcPr>
            <w:tcW w:type="dxa" w:w="1361"/>
            <w:vAlign w:val="center"/>
          </w:tcPr>
          <w:p>
            <w:pPr>
              <w:keepNext/>
              <w:jc w:val="left"/>
            </w:pPr>
            <w:r>
              <w:rPr>
                <w:b w:val="0"/>
                <w:sz w:val="19"/>
              </w:rPr>
            </w:r>
          </w:p>
        </w:tc>
      </w:tr>
      <w:tr>
        <w:trPr>
          <w:cantSplit/>
          <w:trHeight w:val="351"/>
        </w:trPr>
        <w:tc>
          <w:tcPr>
            <w:tcW w:type="dxa" w:w="5556"/>
            <w:vAlign w:val="center"/>
          </w:tcPr>
          <w:p>
            <w:pPr>
              <w:keepNext/>
              <w:jc w:val="left"/>
            </w:pPr>
            <w:r>
              <w:rPr>
                <w:b w:val="0"/>
                <w:sz w:val="19"/>
              </w:rPr>
              <w:t>Calculo el costo total, el costo unitario y la ganancia.</w:t>
            </w:r>
          </w:p>
        </w:tc>
        <w:tc>
          <w:tcPr>
            <w:tcW w:type="dxa" w:w="1361"/>
            <w:vAlign w:val="center"/>
          </w:tcPr>
          <w:p>
            <w:pPr>
              <w:keepNext/>
              <w:jc w:val="left"/>
            </w:pPr>
            <w:r>
              <w:rPr>
                <w:b w:val="0"/>
                <w:sz w:val="19"/>
              </w:rPr>
            </w:r>
          </w:p>
        </w:tc>
        <w:tc>
          <w:tcPr>
            <w:tcW w:type="dxa" w:w="1587"/>
            <w:vAlign w:val="center"/>
          </w:tcPr>
          <w:p>
            <w:pPr>
              <w:keepNext/>
              <w:jc w:val="left"/>
            </w:pPr>
            <w:r>
              <w:rPr>
                <w:b w:val="0"/>
                <w:sz w:val="19"/>
              </w:rPr>
            </w:r>
          </w:p>
        </w:tc>
        <w:tc>
          <w:tcPr>
            <w:tcW w:type="dxa" w:w="1361"/>
            <w:vAlign w:val="center"/>
          </w:tcPr>
          <w:p>
            <w:pPr>
              <w:keepNext/>
              <w:jc w:val="left"/>
            </w:pPr>
            <w:r>
              <w:rPr>
                <w:b w:val="0"/>
                <w:sz w:val="19"/>
              </w:rPr>
            </w:r>
          </w:p>
        </w:tc>
      </w:tr>
      <w:tr>
        <w:trPr>
          <w:cantSplit/>
          <w:trHeight w:val="351"/>
        </w:trPr>
        <w:tc>
          <w:tcPr>
            <w:tcW w:type="dxa" w:w="5556"/>
            <w:vAlign w:val="center"/>
          </w:tcPr>
          <w:p>
            <w:pPr>
              <w:keepNext/>
              <w:jc w:val="left"/>
            </w:pPr>
            <w:r>
              <w:rPr>
                <w:b w:val="0"/>
                <w:sz w:val="19"/>
              </w:rPr>
              <w:t>Comparo alternativas considerando sus beneficios y sus riesgos.</w:t>
            </w:r>
          </w:p>
        </w:tc>
        <w:tc>
          <w:tcPr>
            <w:tcW w:type="dxa" w:w="1361"/>
            <w:vAlign w:val="center"/>
          </w:tcPr>
          <w:p>
            <w:pPr>
              <w:keepNext/>
              <w:jc w:val="left"/>
            </w:pPr>
            <w:r>
              <w:rPr>
                <w:b w:val="0"/>
                <w:sz w:val="19"/>
              </w:rPr>
            </w:r>
          </w:p>
        </w:tc>
        <w:tc>
          <w:tcPr>
            <w:tcW w:type="dxa" w:w="1587"/>
            <w:vAlign w:val="center"/>
          </w:tcPr>
          <w:p>
            <w:pPr>
              <w:keepNext/>
              <w:jc w:val="left"/>
            </w:pPr>
            <w:r>
              <w:rPr>
                <w:b w:val="0"/>
                <w:sz w:val="19"/>
              </w:rPr>
            </w:r>
          </w:p>
        </w:tc>
        <w:tc>
          <w:tcPr>
            <w:tcW w:type="dxa" w:w="1361"/>
            <w:vAlign w:val="center"/>
          </w:tcPr>
          <w:p>
            <w:pPr>
              <w:keepNext/>
              <w:jc w:val="left"/>
            </w:pPr>
            <w:r>
              <w:rPr>
                <w:b w:val="0"/>
                <w:sz w:val="19"/>
              </w:rPr>
            </w:r>
          </w:p>
        </w:tc>
      </w:tr>
      <w:tr>
        <w:trPr>
          <w:cantSplit/>
          <w:trHeight w:val="351"/>
        </w:trPr>
        <w:tc>
          <w:tcPr>
            <w:tcW w:type="dxa" w:w="5556"/>
            <w:vAlign w:val="center"/>
          </w:tcPr>
          <w:p>
            <w:pPr>
              <w:keepNext/>
              <w:jc w:val="left"/>
            </w:pPr>
            <w:r>
              <w:rPr>
                <w:b w:val="0"/>
                <w:sz w:val="19"/>
              </w:rPr>
              <w:t>Explico por qué el préstamo "gota a gota" es peligroso.</w:t>
            </w:r>
          </w:p>
        </w:tc>
        <w:tc>
          <w:tcPr>
            <w:tcW w:type="dxa" w:w="1361"/>
            <w:vAlign w:val="center"/>
          </w:tcPr>
          <w:p>
            <w:pPr>
              <w:keepNext/>
              <w:jc w:val="left"/>
            </w:pPr>
            <w:r>
              <w:rPr>
                <w:b w:val="0"/>
                <w:sz w:val="19"/>
              </w:rPr>
            </w:r>
          </w:p>
        </w:tc>
        <w:tc>
          <w:tcPr>
            <w:tcW w:type="dxa" w:w="1587"/>
            <w:vAlign w:val="center"/>
          </w:tcPr>
          <w:p>
            <w:pPr>
              <w:keepNext/>
              <w:jc w:val="left"/>
            </w:pPr>
            <w:r>
              <w:rPr>
                <w:b w:val="0"/>
                <w:sz w:val="19"/>
              </w:rPr>
            </w:r>
          </w:p>
        </w:tc>
        <w:tc>
          <w:tcPr>
            <w:tcW w:type="dxa" w:w="1361"/>
            <w:vAlign w:val="center"/>
          </w:tcPr>
          <w:p>
            <w:pPr>
              <w:keepNext/>
              <w:jc w:val="left"/>
            </w:pPr>
            <w:r>
              <w:rPr>
                <w:b w:val="0"/>
                <w:sz w:val="19"/>
              </w:rPr>
            </w:r>
          </w:p>
        </w:tc>
      </w:tr>
      <w:tr>
        <w:trPr>
          <w:cantSplit/>
          <w:trHeight w:val="351"/>
        </w:trPr>
        <w:tc>
          <w:tcPr>
            <w:tcW w:type="dxa" w:w="5556"/>
            <w:vAlign w:val="center"/>
          </w:tcPr>
          <w:p>
            <w:pPr>
              <w:keepNext/>
              <w:jc w:val="left"/>
            </w:pPr>
            <w:r>
              <w:rPr>
                <w:b w:val="0"/>
                <w:sz w:val="19"/>
              </w:rPr>
              <w:t>Sustento una decisión financiera con argumentos y cálculos.</w:t>
            </w:r>
          </w:p>
        </w:tc>
        <w:tc>
          <w:tcPr>
            <w:tcW w:type="dxa" w:w="1361"/>
            <w:vAlign w:val="center"/>
          </w:tcPr>
          <w:p>
            <w:pPr>
              <w:keepNext/>
              <w:jc w:val="left"/>
            </w:pPr>
            <w:r>
              <w:rPr>
                <w:b w:val="0"/>
                <w:sz w:val="19"/>
              </w:rPr>
            </w:r>
          </w:p>
        </w:tc>
        <w:tc>
          <w:tcPr>
            <w:tcW w:type="dxa" w:w="1587"/>
            <w:vAlign w:val="center"/>
          </w:tcPr>
          <w:p>
            <w:pPr>
              <w:keepNext/>
              <w:jc w:val="left"/>
            </w:pPr>
            <w:r>
              <w:rPr>
                <w:b w:val="0"/>
                <w:sz w:val="19"/>
              </w:rPr>
            </w:r>
          </w:p>
        </w:tc>
        <w:tc>
          <w:tcPr>
            <w:tcW w:type="dxa" w:w="1361"/>
            <w:vAlign w:val="center"/>
          </w:tcPr>
          <w:p>
            <w:pPr>
              <w:keepNext/>
              <w:jc w:val="left"/>
            </w:pPr>
            <w:r>
              <w:rPr>
                <w:b w:val="0"/>
                <w:sz w:val="19"/>
              </w:rPr>
            </w:r>
          </w:p>
        </w:tc>
      </w:tr>
      <w:tr>
        <w:trPr>
          <w:cantSplit/>
          <w:trHeight w:val="351"/>
        </w:trPr>
        <w:tc>
          <w:tcPr>
            <w:tcW w:type="dxa" w:w="5556"/>
            <w:vAlign w:val="center"/>
          </w:tcPr>
          <w:p>
            <w:pPr>
              <w:jc w:val="left"/>
            </w:pPr>
            <w:r>
              <w:rPr>
                <w:b w:val="0"/>
                <w:sz w:val="19"/>
              </w:rPr>
              <w:t>Escucho a mis compañeros y aporto ideas a mi Agencia.</w:t>
            </w:r>
          </w:p>
        </w:tc>
        <w:tc>
          <w:tcPr>
            <w:tcW w:type="dxa" w:w="1361"/>
            <w:vAlign w:val="center"/>
          </w:tcPr>
          <w:p>
            <w:pPr>
              <w:jc w:val="left"/>
            </w:pPr>
            <w:r>
              <w:rPr>
                <w:b w:val="0"/>
                <w:sz w:val="19"/>
              </w:rPr>
            </w:r>
          </w:p>
        </w:tc>
        <w:tc>
          <w:tcPr>
            <w:tcW w:type="dxa" w:w="1587"/>
            <w:vAlign w:val="center"/>
          </w:tcPr>
          <w:p>
            <w:pPr>
              <w:jc w:val="left"/>
            </w:pPr>
            <w:r>
              <w:rPr>
                <w:b w:val="0"/>
                <w:sz w:val="19"/>
              </w:rPr>
            </w:r>
          </w:p>
        </w:tc>
        <w:tc>
          <w:tcPr>
            <w:tcW w:type="dxa" w:w="1361"/>
            <w:vAlign w:val="center"/>
          </w:tcPr>
          <w:p>
            <w:pPr>
              <w:jc w:val="left"/>
            </w:pPr>
            <w:r>
              <w:rPr>
                <w:b w:val="0"/>
                <w:sz w:val="19"/>
              </w:rPr>
            </w:r>
          </w:p>
        </w:tc>
      </w:tr>
    </w:tbl>
    <w:p>
      <w:pPr>
        <w:spacing w:after="0" w:line="60" w:lineRule="exact"/>
      </w:pPr>
      <w:r/>
    </w:p>
    <w:p>
      <w:pPr>
        <w:keepNext/>
        <w:spacing w:after="20" w:before="0"/>
        <w:jc w:val="both"/>
      </w:pPr>
      <w:r>
        <w:rPr>
          <w:b/>
        </w:rPr>
        <w:t xml:space="preserve">Reflexión: </w:t>
      </w:r>
      <w:r>
        <w:rPr>
          <w:b w:val="0"/>
        </w:rPr>
        <w:t>¿qué aprendiste del caso de Camila que puedas aplicar en tu vida o en tu familia?</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pPr>
              <w:keepNext/>
            </w:pPr>
          </w:p>
        </w:tc>
      </w:tr>
      <w:tr>
        <w:trPr>
          <w:trHeight w:val="408"/>
          <w:cantSplit/>
        </w:trPr>
        <w:tc>
          <w:tcPr>
            <w:tcW w:type="dxa" w:w="9865"/>
          </w:tcPr>
          <w:p/>
        </w:tc>
      </w:tr>
    </w:tbl>
    <w:p>
      <w:pPr>
        <w:spacing w:after="0" w:line="100" w:lineRule="exact"/>
      </w:pPr>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865"/>
      </w:tblGrid>
      <w:tr>
        <w:tc>
          <w:tcPr>
            <w:tcW w:type="dxa" w:w="9865"/>
            <w:shd w:val="clear" w:color="auto" w:fill="1F4E79"/>
          </w:tcPr>
          <w:p>
            <w:pPr>
              <w:spacing w:before="60" w:after="60"/>
              <w:jc w:val="center"/>
            </w:pPr>
            <w:r>
              <w:rPr>
                <w:b/>
                <w:color w:val="FFFFFF"/>
                <w:sz w:val="32"/>
              </w:rPr>
              <w:t>FICHA DE TRABAJO N° 04</w:t>
            </w:r>
          </w:p>
        </w:tc>
      </w:tr>
      <w:tr>
        <w:tc>
          <w:tcPr>
            <w:tcW w:type="dxa" w:w="9865"/>
            <w:shd w:val="clear" w:color="auto" w:fill="DEEAF6"/>
          </w:tcPr>
          <w:p>
            <w:pPr>
              <w:spacing w:before="60" w:after="60"/>
              <w:jc w:val="center"/>
            </w:pPr>
            <w:r>
              <w:rPr>
                <w:b/>
                <w:color w:val="1F4E79"/>
                <w:sz w:val="24"/>
              </w:rPr>
              <w:t>Ficha técnica del producto</w:t>
            </w:r>
          </w:p>
        </w:tc>
      </w:tr>
    </w:tbl>
    <w:p>
      <w:pPr>
        <w:spacing w:after="0" w:line="100" w:lineRule="exact"/>
      </w:pPr>
      <w:r/>
    </w:p>
    <w:tbl>
      <w:tblPr>
        <w:tblStyle w:val="TableGrid"/>
        <w:tblW w:type="auto" w:w="0"/>
        <w:jc w:val="center"/>
        <w:tblLayout w:type="fixed"/>
        <w:tblLook w:firstColumn="1" w:firstRow="1" w:lastColumn="0" w:lastRow="0" w:noHBand="0" w:noVBand="1" w:val="04A0"/>
      </w:tblPr>
      <w:tblGrid>
        <w:gridCol w:w="1871"/>
        <w:gridCol w:w="4309"/>
        <w:gridCol w:w="1077"/>
        <w:gridCol w:w="2608"/>
      </w:tblGrid>
      <w:tr>
        <w:trPr>
          <w:cantSplit/>
          <w:trHeight w:val="351"/>
        </w:trPr>
        <w:tc>
          <w:tcPr>
            <w:tcW w:type="dxa" w:w="1871"/>
            <w:vAlign w:val="center"/>
            <w:shd w:val="clear" w:color="auto" w:fill="F2F2F2"/>
          </w:tcPr>
          <w:p>
            <w:pPr>
              <w:keepNext/>
              <w:jc w:val="left"/>
            </w:pPr>
            <w:r>
              <w:rPr>
                <w:b/>
                <w:sz w:val="19"/>
              </w:rPr>
              <w:t xml:space="preserve">Estudiante: </w:t>
            </w:r>
          </w:p>
        </w:tc>
        <w:tc>
          <w:tcPr>
            <w:tcW w:type="dxa" w:w="7994"/>
            <w:gridSpan w:val="3"/>
            <w:vAlign w:val="center"/>
          </w:tcPr>
          <w:p>
            <w:pPr>
              <w:keepNext/>
              <w:jc w:val="left"/>
            </w:pPr>
            <w:r>
              <w:rPr>
                <w:b w:val="0"/>
                <w:sz w:val="19"/>
              </w:rPr>
            </w:r>
          </w:p>
        </w:tc>
      </w:tr>
      <w:tr>
        <w:trPr>
          <w:cantSplit/>
          <w:trHeight w:val="351"/>
        </w:trPr>
        <w:tc>
          <w:tcPr>
            <w:tcW w:type="dxa" w:w="1871"/>
            <w:vAlign w:val="center"/>
            <w:shd w:val="clear" w:color="auto" w:fill="F2F2F2"/>
          </w:tcPr>
          <w:p>
            <w:pPr>
              <w:keepNext/>
              <w:jc w:val="left"/>
            </w:pPr>
            <w:r>
              <w:rPr>
                <w:b/>
                <w:sz w:val="19"/>
              </w:rPr>
              <w:t xml:space="preserve">Agencia: </w:t>
            </w:r>
          </w:p>
        </w:tc>
        <w:tc>
          <w:tcPr>
            <w:tcW w:type="dxa" w:w="4309"/>
            <w:vAlign w:val="center"/>
          </w:tcPr>
          <w:p>
            <w:pPr>
              <w:keepNext/>
              <w:jc w:val="left"/>
            </w:pPr>
            <w:r>
              <w:rPr>
                <w:b w:val="0"/>
                <w:sz w:val="19"/>
              </w:rPr>
            </w:r>
          </w:p>
        </w:tc>
        <w:tc>
          <w:tcPr>
            <w:tcW w:type="dxa" w:w="1077"/>
            <w:vAlign w:val="center"/>
            <w:shd w:val="clear" w:color="auto" w:fill="F2F2F2"/>
          </w:tcPr>
          <w:p>
            <w:pPr>
              <w:keepNext/>
              <w:jc w:val="left"/>
            </w:pPr>
            <w:r>
              <w:rPr>
                <w:b/>
                <w:sz w:val="19"/>
              </w:rPr>
              <w:t xml:space="preserve">Fecha: </w:t>
            </w:r>
          </w:p>
        </w:tc>
        <w:tc>
          <w:tcPr>
            <w:tcW w:type="dxa" w:w="2608"/>
            <w:vAlign w:val="center"/>
          </w:tcPr>
          <w:p>
            <w:pPr>
              <w:keepNext/>
              <w:jc w:val="left"/>
            </w:pPr>
            <w:r>
              <w:rPr>
                <w:b w:val="0"/>
                <w:sz w:val="19"/>
              </w:rPr>
            </w:r>
          </w:p>
        </w:tc>
      </w:tr>
      <w:tr>
        <w:trPr>
          <w:cantSplit/>
          <w:trHeight w:val="351"/>
        </w:trPr>
        <w:tc>
          <w:tcPr>
            <w:tcW w:type="dxa" w:w="1871"/>
            <w:vAlign w:val="center"/>
            <w:shd w:val="clear" w:color="auto" w:fill="F2F2F2"/>
          </w:tcPr>
          <w:p>
            <w:pPr>
              <w:jc w:val="left"/>
            </w:pPr>
            <w:r>
              <w:rPr>
                <w:b/>
                <w:sz w:val="19"/>
              </w:rPr>
              <w:t xml:space="preserve">Grado y sección: </w:t>
            </w:r>
          </w:p>
        </w:tc>
        <w:tc>
          <w:tcPr>
            <w:tcW w:type="dxa" w:w="4309"/>
            <w:vAlign w:val="center"/>
          </w:tcPr>
          <w:p>
            <w:pPr>
              <w:jc w:val="left"/>
            </w:pPr>
            <w:r>
              <w:rPr>
                <w:b w:val="0"/>
                <w:sz w:val="19"/>
              </w:rPr>
              <w:t>3° “______”</w:t>
            </w:r>
          </w:p>
        </w:tc>
        <w:tc>
          <w:tcPr>
            <w:tcW w:type="dxa" w:w="1077"/>
            <w:vAlign w:val="center"/>
            <w:shd w:val="clear" w:color="auto" w:fill="F2F2F2"/>
          </w:tcPr>
          <w:p>
            <w:pPr>
              <w:jc w:val="left"/>
            </w:pPr>
            <w:r>
              <w:rPr>
                <w:b/>
                <w:sz w:val="19"/>
              </w:rPr>
              <w:t xml:space="preserve">Sesión: </w:t>
            </w:r>
          </w:p>
        </w:tc>
        <w:tc>
          <w:tcPr>
            <w:tcW w:type="dxa" w:w="2608"/>
            <w:vAlign w:val="center"/>
          </w:tcPr>
          <w:p>
            <w:pPr>
              <w:jc w:val="left"/>
            </w:pPr>
            <w:r>
              <w:rPr>
                <w:b w:val="0"/>
                <w:sz w:val="19"/>
              </w:rPr>
              <w:t>N° 04</w:t>
            </w:r>
          </w:p>
        </w:tc>
      </w:tr>
    </w:tbl>
    <w:p>
      <w:pPr>
        <w:spacing w:after="0" w:line="100" w:lineRule="exact"/>
      </w:pPr>
      <w:r/>
    </w:p>
    <w:tbl>
      <w:tblPr>
        <w:tblW w:type="auto" w:w="0"/>
        <w:jc w:val="center"/>
        <w:tblLayout w:type="fixed"/>
        <w:tblLook w:firstColumn="1" w:firstRow="1" w:lastColumn="0" w:lastRow="0" w:noHBand="0" w:noVBand="1" w:val="04A0"/>
        <w:tblBorders>
          <w:top w:val="single" w:sz="4" w:space="0" w:color="1F4E79"/>
          <w:left w:val="single" w:sz="4" w:space="0" w:color="1F4E79"/>
          <w:bottom w:val="single" w:sz="4" w:space="0" w:color="1F4E79"/>
          <w:right w:val="single" w:sz="4" w:space="0" w:color="1F4E79"/>
          <w:insideH w:val="nil"/>
          <w:insideV w:val="nil"/>
        </w:tblBorders>
      </w:tblPr>
      <w:tblGrid>
        <w:gridCol w:w="9865"/>
      </w:tblGrid>
      <w:tr>
        <w:tc>
          <w:tcPr>
            <w:tcW w:type="dxa" w:w="9865"/>
            <w:shd w:val="clear" w:color="auto" w:fill="FFF2CC"/>
          </w:tcPr>
          <w:p>
            <w:pPr>
              <w:spacing w:after="40"/>
              <w:jc w:val="both"/>
            </w:pPr>
            <w:r>
              <w:rPr>
                <w:b/>
                <w:sz w:val="20"/>
              </w:rPr>
              <w:t xml:space="preserve">Propósito: </w:t>
            </w:r>
            <w:r>
              <w:rPr>
                <w:b w:val="0"/>
                <w:sz w:val="20"/>
              </w:rPr>
              <w:t>Seleccionar el modelo de bolso ecológico de nuestra Agencia y elaborar su ficha técnica con boceto, medidas y materiales, para luego trazar sus moldes.</w:t>
            </w:r>
          </w:p>
        </w:tc>
      </w:tr>
    </w:tbl>
    <w:p>
      <w:pPr>
        <w:spacing w:after="0" w:line="100" w:lineRule="exact"/>
      </w:pPr>
      <w:r/>
    </w:p>
    <w:p>
      <w:pPr>
        <w:keepNext/>
        <w:spacing w:after="40" w:before="120"/>
        <w:jc w:val="left"/>
      </w:pPr>
      <w:r>
        <w:rPr>
          <w:b/>
          <w:color w:val="1F4E79"/>
          <w:sz w:val="22"/>
        </w:rPr>
        <w:t xml:space="preserve">ACTIVIDAD 1: </w:t>
      </w:r>
      <w:r>
        <w:rPr>
          <w:b/>
          <w:color w:val="1F4E79"/>
          <w:sz w:val="22"/>
        </w:rPr>
        <w:t>¿QUÉ NOS DIJERON NUESTROS CLIENTES?</w:t>
      </w:r>
    </w:p>
    <w:p>
      <w:pPr>
        <w:keepNext/>
        <w:spacing w:after="80" w:before="0"/>
        <w:jc w:val="both"/>
      </w:pPr>
      <w:r>
        <w:rPr>
          <w:b w:val="0"/>
        </w:rPr>
        <w:t>Revisa los resultados de la encuesta de la Ficha N° 01 y completa.</w:t>
      </w:r>
    </w:p>
    <w:tbl>
      <w:tblPr>
        <w:tblStyle w:val="TableGrid"/>
        <w:tblW w:type="auto" w:w="0"/>
        <w:jc w:val="center"/>
        <w:tblLayout w:type="fixed"/>
        <w:tblLook w:firstColumn="1" w:firstRow="1" w:lastColumn="0" w:lastRow="0" w:noHBand="0" w:noVBand="1" w:val="04A0"/>
      </w:tblPr>
      <w:tblGrid>
        <w:gridCol w:w="5329"/>
        <w:gridCol w:w="4535"/>
      </w:tblGrid>
      <w:tr>
        <w:trPr>
          <w:cantSplit/>
          <w:trHeight w:val="369"/>
          <w:tblHeader/>
        </w:trPr>
        <w:tc>
          <w:tcPr>
            <w:tcW w:type="dxa" w:w="5329"/>
            <w:vAlign w:val="center"/>
            <w:shd w:val="clear" w:color="auto" w:fill="DEEAF6"/>
          </w:tcPr>
          <w:p>
            <w:pPr>
              <w:keepNext/>
              <w:jc w:val="center"/>
            </w:pPr>
            <w:r>
              <w:rPr>
                <w:b/>
                <w:sz w:val="19"/>
              </w:rPr>
              <w:t>Resultado de la encuesta</w:t>
            </w:r>
          </w:p>
        </w:tc>
        <w:tc>
          <w:tcPr>
            <w:tcW w:type="dxa" w:w="4535"/>
            <w:vAlign w:val="center"/>
            <w:shd w:val="clear" w:color="auto" w:fill="DEEAF6"/>
          </w:tcPr>
          <w:p>
            <w:pPr>
              <w:keepNext/>
              <w:jc w:val="center"/>
            </w:pPr>
            <w:r>
              <w:rPr>
                <w:b/>
                <w:sz w:val="19"/>
              </w:rPr>
              <w:t>Respuesta</w:t>
            </w:r>
          </w:p>
        </w:tc>
      </w:tr>
      <w:tr>
        <w:trPr>
          <w:cantSplit/>
          <w:trHeight w:val="369"/>
        </w:trPr>
        <w:tc>
          <w:tcPr>
            <w:tcW w:type="dxa" w:w="5329"/>
            <w:vAlign w:val="center"/>
            <w:shd w:val="clear" w:color="auto" w:fill="F2F2F2"/>
          </w:tcPr>
          <w:p>
            <w:pPr>
              <w:keepNext/>
              <w:jc w:val="left"/>
            </w:pPr>
            <w:r>
              <w:rPr>
                <w:b w:val="0"/>
                <w:sz w:val="19"/>
              </w:rPr>
              <w:t>¿Cuántas personas comprarían un bolso de tela reutilizable?</w:t>
            </w:r>
          </w:p>
        </w:tc>
        <w:tc>
          <w:tcPr>
            <w:tcW w:type="dxa" w:w="4535"/>
            <w:vAlign w:val="center"/>
          </w:tcPr>
          <w:p>
            <w:pPr>
              <w:keepNext/>
              <w:jc w:val="left"/>
            </w:pPr>
            <w:r>
              <w:rPr>
                <w:b w:val="0"/>
                <w:sz w:val="19"/>
              </w:rPr>
              <w:t>_____ de _____</w:t>
            </w:r>
          </w:p>
        </w:tc>
      </w:tr>
      <w:tr>
        <w:trPr>
          <w:cantSplit/>
          <w:trHeight w:val="369"/>
        </w:trPr>
        <w:tc>
          <w:tcPr>
            <w:tcW w:type="dxa" w:w="5329"/>
            <w:vAlign w:val="center"/>
            <w:shd w:val="clear" w:color="auto" w:fill="F2F2F2"/>
          </w:tcPr>
          <w:p>
            <w:pPr>
              <w:keepNext/>
              <w:jc w:val="left"/>
            </w:pPr>
            <w:r>
              <w:rPr>
                <w:b w:val="0"/>
                <w:sz w:val="19"/>
              </w:rPr>
              <w:t>Precio que eligieron más personas</w:t>
            </w:r>
          </w:p>
        </w:tc>
        <w:tc>
          <w:tcPr>
            <w:tcW w:type="dxa" w:w="4535"/>
            <w:vAlign w:val="center"/>
          </w:tcPr>
          <w:p>
            <w:pPr>
              <w:keepNext/>
              <w:jc w:val="left"/>
            </w:pPr>
            <w:r>
              <w:rPr>
                <w:b w:val="0"/>
                <w:sz w:val="19"/>
              </w:rPr>
              <w:t>S/</w:t>
            </w:r>
          </w:p>
        </w:tc>
      </w:tr>
      <w:tr>
        <w:trPr>
          <w:cantSplit/>
          <w:trHeight w:val="369"/>
        </w:trPr>
        <w:tc>
          <w:tcPr>
            <w:tcW w:type="dxa" w:w="5329"/>
            <w:vAlign w:val="center"/>
            <w:shd w:val="clear" w:color="auto" w:fill="F2F2F2"/>
          </w:tcPr>
          <w:p>
            <w:pPr>
              <w:keepNext/>
              <w:jc w:val="left"/>
            </w:pPr>
            <w:r>
              <w:rPr>
                <w:b w:val="0"/>
                <w:sz w:val="19"/>
              </w:rPr>
              <w:t>Diseño preferido</w:t>
            </w:r>
          </w:p>
        </w:tc>
        <w:tc>
          <w:tcPr>
            <w:tcW w:type="dxa" w:w="4535"/>
            <w:vAlign w:val="center"/>
          </w:tcPr>
          <w:p>
            <w:pPr>
              <w:keepNext/>
              <w:jc w:val="left"/>
            </w:pPr>
            <w:r>
              <w:rPr>
                <w:b w:val="0"/>
                <w:sz w:val="19"/>
              </w:rPr>
            </w:r>
          </w:p>
        </w:tc>
      </w:tr>
      <w:tr>
        <w:trPr>
          <w:cantSplit/>
          <w:trHeight w:val="369"/>
        </w:trPr>
        <w:tc>
          <w:tcPr>
            <w:tcW w:type="dxa" w:w="5329"/>
            <w:vAlign w:val="center"/>
            <w:shd w:val="clear" w:color="auto" w:fill="F2F2F2"/>
          </w:tcPr>
          <w:p>
            <w:pPr>
              <w:jc w:val="left"/>
            </w:pPr>
            <w:r>
              <w:rPr>
                <w:b w:val="0"/>
                <w:sz w:val="19"/>
              </w:rPr>
              <w:t>Conclusión: ¿qué tipo de bolso debemos confeccionar?</w:t>
            </w:r>
          </w:p>
        </w:tc>
        <w:tc>
          <w:tcPr>
            <w:tcW w:type="dxa" w:w="4535"/>
            <w:vAlign w:val="center"/>
          </w:tcPr>
          <w:p>
            <w:pPr>
              <w:jc w:val="left"/>
            </w:pPr>
            <w:r>
              <w:rPr>
                <w:b w:val="0"/>
                <w:sz w:val="19"/>
              </w:rPr>
            </w:r>
          </w:p>
        </w:tc>
      </w:tr>
    </w:tbl>
    <w:p>
      <w:pPr>
        <w:keepNext/>
        <w:spacing w:after="40" w:before="120"/>
        <w:jc w:val="left"/>
      </w:pPr>
      <w:r>
        <w:rPr>
          <w:b/>
          <w:color w:val="1F4E79"/>
          <w:sz w:val="22"/>
        </w:rPr>
        <w:t xml:space="preserve">ACTIVIDAD 2: </w:t>
      </w:r>
      <w:r>
        <w:rPr>
          <w:b/>
          <w:color w:val="1F4E79"/>
          <w:sz w:val="22"/>
        </w:rPr>
        <w:t>SELECCIONAMOS LA IDEA CON LA TÉCNICA PNI</w:t>
      </w:r>
    </w:p>
    <w:p>
      <w:pPr>
        <w:keepNext/>
        <w:spacing w:after="80" w:before="0"/>
        <w:jc w:val="both"/>
      </w:pPr>
      <w:r>
        <w:rPr>
          <w:b w:val="0"/>
        </w:rPr>
        <w:t>Propongan tres modelos de bolso (por ejemplo: bolso tote clásico, bolso con base o fuelle, bolso con bolsillo interno). Escriban lo Positivo, lo Negativo y lo Interesante de cada uno y asignen un puntaje del 1 al 5.</w:t>
      </w:r>
    </w:p>
    <w:tbl>
      <w:tblPr>
        <w:tblStyle w:val="TableGrid"/>
        <w:tblW w:type="auto" w:w="0"/>
        <w:jc w:val="center"/>
        <w:tblLayout w:type="fixed"/>
        <w:tblLook w:firstColumn="1" w:firstRow="1" w:lastColumn="0" w:lastRow="0" w:noHBand="0" w:noVBand="1" w:val="04A0"/>
      </w:tblPr>
      <w:tblGrid>
        <w:gridCol w:w="2041"/>
        <w:gridCol w:w="2268"/>
        <w:gridCol w:w="2268"/>
        <w:gridCol w:w="2268"/>
        <w:gridCol w:w="1020"/>
      </w:tblGrid>
      <w:tr>
        <w:trPr>
          <w:cantSplit/>
          <w:trHeight w:val="850"/>
          <w:tblHeader/>
        </w:trPr>
        <w:tc>
          <w:tcPr>
            <w:tcW w:type="dxa" w:w="2041"/>
            <w:vAlign w:val="center"/>
            <w:shd w:val="clear" w:color="auto" w:fill="DEEAF6"/>
          </w:tcPr>
          <w:p>
            <w:pPr>
              <w:keepNext/>
              <w:jc w:val="center"/>
            </w:pPr>
            <w:r>
              <w:rPr>
                <w:b/>
                <w:sz w:val="19"/>
              </w:rPr>
              <w:t>Modelo propuesto</w:t>
            </w:r>
          </w:p>
        </w:tc>
        <w:tc>
          <w:tcPr>
            <w:tcW w:type="dxa" w:w="2268"/>
            <w:vAlign w:val="center"/>
            <w:shd w:val="clear" w:color="auto" w:fill="DEEAF6"/>
          </w:tcPr>
          <w:p>
            <w:pPr>
              <w:keepNext/>
              <w:jc w:val="center"/>
            </w:pPr>
            <w:r>
              <w:rPr>
                <w:b/>
                <w:sz w:val="19"/>
              </w:rPr>
              <w:t>P (Positivo)</w:t>
            </w:r>
          </w:p>
        </w:tc>
        <w:tc>
          <w:tcPr>
            <w:tcW w:type="dxa" w:w="2268"/>
            <w:vAlign w:val="center"/>
            <w:shd w:val="clear" w:color="auto" w:fill="DEEAF6"/>
          </w:tcPr>
          <w:p>
            <w:pPr>
              <w:keepNext/>
              <w:jc w:val="center"/>
            </w:pPr>
            <w:r>
              <w:rPr>
                <w:b/>
                <w:sz w:val="19"/>
              </w:rPr>
              <w:t>N (Negativo)</w:t>
            </w:r>
          </w:p>
        </w:tc>
        <w:tc>
          <w:tcPr>
            <w:tcW w:type="dxa" w:w="2268"/>
            <w:vAlign w:val="center"/>
            <w:shd w:val="clear" w:color="auto" w:fill="DEEAF6"/>
          </w:tcPr>
          <w:p>
            <w:pPr>
              <w:keepNext/>
              <w:jc w:val="center"/>
            </w:pPr>
            <w:r>
              <w:rPr>
                <w:b/>
                <w:sz w:val="19"/>
              </w:rPr>
              <w:t>I (Interesante)</w:t>
            </w:r>
          </w:p>
        </w:tc>
        <w:tc>
          <w:tcPr>
            <w:tcW w:type="dxa" w:w="1020"/>
            <w:vAlign w:val="center"/>
            <w:shd w:val="clear" w:color="auto" w:fill="DEEAF6"/>
          </w:tcPr>
          <w:p>
            <w:pPr>
              <w:keepNext/>
              <w:jc w:val="center"/>
            </w:pPr>
            <w:r>
              <w:rPr>
                <w:b/>
                <w:sz w:val="19"/>
              </w:rPr>
              <w:t>Puntaje</w:t>
            </w:r>
          </w:p>
        </w:tc>
      </w:tr>
      <w:tr>
        <w:trPr>
          <w:cantSplit/>
          <w:trHeight w:val="850"/>
        </w:trPr>
        <w:tc>
          <w:tcPr>
            <w:tcW w:type="dxa" w:w="2041"/>
            <w:vAlign w:val="center"/>
          </w:tcPr>
          <w:p>
            <w:pPr>
              <w:keepNext/>
              <w:jc w:val="left"/>
            </w:pPr>
            <w:r>
              <w:rPr>
                <w:b w:val="0"/>
                <w:sz w:val="19"/>
              </w:rPr>
              <w:t>1.</w:t>
            </w:r>
          </w:p>
        </w:tc>
        <w:tc>
          <w:tcPr>
            <w:tcW w:type="dxa" w:w="2268"/>
            <w:vAlign w:val="center"/>
          </w:tcPr>
          <w:p>
            <w:pPr>
              <w:keepNext/>
              <w:jc w:val="left"/>
            </w:pPr>
            <w:r>
              <w:rPr>
                <w:b w:val="0"/>
                <w:sz w:val="19"/>
              </w:rPr>
            </w:r>
          </w:p>
        </w:tc>
        <w:tc>
          <w:tcPr>
            <w:tcW w:type="dxa" w:w="2268"/>
            <w:vAlign w:val="center"/>
          </w:tcPr>
          <w:p>
            <w:pPr>
              <w:keepNext/>
              <w:jc w:val="left"/>
            </w:pPr>
            <w:r>
              <w:rPr>
                <w:b w:val="0"/>
                <w:sz w:val="19"/>
              </w:rPr>
            </w:r>
          </w:p>
        </w:tc>
        <w:tc>
          <w:tcPr>
            <w:tcW w:type="dxa" w:w="2268"/>
            <w:vAlign w:val="center"/>
          </w:tcPr>
          <w:p>
            <w:pPr>
              <w:keepNext/>
              <w:jc w:val="left"/>
            </w:pPr>
            <w:r>
              <w:rPr>
                <w:b w:val="0"/>
                <w:sz w:val="19"/>
              </w:rPr>
            </w:r>
          </w:p>
        </w:tc>
        <w:tc>
          <w:tcPr>
            <w:tcW w:type="dxa" w:w="1020"/>
            <w:vAlign w:val="center"/>
          </w:tcPr>
          <w:p>
            <w:pPr>
              <w:keepNext/>
              <w:jc w:val="left"/>
            </w:pPr>
            <w:r>
              <w:rPr>
                <w:b w:val="0"/>
                <w:sz w:val="19"/>
              </w:rPr>
            </w:r>
          </w:p>
        </w:tc>
      </w:tr>
      <w:tr>
        <w:trPr>
          <w:cantSplit/>
          <w:trHeight w:val="850"/>
        </w:trPr>
        <w:tc>
          <w:tcPr>
            <w:tcW w:type="dxa" w:w="2041"/>
            <w:vAlign w:val="center"/>
          </w:tcPr>
          <w:p>
            <w:pPr>
              <w:keepNext/>
              <w:jc w:val="left"/>
            </w:pPr>
            <w:r>
              <w:rPr>
                <w:b w:val="0"/>
                <w:sz w:val="19"/>
              </w:rPr>
              <w:t>2.</w:t>
            </w:r>
          </w:p>
        </w:tc>
        <w:tc>
          <w:tcPr>
            <w:tcW w:type="dxa" w:w="2268"/>
            <w:vAlign w:val="center"/>
          </w:tcPr>
          <w:p>
            <w:pPr>
              <w:keepNext/>
              <w:jc w:val="left"/>
            </w:pPr>
            <w:r>
              <w:rPr>
                <w:b w:val="0"/>
                <w:sz w:val="19"/>
              </w:rPr>
            </w:r>
          </w:p>
        </w:tc>
        <w:tc>
          <w:tcPr>
            <w:tcW w:type="dxa" w:w="2268"/>
            <w:vAlign w:val="center"/>
          </w:tcPr>
          <w:p>
            <w:pPr>
              <w:keepNext/>
              <w:jc w:val="left"/>
            </w:pPr>
            <w:r>
              <w:rPr>
                <w:b w:val="0"/>
                <w:sz w:val="19"/>
              </w:rPr>
            </w:r>
          </w:p>
        </w:tc>
        <w:tc>
          <w:tcPr>
            <w:tcW w:type="dxa" w:w="2268"/>
            <w:vAlign w:val="center"/>
          </w:tcPr>
          <w:p>
            <w:pPr>
              <w:keepNext/>
              <w:jc w:val="left"/>
            </w:pPr>
            <w:r>
              <w:rPr>
                <w:b w:val="0"/>
                <w:sz w:val="19"/>
              </w:rPr>
            </w:r>
          </w:p>
        </w:tc>
        <w:tc>
          <w:tcPr>
            <w:tcW w:type="dxa" w:w="1020"/>
            <w:vAlign w:val="center"/>
          </w:tcPr>
          <w:p>
            <w:pPr>
              <w:keepNext/>
              <w:jc w:val="left"/>
            </w:pPr>
            <w:r>
              <w:rPr>
                <w:b w:val="0"/>
                <w:sz w:val="19"/>
              </w:rPr>
            </w:r>
          </w:p>
        </w:tc>
      </w:tr>
      <w:tr>
        <w:trPr>
          <w:cantSplit/>
          <w:trHeight w:val="850"/>
        </w:trPr>
        <w:tc>
          <w:tcPr>
            <w:tcW w:type="dxa" w:w="2041"/>
            <w:vAlign w:val="center"/>
          </w:tcPr>
          <w:p>
            <w:pPr>
              <w:jc w:val="left"/>
            </w:pPr>
            <w:r>
              <w:rPr>
                <w:b w:val="0"/>
                <w:sz w:val="19"/>
              </w:rPr>
              <w:t>3.</w:t>
            </w:r>
          </w:p>
        </w:tc>
        <w:tc>
          <w:tcPr>
            <w:tcW w:type="dxa" w:w="2268"/>
            <w:vAlign w:val="center"/>
          </w:tcPr>
          <w:p>
            <w:pPr>
              <w:jc w:val="left"/>
            </w:pPr>
            <w:r>
              <w:rPr>
                <w:b w:val="0"/>
                <w:sz w:val="19"/>
              </w:rPr>
            </w:r>
          </w:p>
        </w:tc>
        <w:tc>
          <w:tcPr>
            <w:tcW w:type="dxa" w:w="2268"/>
            <w:vAlign w:val="center"/>
          </w:tcPr>
          <w:p>
            <w:pPr>
              <w:jc w:val="left"/>
            </w:pPr>
            <w:r>
              <w:rPr>
                <w:b w:val="0"/>
                <w:sz w:val="19"/>
              </w:rPr>
            </w:r>
          </w:p>
        </w:tc>
        <w:tc>
          <w:tcPr>
            <w:tcW w:type="dxa" w:w="2268"/>
            <w:vAlign w:val="center"/>
          </w:tcPr>
          <w:p>
            <w:pPr>
              <w:jc w:val="left"/>
            </w:pPr>
            <w:r>
              <w:rPr>
                <w:b w:val="0"/>
                <w:sz w:val="19"/>
              </w:rPr>
            </w:r>
          </w:p>
        </w:tc>
        <w:tc>
          <w:tcPr>
            <w:tcW w:type="dxa" w:w="1020"/>
            <w:vAlign w:val="center"/>
          </w:tcPr>
          <w:p>
            <w:pPr>
              <w:jc w:val="left"/>
            </w:pPr>
            <w:r>
              <w:rPr>
                <w:b w:val="0"/>
                <w:sz w:val="19"/>
              </w:rPr>
            </w:r>
          </w:p>
        </w:tc>
      </w:tr>
    </w:tbl>
    <w:p>
      <w:pPr>
        <w:spacing w:after="0" w:line="60" w:lineRule="exact"/>
      </w:pPr>
      <w:r/>
    </w:p>
    <w:p>
      <w:pPr>
        <w:spacing w:after="80" w:before="0"/>
        <w:jc w:val="both"/>
      </w:pPr>
      <w:r>
        <w:rPr>
          <w:b/>
        </w:rPr>
        <w:t xml:space="preserve">Modelo elegido por nuestra Agencia: </w:t>
      </w:r>
      <w:r>
        <w:rPr>
          <w:b w:val="0"/>
        </w:rPr>
        <w:t>___________________________________________________</w:t>
      </w:r>
    </w:p>
    <w:p>
      <w:pPr>
        <w:keepNext/>
        <w:spacing w:after="40" w:before="120"/>
        <w:jc w:val="left"/>
      </w:pPr>
      <w:r>
        <w:rPr>
          <w:b/>
          <w:color w:val="1F4E79"/>
          <w:sz w:val="22"/>
        </w:rPr>
        <w:t xml:space="preserve">ACTIVIDAD 3: </w:t>
      </w:r>
      <w:r>
        <w:rPr>
          <w:b/>
          <w:color w:val="1F4E79"/>
          <w:sz w:val="22"/>
        </w:rPr>
        <w:t>FICHA TÉCNICA DEL BOLSO ECOLÓGICO</w:t>
      </w:r>
    </w:p>
    <w:tbl>
      <w:tblPr>
        <w:tblStyle w:val="TableGrid"/>
        <w:tblW w:type="auto" w:w="0"/>
        <w:jc w:val="center"/>
        <w:tblLayout w:type="fixed"/>
        <w:tblLook w:firstColumn="1" w:firstRow="1" w:lastColumn="0" w:lastRow="0" w:noHBand="0" w:noVBand="1" w:val="04A0"/>
      </w:tblPr>
      <w:tblGrid>
        <w:gridCol w:w="3628"/>
        <w:gridCol w:w="6236"/>
      </w:tblGrid>
      <w:tr>
        <w:trPr>
          <w:cantSplit/>
          <w:trHeight w:val="351"/>
          <w:tblHeader/>
        </w:trPr>
        <w:tc>
          <w:tcPr>
            <w:tcW w:type="dxa" w:w="3628"/>
            <w:vAlign w:val="center"/>
            <w:shd w:val="clear" w:color="auto" w:fill="DEEAF6"/>
          </w:tcPr>
          <w:p>
            <w:pPr>
              <w:keepNext/>
              <w:jc w:val="center"/>
            </w:pPr>
            <w:r>
              <w:rPr>
                <w:b/>
                <w:sz w:val="19"/>
              </w:rPr>
              <w:t>Dato</w:t>
            </w:r>
          </w:p>
        </w:tc>
        <w:tc>
          <w:tcPr>
            <w:tcW w:type="dxa" w:w="6236"/>
            <w:vAlign w:val="center"/>
            <w:shd w:val="clear" w:color="auto" w:fill="DEEAF6"/>
          </w:tcPr>
          <w:p>
            <w:pPr>
              <w:keepNext/>
              <w:jc w:val="center"/>
            </w:pPr>
            <w:r>
              <w:rPr>
                <w:b/>
                <w:sz w:val="19"/>
              </w:rPr>
              <w:t>Descripción</w:t>
            </w:r>
          </w:p>
        </w:tc>
      </w:tr>
      <w:tr>
        <w:trPr>
          <w:cantSplit/>
          <w:trHeight w:val="351"/>
        </w:trPr>
        <w:tc>
          <w:tcPr>
            <w:tcW w:type="dxa" w:w="3628"/>
            <w:vAlign w:val="center"/>
            <w:shd w:val="clear" w:color="auto" w:fill="F2F2F2"/>
          </w:tcPr>
          <w:p>
            <w:pPr>
              <w:keepNext/>
              <w:jc w:val="left"/>
            </w:pPr>
            <w:r>
              <w:rPr>
                <w:b w:val="0"/>
                <w:sz w:val="19"/>
              </w:rPr>
              <w:t>Nombre del producto</w:t>
            </w:r>
          </w:p>
        </w:tc>
        <w:tc>
          <w:tcPr>
            <w:tcW w:type="dxa" w:w="6236"/>
            <w:vAlign w:val="center"/>
          </w:tcPr>
          <w:p>
            <w:pPr>
              <w:keepNext/>
              <w:jc w:val="left"/>
            </w:pPr>
            <w:r>
              <w:rPr>
                <w:b w:val="0"/>
                <w:sz w:val="19"/>
              </w:rPr>
            </w:r>
          </w:p>
        </w:tc>
      </w:tr>
      <w:tr>
        <w:trPr>
          <w:cantSplit/>
          <w:trHeight w:val="351"/>
        </w:trPr>
        <w:tc>
          <w:tcPr>
            <w:tcW w:type="dxa" w:w="3628"/>
            <w:vAlign w:val="center"/>
            <w:shd w:val="clear" w:color="auto" w:fill="F2F2F2"/>
          </w:tcPr>
          <w:p>
            <w:pPr>
              <w:keepNext/>
              <w:jc w:val="left"/>
            </w:pPr>
            <w:r>
              <w:rPr>
                <w:b w:val="0"/>
                <w:sz w:val="19"/>
              </w:rPr>
              <w:t>Agencia</w:t>
            </w:r>
          </w:p>
        </w:tc>
        <w:tc>
          <w:tcPr>
            <w:tcW w:type="dxa" w:w="6236"/>
            <w:vAlign w:val="center"/>
          </w:tcPr>
          <w:p>
            <w:pPr>
              <w:keepNext/>
              <w:jc w:val="left"/>
            </w:pPr>
            <w:r>
              <w:rPr>
                <w:b w:val="0"/>
                <w:sz w:val="19"/>
              </w:rPr>
            </w:r>
          </w:p>
        </w:tc>
      </w:tr>
      <w:tr>
        <w:trPr>
          <w:cantSplit/>
          <w:trHeight w:val="351"/>
        </w:trPr>
        <w:tc>
          <w:tcPr>
            <w:tcW w:type="dxa" w:w="3628"/>
            <w:vAlign w:val="center"/>
            <w:shd w:val="clear" w:color="auto" w:fill="F2F2F2"/>
          </w:tcPr>
          <w:p>
            <w:pPr>
              <w:keepNext/>
              <w:jc w:val="left"/>
            </w:pPr>
            <w:r>
              <w:rPr>
                <w:b w:val="0"/>
                <w:sz w:val="19"/>
              </w:rPr>
              <w:t>Tipo de tela</w:t>
            </w:r>
          </w:p>
        </w:tc>
        <w:tc>
          <w:tcPr>
            <w:tcW w:type="dxa" w:w="6236"/>
            <w:vAlign w:val="center"/>
          </w:tcPr>
          <w:p>
            <w:pPr>
              <w:keepNext/>
              <w:jc w:val="left"/>
            </w:pPr>
            <w:r>
              <w:rPr>
                <w:b w:val="0"/>
                <w:sz w:val="19"/>
              </w:rPr>
            </w:r>
          </w:p>
        </w:tc>
      </w:tr>
      <w:tr>
        <w:trPr>
          <w:cantSplit/>
          <w:trHeight w:val="351"/>
        </w:trPr>
        <w:tc>
          <w:tcPr>
            <w:tcW w:type="dxa" w:w="3628"/>
            <w:vAlign w:val="center"/>
            <w:shd w:val="clear" w:color="auto" w:fill="F2F2F2"/>
          </w:tcPr>
          <w:p>
            <w:pPr>
              <w:keepNext/>
              <w:jc w:val="left"/>
            </w:pPr>
            <w:r>
              <w:rPr>
                <w:b w:val="0"/>
                <w:sz w:val="19"/>
              </w:rPr>
              <w:t>Colores</w:t>
            </w:r>
          </w:p>
        </w:tc>
        <w:tc>
          <w:tcPr>
            <w:tcW w:type="dxa" w:w="6236"/>
            <w:vAlign w:val="center"/>
          </w:tcPr>
          <w:p>
            <w:pPr>
              <w:keepNext/>
              <w:jc w:val="left"/>
            </w:pPr>
            <w:r>
              <w:rPr>
                <w:b w:val="0"/>
                <w:sz w:val="19"/>
              </w:rPr>
            </w:r>
          </w:p>
        </w:tc>
      </w:tr>
      <w:tr>
        <w:trPr>
          <w:cantSplit/>
          <w:trHeight w:val="351"/>
        </w:trPr>
        <w:tc>
          <w:tcPr>
            <w:tcW w:type="dxa" w:w="3628"/>
            <w:vAlign w:val="center"/>
            <w:shd w:val="clear" w:color="auto" w:fill="F2F2F2"/>
          </w:tcPr>
          <w:p>
            <w:pPr>
              <w:keepNext/>
              <w:jc w:val="left"/>
            </w:pPr>
            <w:r>
              <w:rPr>
                <w:b w:val="0"/>
                <w:sz w:val="19"/>
              </w:rPr>
              <w:t>Personalización (estampado, aplicación, bordado)</w:t>
            </w:r>
          </w:p>
        </w:tc>
        <w:tc>
          <w:tcPr>
            <w:tcW w:type="dxa" w:w="6236"/>
            <w:vAlign w:val="center"/>
          </w:tcPr>
          <w:p>
            <w:pPr>
              <w:keepNext/>
              <w:jc w:val="left"/>
            </w:pPr>
            <w:r>
              <w:rPr>
                <w:b w:val="0"/>
                <w:sz w:val="19"/>
              </w:rPr>
            </w:r>
          </w:p>
        </w:tc>
      </w:tr>
      <w:tr>
        <w:trPr>
          <w:cantSplit/>
          <w:trHeight w:val="351"/>
        </w:trPr>
        <w:tc>
          <w:tcPr>
            <w:tcW w:type="dxa" w:w="3628"/>
            <w:vAlign w:val="center"/>
            <w:shd w:val="clear" w:color="auto" w:fill="F2F2F2"/>
          </w:tcPr>
          <w:p>
            <w:pPr>
              <w:jc w:val="left"/>
            </w:pPr>
            <w:r>
              <w:rPr>
                <w:b w:val="0"/>
                <w:sz w:val="19"/>
              </w:rPr>
              <w:t>Público objetivo (clientes)</w:t>
            </w:r>
          </w:p>
        </w:tc>
        <w:tc>
          <w:tcPr>
            <w:tcW w:type="dxa" w:w="6236"/>
            <w:vAlign w:val="center"/>
          </w:tcPr>
          <w:p>
            <w:pPr>
              <w:jc w:val="left"/>
            </w:pPr>
            <w:r>
              <w:rPr>
                <w:b w:val="0"/>
                <w:sz w:val="19"/>
              </w:rPr>
            </w:r>
          </w:p>
        </w:tc>
      </w:tr>
    </w:tbl>
    <w:p>
      <w:pPr>
        <w:spacing w:after="0" w:line="80" w:lineRule="exact"/>
      </w:pPr>
      <w:r/>
    </w:p>
    <w:p>
      <w:pPr>
        <w:keepNext/>
        <w:spacing w:after="40" w:before="0"/>
        <w:jc w:val="left"/>
      </w:pPr>
      <w:r>
        <w:rPr>
          <w:b/>
          <w:color w:val="1F4E79"/>
        </w:rPr>
        <w:t>Boceto del producto</w:t>
      </w:r>
    </w:p>
    <w:tbl>
      <w:tblPr>
        <w:tblStyle w:val="TableGrid"/>
        <w:tblW w:type="auto" w:w="0"/>
        <w:jc w:val="center"/>
        <w:tblLayout w:type="fixed"/>
        <w:tblLook w:firstColumn="1" w:firstRow="1" w:lastColumn="0" w:lastRow="0" w:noHBand="0" w:noVBand="1" w:val="04A0"/>
      </w:tblPr>
      <w:tblGrid>
        <w:gridCol w:w="4932"/>
        <w:gridCol w:w="4932"/>
      </w:tblGrid>
      <w:tr>
        <w:trPr>
          <w:cantSplit/>
          <w:tblHeader/>
        </w:trPr>
        <w:tc>
          <w:tcPr>
            <w:tcW w:type="dxa" w:w="4932"/>
            <w:vAlign w:val="center"/>
            <w:shd w:val="clear" w:color="auto" w:fill="DEEAF6"/>
          </w:tcPr>
          <w:p>
            <w:pPr>
              <w:keepNext/>
              <w:jc w:val="center"/>
            </w:pPr>
            <w:r>
              <w:rPr>
                <w:b/>
                <w:sz w:val="19"/>
              </w:rPr>
              <w:t>Vista frontal</w:t>
            </w:r>
          </w:p>
        </w:tc>
        <w:tc>
          <w:tcPr>
            <w:tcW w:type="dxa" w:w="4932"/>
            <w:vAlign w:val="center"/>
            <w:shd w:val="clear" w:color="auto" w:fill="DEEAF6"/>
          </w:tcPr>
          <w:p>
            <w:pPr>
              <w:keepNext/>
              <w:jc w:val="center"/>
            </w:pPr>
            <w:r>
              <w:rPr>
                <w:b/>
                <w:sz w:val="19"/>
              </w:rPr>
              <w:t>Vista lateral</w:t>
            </w:r>
          </w:p>
        </w:tc>
      </w:tr>
      <w:tr>
        <w:trPr>
          <w:cantSplit/>
          <w:trHeight w:val="3515"/>
        </w:trPr>
        <w:tc>
          <w:tcPr>
            <w:tcW w:type="dxa" w:w="4932"/>
            <w:vAlign w:val="center"/>
          </w:tcPr>
          <w:p>
            <w:pPr>
              <w:jc w:val="left"/>
            </w:pPr>
            <w:r>
              <w:rPr>
                <w:b w:val="0"/>
                <w:sz w:val="19"/>
              </w:rPr>
            </w:r>
          </w:p>
        </w:tc>
        <w:tc>
          <w:tcPr>
            <w:tcW w:type="dxa" w:w="4932"/>
            <w:vAlign w:val="center"/>
          </w:tcPr>
          <w:p>
            <w:pPr>
              <w:jc w:val="left"/>
            </w:pPr>
            <w:r>
              <w:rPr>
                <w:b w:val="0"/>
                <w:sz w:val="19"/>
              </w:rPr>
            </w:r>
          </w:p>
        </w:tc>
      </w:tr>
    </w:tbl>
    <w:p>
      <w:pPr>
        <w:spacing w:after="0" w:line="80" w:lineRule="exact"/>
      </w:pPr>
      <w:r/>
    </w:p>
    <w:p>
      <w:pPr>
        <w:keepNext/>
        <w:spacing w:after="40" w:before="0"/>
        <w:jc w:val="left"/>
      </w:pPr>
      <w:r>
        <w:rPr>
          <w:b/>
        </w:rPr>
        <w:t>Piezas y medidas</w:t>
      </w:r>
      <w:r>
        <w:rPr>
          <w:b w:val="0"/>
        </w:rPr>
        <w:t xml:space="preserve"> (agrega 1 cm de margen de costura en cada borde; por eso, el largo y el ancho de corte aumentan 2 cm)</w:t>
      </w:r>
    </w:p>
    <w:tbl>
      <w:tblPr>
        <w:tblStyle w:val="TableGrid"/>
        <w:tblW w:type="auto" w:w="0"/>
        <w:jc w:val="center"/>
        <w:tblLayout w:type="fixed"/>
        <w:tblLook w:firstColumn="1" w:firstRow="1" w:lastColumn="0" w:lastRow="0" w:noHBand="0" w:noVBand="1" w:val="04A0"/>
      </w:tblPr>
      <w:tblGrid>
        <w:gridCol w:w="3402"/>
        <w:gridCol w:w="1474"/>
        <w:gridCol w:w="2268"/>
        <w:gridCol w:w="2721"/>
      </w:tblGrid>
      <w:tr>
        <w:trPr>
          <w:cantSplit/>
          <w:trHeight w:val="351"/>
          <w:tblHeader/>
        </w:trPr>
        <w:tc>
          <w:tcPr>
            <w:tcW w:type="dxa" w:w="3402"/>
            <w:vAlign w:val="center"/>
            <w:shd w:val="clear" w:color="auto" w:fill="DEEAF6"/>
          </w:tcPr>
          <w:p>
            <w:pPr>
              <w:keepNext/>
              <w:jc w:val="center"/>
            </w:pPr>
            <w:r>
              <w:rPr>
                <w:b/>
                <w:sz w:val="19"/>
              </w:rPr>
              <w:t>Pieza</w:t>
            </w:r>
          </w:p>
        </w:tc>
        <w:tc>
          <w:tcPr>
            <w:tcW w:type="dxa" w:w="1474"/>
            <w:vAlign w:val="center"/>
            <w:shd w:val="clear" w:color="auto" w:fill="DEEAF6"/>
          </w:tcPr>
          <w:p>
            <w:pPr>
              <w:keepNext/>
              <w:jc w:val="center"/>
            </w:pPr>
            <w:r>
              <w:rPr>
                <w:b/>
                <w:sz w:val="19"/>
              </w:rPr>
              <w:t>N° de piezas</w:t>
            </w:r>
          </w:p>
        </w:tc>
        <w:tc>
          <w:tcPr>
            <w:tcW w:type="dxa" w:w="2268"/>
            <w:vAlign w:val="center"/>
            <w:shd w:val="clear" w:color="auto" w:fill="DEEAF6"/>
          </w:tcPr>
          <w:p>
            <w:pPr>
              <w:keepNext/>
              <w:jc w:val="center"/>
            </w:pPr>
            <w:r>
              <w:rPr>
                <w:b/>
                <w:sz w:val="19"/>
              </w:rPr>
              <w:t>Medida final (cm)</w:t>
            </w:r>
          </w:p>
        </w:tc>
        <w:tc>
          <w:tcPr>
            <w:tcW w:type="dxa" w:w="2721"/>
            <w:vAlign w:val="center"/>
            <w:shd w:val="clear" w:color="auto" w:fill="DEEAF6"/>
          </w:tcPr>
          <w:p>
            <w:pPr>
              <w:keepNext/>
              <w:jc w:val="center"/>
            </w:pPr>
            <w:r>
              <w:rPr>
                <w:b/>
                <w:sz w:val="19"/>
              </w:rPr>
              <w:t>Medida de corte con margen (cm)</w:t>
            </w:r>
          </w:p>
        </w:tc>
      </w:tr>
      <w:tr>
        <w:trPr>
          <w:cantSplit/>
          <w:trHeight w:val="351"/>
        </w:trPr>
        <w:tc>
          <w:tcPr>
            <w:tcW w:type="dxa" w:w="3402"/>
            <w:vAlign w:val="center"/>
          </w:tcPr>
          <w:p>
            <w:pPr>
              <w:keepNext/>
              <w:jc w:val="left"/>
            </w:pPr>
            <w:r>
              <w:rPr>
                <w:b w:val="0"/>
                <w:sz w:val="19"/>
              </w:rPr>
              <w:t>Cuerpo (delantero y posterior)</w:t>
            </w:r>
          </w:p>
        </w:tc>
        <w:tc>
          <w:tcPr>
            <w:tcW w:type="dxa" w:w="1474"/>
            <w:vAlign w:val="center"/>
          </w:tcPr>
          <w:p>
            <w:pPr>
              <w:keepNext/>
              <w:jc w:val="center"/>
            </w:pPr>
            <w:r>
              <w:rPr>
                <w:b w:val="0"/>
                <w:sz w:val="19"/>
              </w:rPr>
              <w:t>2</w:t>
            </w:r>
          </w:p>
        </w:tc>
        <w:tc>
          <w:tcPr>
            <w:tcW w:type="dxa" w:w="2268"/>
            <w:vAlign w:val="center"/>
          </w:tcPr>
          <w:p>
            <w:pPr>
              <w:keepNext/>
              <w:jc w:val="center"/>
            </w:pPr>
            <w:r>
              <w:rPr>
                <w:b w:val="0"/>
                <w:sz w:val="19"/>
              </w:rPr>
              <w:t>40 × 38</w:t>
            </w:r>
          </w:p>
        </w:tc>
        <w:tc>
          <w:tcPr>
            <w:tcW w:type="dxa" w:w="2721"/>
            <w:vAlign w:val="center"/>
          </w:tcPr>
          <w:p>
            <w:pPr>
              <w:keepNext/>
              <w:jc w:val="center"/>
            </w:pPr>
            <w:r>
              <w:rPr>
                <w:b w:val="0"/>
                <w:sz w:val="19"/>
              </w:rPr>
              <w:t>_____ × _____</w:t>
            </w:r>
          </w:p>
        </w:tc>
      </w:tr>
      <w:tr>
        <w:trPr>
          <w:cantSplit/>
          <w:trHeight w:val="351"/>
        </w:trPr>
        <w:tc>
          <w:tcPr>
            <w:tcW w:type="dxa" w:w="3402"/>
            <w:vAlign w:val="center"/>
          </w:tcPr>
          <w:p>
            <w:pPr>
              <w:keepNext/>
              <w:jc w:val="left"/>
            </w:pPr>
            <w:r>
              <w:rPr>
                <w:b w:val="0"/>
                <w:sz w:val="19"/>
              </w:rPr>
              <w:t>Base</w:t>
            </w:r>
          </w:p>
        </w:tc>
        <w:tc>
          <w:tcPr>
            <w:tcW w:type="dxa" w:w="1474"/>
            <w:vAlign w:val="center"/>
          </w:tcPr>
          <w:p>
            <w:pPr>
              <w:keepNext/>
              <w:jc w:val="center"/>
            </w:pPr>
            <w:r>
              <w:rPr>
                <w:b w:val="0"/>
                <w:sz w:val="19"/>
              </w:rPr>
              <w:t>1</w:t>
            </w:r>
          </w:p>
        </w:tc>
        <w:tc>
          <w:tcPr>
            <w:tcW w:type="dxa" w:w="2268"/>
            <w:vAlign w:val="center"/>
          </w:tcPr>
          <w:p>
            <w:pPr>
              <w:keepNext/>
              <w:jc w:val="center"/>
            </w:pPr>
            <w:r>
              <w:rPr>
                <w:b w:val="0"/>
                <w:sz w:val="19"/>
              </w:rPr>
              <w:t>40 × 10</w:t>
            </w:r>
          </w:p>
        </w:tc>
        <w:tc>
          <w:tcPr>
            <w:tcW w:type="dxa" w:w="2721"/>
            <w:vAlign w:val="center"/>
          </w:tcPr>
          <w:p>
            <w:pPr>
              <w:keepNext/>
              <w:jc w:val="center"/>
            </w:pPr>
            <w:r>
              <w:rPr>
                <w:b w:val="0"/>
                <w:sz w:val="19"/>
              </w:rPr>
              <w:t>_____ × _____</w:t>
            </w:r>
          </w:p>
        </w:tc>
      </w:tr>
      <w:tr>
        <w:trPr>
          <w:cantSplit/>
          <w:trHeight w:val="351"/>
        </w:trPr>
        <w:tc>
          <w:tcPr>
            <w:tcW w:type="dxa" w:w="3402"/>
            <w:vAlign w:val="center"/>
          </w:tcPr>
          <w:p>
            <w:pPr>
              <w:keepNext/>
              <w:jc w:val="left"/>
            </w:pPr>
            <w:r>
              <w:rPr>
                <w:b w:val="0"/>
                <w:sz w:val="19"/>
              </w:rPr>
              <w:t>Asas</w:t>
            </w:r>
          </w:p>
        </w:tc>
        <w:tc>
          <w:tcPr>
            <w:tcW w:type="dxa" w:w="1474"/>
            <w:vAlign w:val="center"/>
          </w:tcPr>
          <w:p>
            <w:pPr>
              <w:keepNext/>
              <w:jc w:val="center"/>
            </w:pPr>
            <w:r>
              <w:rPr>
                <w:b w:val="0"/>
                <w:sz w:val="19"/>
              </w:rPr>
              <w:t>2</w:t>
            </w:r>
          </w:p>
        </w:tc>
        <w:tc>
          <w:tcPr>
            <w:tcW w:type="dxa" w:w="2268"/>
            <w:vAlign w:val="center"/>
          </w:tcPr>
          <w:p>
            <w:pPr>
              <w:keepNext/>
              <w:jc w:val="center"/>
            </w:pPr>
            <w:r>
              <w:rPr>
                <w:b w:val="0"/>
                <w:sz w:val="19"/>
              </w:rPr>
              <w:t>60 × 8</w:t>
            </w:r>
          </w:p>
        </w:tc>
        <w:tc>
          <w:tcPr>
            <w:tcW w:type="dxa" w:w="2721"/>
            <w:vAlign w:val="center"/>
          </w:tcPr>
          <w:p>
            <w:pPr>
              <w:keepNext/>
              <w:jc w:val="center"/>
            </w:pPr>
            <w:r>
              <w:rPr>
                <w:b w:val="0"/>
                <w:sz w:val="19"/>
              </w:rPr>
              <w:t>_____ × _____</w:t>
            </w:r>
          </w:p>
        </w:tc>
      </w:tr>
      <w:tr>
        <w:trPr>
          <w:cantSplit/>
          <w:trHeight w:val="351"/>
        </w:trPr>
        <w:tc>
          <w:tcPr>
            <w:tcW w:type="dxa" w:w="3402"/>
            <w:vAlign w:val="center"/>
          </w:tcPr>
          <w:p>
            <w:pPr>
              <w:jc w:val="left"/>
            </w:pPr>
            <w:r>
              <w:rPr>
                <w:b w:val="0"/>
                <w:sz w:val="19"/>
              </w:rPr>
              <w:t>Bolsillo (opcional)</w:t>
            </w:r>
          </w:p>
        </w:tc>
        <w:tc>
          <w:tcPr>
            <w:tcW w:type="dxa" w:w="1474"/>
            <w:vAlign w:val="center"/>
          </w:tcPr>
          <w:p>
            <w:pPr>
              <w:jc w:val="center"/>
            </w:pPr>
            <w:r>
              <w:rPr>
                <w:b w:val="0"/>
                <w:sz w:val="19"/>
              </w:rPr>
            </w:r>
          </w:p>
        </w:tc>
        <w:tc>
          <w:tcPr>
            <w:tcW w:type="dxa" w:w="2268"/>
            <w:vAlign w:val="center"/>
          </w:tcPr>
          <w:p>
            <w:pPr>
              <w:jc w:val="center"/>
            </w:pPr>
            <w:r>
              <w:rPr>
                <w:b w:val="0"/>
                <w:sz w:val="19"/>
              </w:rPr>
              <w:t>_____ × _____</w:t>
            </w:r>
          </w:p>
        </w:tc>
        <w:tc>
          <w:tcPr>
            <w:tcW w:type="dxa" w:w="2721"/>
            <w:vAlign w:val="center"/>
          </w:tcPr>
          <w:p>
            <w:pPr>
              <w:jc w:val="center"/>
            </w:pPr>
            <w:r>
              <w:rPr>
                <w:b w:val="0"/>
                <w:sz w:val="19"/>
              </w:rPr>
              <w:t>_____ × _____</w:t>
            </w:r>
          </w:p>
        </w:tc>
      </w:tr>
    </w:tbl>
    <w:p>
      <w:pPr>
        <w:spacing w:after="0" w:line="80" w:lineRule="exact"/>
      </w:pPr>
      <w:r/>
    </w:p>
    <w:p>
      <w:pPr>
        <w:keepNext/>
        <w:spacing w:after="40" w:before="0"/>
        <w:jc w:val="left"/>
      </w:pPr>
      <w:r>
        <w:rPr>
          <w:b/>
        </w:rPr>
        <w:t>Materiales por bolso</w:t>
      </w:r>
    </w:p>
    <w:tbl>
      <w:tblPr>
        <w:tblStyle w:val="TableGrid"/>
        <w:tblW w:type="auto" w:w="0"/>
        <w:jc w:val="center"/>
        <w:tblLayout w:type="fixed"/>
        <w:tblLook w:firstColumn="1" w:firstRow="1" w:lastColumn="0" w:lastRow="0" w:noHBand="0" w:noVBand="1" w:val="04A0"/>
      </w:tblPr>
      <w:tblGrid>
        <w:gridCol w:w="5329"/>
        <w:gridCol w:w="2494"/>
        <w:gridCol w:w="2041"/>
      </w:tblGrid>
      <w:tr>
        <w:trPr>
          <w:cantSplit/>
          <w:trHeight w:val="329"/>
          <w:tblHeader/>
        </w:trPr>
        <w:tc>
          <w:tcPr>
            <w:tcW w:type="dxa" w:w="5329"/>
            <w:vAlign w:val="center"/>
            <w:shd w:val="clear" w:color="auto" w:fill="DEEAF6"/>
          </w:tcPr>
          <w:p>
            <w:pPr>
              <w:keepNext/>
              <w:jc w:val="center"/>
            </w:pPr>
            <w:r>
              <w:rPr>
                <w:b/>
                <w:sz w:val="19"/>
              </w:rPr>
              <w:t>Material</w:t>
            </w:r>
          </w:p>
        </w:tc>
        <w:tc>
          <w:tcPr>
            <w:tcW w:type="dxa" w:w="2494"/>
            <w:vAlign w:val="center"/>
            <w:shd w:val="clear" w:color="auto" w:fill="DEEAF6"/>
          </w:tcPr>
          <w:p>
            <w:pPr>
              <w:keepNext/>
              <w:jc w:val="center"/>
            </w:pPr>
            <w:r>
              <w:rPr>
                <w:b/>
                <w:sz w:val="19"/>
              </w:rPr>
              <w:t>Cantidad por bolso</w:t>
            </w:r>
          </w:p>
        </w:tc>
        <w:tc>
          <w:tcPr>
            <w:tcW w:type="dxa" w:w="2041"/>
            <w:vAlign w:val="center"/>
            <w:shd w:val="clear" w:color="auto" w:fill="DEEAF6"/>
          </w:tcPr>
          <w:p>
            <w:pPr>
              <w:keepNext/>
              <w:jc w:val="center"/>
            </w:pPr>
            <w:r>
              <w:rPr>
                <w:b/>
                <w:sz w:val="19"/>
              </w:rPr>
              <w:t>Precio (S/)</w:t>
            </w:r>
          </w:p>
        </w:tc>
      </w:tr>
      <w:tr>
        <w:trPr>
          <w:cantSplit/>
          <w:trHeight w:val="329"/>
        </w:trPr>
        <w:tc>
          <w:tcPr>
            <w:tcW w:type="dxa" w:w="5329"/>
            <w:vAlign w:val="center"/>
          </w:tcPr>
          <w:p>
            <w:pPr>
              <w:keepNext/>
              <w:jc w:val="left"/>
            </w:pPr>
            <w:r>
              <w:rPr>
                <w:b w:val="0"/>
                <w:sz w:val="19"/>
              </w:rPr>
              <w:t>Tela (lona o tocuyo)</w:t>
            </w:r>
          </w:p>
        </w:tc>
        <w:tc>
          <w:tcPr>
            <w:tcW w:type="dxa" w:w="2494"/>
            <w:vAlign w:val="center"/>
          </w:tcPr>
          <w:p>
            <w:pPr>
              <w:keepNext/>
              <w:jc w:val="left"/>
            </w:pPr>
            <w:r>
              <w:rPr>
                <w:b w:val="0"/>
                <w:sz w:val="19"/>
              </w:rPr>
            </w:r>
          </w:p>
        </w:tc>
        <w:tc>
          <w:tcPr>
            <w:tcW w:type="dxa" w:w="2041"/>
            <w:vAlign w:val="center"/>
          </w:tcPr>
          <w:p>
            <w:pPr>
              <w:keepNext/>
              <w:jc w:val="left"/>
            </w:pPr>
            <w:r>
              <w:rPr>
                <w:b w:val="0"/>
                <w:sz w:val="19"/>
              </w:rPr>
            </w:r>
          </w:p>
        </w:tc>
      </w:tr>
      <w:tr>
        <w:trPr>
          <w:cantSplit/>
          <w:trHeight w:val="329"/>
        </w:trPr>
        <w:tc>
          <w:tcPr>
            <w:tcW w:type="dxa" w:w="5329"/>
            <w:vAlign w:val="center"/>
          </w:tcPr>
          <w:p>
            <w:pPr>
              <w:keepNext/>
              <w:jc w:val="left"/>
            </w:pPr>
            <w:r>
              <w:rPr>
                <w:b w:val="0"/>
                <w:sz w:val="19"/>
              </w:rPr>
              <w:t>Hilo</w:t>
            </w:r>
          </w:p>
        </w:tc>
        <w:tc>
          <w:tcPr>
            <w:tcW w:type="dxa" w:w="2494"/>
            <w:vAlign w:val="center"/>
          </w:tcPr>
          <w:p>
            <w:pPr>
              <w:keepNext/>
              <w:jc w:val="left"/>
            </w:pPr>
            <w:r>
              <w:rPr>
                <w:b w:val="0"/>
                <w:sz w:val="19"/>
              </w:rPr>
            </w:r>
          </w:p>
        </w:tc>
        <w:tc>
          <w:tcPr>
            <w:tcW w:type="dxa" w:w="2041"/>
            <w:vAlign w:val="center"/>
          </w:tcPr>
          <w:p>
            <w:pPr>
              <w:keepNext/>
              <w:jc w:val="left"/>
            </w:pPr>
            <w:r>
              <w:rPr>
                <w:b w:val="0"/>
                <w:sz w:val="19"/>
              </w:rPr>
            </w:r>
          </w:p>
        </w:tc>
      </w:tr>
      <w:tr>
        <w:trPr>
          <w:cantSplit/>
          <w:trHeight w:val="329"/>
        </w:trPr>
        <w:tc>
          <w:tcPr>
            <w:tcW w:type="dxa" w:w="5329"/>
            <w:vAlign w:val="center"/>
          </w:tcPr>
          <w:p>
            <w:pPr>
              <w:keepNext/>
              <w:jc w:val="left"/>
            </w:pPr>
            <w:r>
              <w:rPr>
                <w:b w:val="0"/>
                <w:sz w:val="19"/>
              </w:rPr>
              <w:t>Cinta para reforzar las asas</w:t>
            </w:r>
          </w:p>
        </w:tc>
        <w:tc>
          <w:tcPr>
            <w:tcW w:type="dxa" w:w="2494"/>
            <w:vAlign w:val="center"/>
          </w:tcPr>
          <w:p>
            <w:pPr>
              <w:keepNext/>
              <w:jc w:val="left"/>
            </w:pPr>
            <w:r>
              <w:rPr>
                <w:b w:val="0"/>
                <w:sz w:val="19"/>
              </w:rPr>
            </w:r>
          </w:p>
        </w:tc>
        <w:tc>
          <w:tcPr>
            <w:tcW w:type="dxa" w:w="2041"/>
            <w:vAlign w:val="center"/>
          </w:tcPr>
          <w:p>
            <w:pPr>
              <w:keepNext/>
              <w:jc w:val="left"/>
            </w:pPr>
            <w:r>
              <w:rPr>
                <w:b w:val="0"/>
                <w:sz w:val="19"/>
              </w:rPr>
            </w:r>
          </w:p>
        </w:tc>
      </w:tr>
      <w:tr>
        <w:trPr>
          <w:cantSplit/>
          <w:trHeight w:val="329"/>
        </w:trPr>
        <w:tc>
          <w:tcPr>
            <w:tcW w:type="dxa" w:w="5329"/>
            <w:vAlign w:val="center"/>
          </w:tcPr>
          <w:p>
            <w:pPr>
              <w:keepNext/>
              <w:jc w:val="left"/>
            </w:pPr>
            <w:r>
              <w:rPr>
                <w:b w:val="0"/>
                <w:sz w:val="19"/>
              </w:rPr>
              <w:t>Vinil textil, pintura o retazos para personalizar</w:t>
            </w:r>
          </w:p>
        </w:tc>
        <w:tc>
          <w:tcPr>
            <w:tcW w:type="dxa" w:w="2494"/>
            <w:vAlign w:val="center"/>
          </w:tcPr>
          <w:p>
            <w:pPr>
              <w:keepNext/>
              <w:jc w:val="left"/>
            </w:pPr>
            <w:r>
              <w:rPr>
                <w:b w:val="0"/>
                <w:sz w:val="19"/>
              </w:rPr>
            </w:r>
          </w:p>
        </w:tc>
        <w:tc>
          <w:tcPr>
            <w:tcW w:type="dxa" w:w="2041"/>
            <w:vAlign w:val="center"/>
          </w:tcPr>
          <w:p>
            <w:pPr>
              <w:keepNext/>
              <w:jc w:val="left"/>
            </w:pPr>
            <w:r>
              <w:rPr>
                <w:b w:val="0"/>
                <w:sz w:val="19"/>
              </w:rPr>
            </w:r>
          </w:p>
        </w:tc>
      </w:tr>
      <w:tr>
        <w:trPr>
          <w:cantSplit/>
          <w:trHeight w:val="329"/>
        </w:trPr>
        <w:tc>
          <w:tcPr>
            <w:tcW w:type="dxa" w:w="5329"/>
            <w:vAlign w:val="center"/>
          </w:tcPr>
          <w:p>
            <w:pPr>
              <w:keepNext/>
              <w:jc w:val="left"/>
            </w:pPr>
            <w:r>
              <w:rPr>
                <w:b w:val="0"/>
                <w:sz w:val="19"/>
              </w:rPr>
              <w:t>Etiqueta de la Agencia</w:t>
            </w:r>
          </w:p>
        </w:tc>
        <w:tc>
          <w:tcPr>
            <w:tcW w:type="dxa" w:w="2494"/>
            <w:vAlign w:val="center"/>
          </w:tcPr>
          <w:p>
            <w:pPr>
              <w:keepNext/>
              <w:jc w:val="left"/>
            </w:pPr>
            <w:r>
              <w:rPr>
                <w:b w:val="0"/>
                <w:sz w:val="19"/>
              </w:rPr>
            </w:r>
          </w:p>
        </w:tc>
        <w:tc>
          <w:tcPr>
            <w:tcW w:type="dxa" w:w="2041"/>
            <w:vAlign w:val="center"/>
          </w:tcPr>
          <w:p>
            <w:pPr>
              <w:keepNext/>
              <w:jc w:val="left"/>
            </w:pPr>
            <w:r>
              <w:rPr>
                <w:b w:val="0"/>
                <w:sz w:val="19"/>
              </w:rPr>
            </w:r>
          </w:p>
        </w:tc>
      </w:tr>
      <w:tr>
        <w:trPr>
          <w:cantSplit/>
          <w:trHeight w:val="329"/>
        </w:trPr>
        <w:tc>
          <w:tcPr>
            <w:tcW w:type="dxa" w:w="5329"/>
            <w:vAlign w:val="center"/>
          </w:tcPr>
          <w:p>
            <w:pPr>
              <w:jc w:val="left"/>
            </w:pPr>
            <w:r>
              <w:rPr>
                <w:b w:val="0"/>
                <w:sz w:val="19"/>
              </w:rPr>
            </w:r>
          </w:p>
        </w:tc>
        <w:tc>
          <w:tcPr>
            <w:tcW w:type="dxa" w:w="2494"/>
            <w:vAlign w:val="center"/>
          </w:tcPr>
          <w:p>
            <w:pPr>
              <w:jc w:val="left"/>
            </w:pPr>
            <w:r>
              <w:rPr>
                <w:b w:val="0"/>
                <w:sz w:val="19"/>
              </w:rPr>
            </w:r>
          </w:p>
        </w:tc>
        <w:tc>
          <w:tcPr>
            <w:tcW w:type="dxa" w:w="2041"/>
            <w:vAlign w:val="center"/>
          </w:tcPr>
          <w:p>
            <w:pPr>
              <w:jc w:val="left"/>
            </w:pPr>
            <w:r>
              <w:rPr>
                <w:b w:val="0"/>
                <w:sz w:val="19"/>
              </w:rPr>
            </w:r>
          </w:p>
        </w:tc>
      </w:tr>
    </w:tbl>
    <w:p>
      <w:pPr>
        <w:keepNext/>
        <w:spacing w:after="40" w:before="120"/>
        <w:jc w:val="left"/>
      </w:pPr>
      <w:r>
        <w:rPr>
          <w:b/>
          <w:color w:val="1F4E79"/>
          <w:sz w:val="22"/>
        </w:rPr>
        <w:t xml:space="preserve">ACTIVIDAD 4: </w:t>
      </w:r>
      <w:r>
        <w:rPr>
          <w:b/>
          <w:color w:val="1F4E79"/>
          <w:sz w:val="22"/>
        </w:rPr>
        <w:t>TRAZAMOS Y ROTULAMOS LOS MOLDES</w:t>
      </w:r>
    </w:p>
    <w:p>
      <w:pPr>
        <w:keepNext/>
        <w:spacing w:after="80" w:before="0"/>
        <w:jc w:val="both"/>
      </w:pPr>
      <w:r>
        <w:rPr>
          <w:b w:val="0"/>
        </w:rPr>
        <w:t>Traza los moldes en papel kraft con regla y escuadra. Marca cada molde con ✓ cuando cumpla lo siguiente.</w:t>
      </w:r>
    </w:p>
    <w:tbl>
      <w:tblPr>
        <w:tblStyle w:val="TableGrid"/>
        <w:tblW w:type="auto" w:w="0"/>
        <w:jc w:val="center"/>
        <w:tblLayout w:type="fixed"/>
        <w:tblLook w:firstColumn="1" w:firstRow="1" w:lastColumn="0" w:lastRow="0" w:noHBand="0" w:noVBand="1" w:val="04A0"/>
      </w:tblPr>
      <w:tblGrid>
        <w:gridCol w:w="5556"/>
        <w:gridCol w:w="1417"/>
        <w:gridCol w:w="1417"/>
        <w:gridCol w:w="1474"/>
      </w:tblGrid>
      <w:tr>
        <w:trPr>
          <w:cantSplit/>
          <w:trHeight w:val="312"/>
          <w:tblHeader/>
        </w:trPr>
        <w:tc>
          <w:tcPr>
            <w:tcW w:type="dxa" w:w="5556"/>
            <w:vAlign w:val="center"/>
            <w:shd w:val="clear" w:color="auto" w:fill="DEEAF6"/>
          </w:tcPr>
          <w:p>
            <w:pPr>
              <w:keepNext/>
              <w:jc w:val="center"/>
            </w:pPr>
            <w:r>
              <w:rPr>
                <w:b/>
                <w:sz w:val="19"/>
              </w:rPr>
              <w:t>Cada molde tiene…</w:t>
            </w:r>
          </w:p>
        </w:tc>
        <w:tc>
          <w:tcPr>
            <w:tcW w:type="dxa" w:w="1417"/>
            <w:vAlign w:val="center"/>
            <w:shd w:val="clear" w:color="auto" w:fill="DEEAF6"/>
          </w:tcPr>
          <w:p>
            <w:pPr>
              <w:keepNext/>
              <w:jc w:val="center"/>
            </w:pPr>
            <w:r>
              <w:rPr>
                <w:b/>
                <w:sz w:val="19"/>
              </w:rPr>
              <w:t>Cuerpo</w:t>
            </w:r>
          </w:p>
        </w:tc>
        <w:tc>
          <w:tcPr>
            <w:tcW w:type="dxa" w:w="1417"/>
            <w:vAlign w:val="center"/>
            <w:shd w:val="clear" w:color="auto" w:fill="DEEAF6"/>
          </w:tcPr>
          <w:p>
            <w:pPr>
              <w:keepNext/>
              <w:jc w:val="center"/>
            </w:pPr>
            <w:r>
              <w:rPr>
                <w:b/>
                <w:sz w:val="19"/>
              </w:rPr>
              <w:t>Base</w:t>
            </w:r>
          </w:p>
        </w:tc>
        <w:tc>
          <w:tcPr>
            <w:tcW w:type="dxa" w:w="1474"/>
            <w:vAlign w:val="center"/>
            <w:shd w:val="clear" w:color="auto" w:fill="DEEAF6"/>
          </w:tcPr>
          <w:p>
            <w:pPr>
              <w:keepNext/>
              <w:jc w:val="center"/>
            </w:pPr>
            <w:r>
              <w:rPr>
                <w:b/>
                <w:sz w:val="19"/>
              </w:rPr>
              <w:t>Asas</w:t>
            </w:r>
          </w:p>
        </w:tc>
      </w:tr>
      <w:tr>
        <w:trPr>
          <w:cantSplit/>
          <w:trHeight w:val="312"/>
        </w:trPr>
        <w:tc>
          <w:tcPr>
            <w:tcW w:type="dxa" w:w="5556"/>
            <w:vAlign w:val="center"/>
          </w:tcPr>
          <w:p>
            <w:pPr>
              <w:keepNext/>
              <w:jc w:val="left"/>
            </w:pPr>
            <w:r>
              <w:rPr>
                <w:b w:val="0"/>
                <w:sz w:val="19"/>
              </w:rPr>
              <w:t>El nombre de la pieza</w:t>
            </w:r>
          </w:p>
        </w:tc>
        <w:tc>
          <w:tcPr>
            <w:tcW w:type="dxa" w:w="1417"/>
            <w:vAlign w:val="center"/>
          </w:tcPr>
          <w:p>
            <w:pPr>
              <w:keepNext/>
              <w:jc w:val="left"/>
            </w:pPr>
            <w:r>
              <w:rPr>
                <w:b w:val="0"/>
                <w:sz w:val="19"/>
              </w:rPr>
            </w:r>
          </w:p>
        </w:tc>
        <w:tc>
          <w:tcPr>
            <w:tcW w:type="dxa" w:w="1417"/>
            <w:vAlign w:val="center"/>
          </w:tcPr>
          <w:p>
            <w:pPr>
              <w:keepNext/>
              <w:jc w:val="left"/>
            </w:pPr>
            <w:r>
              <w:rPr>
                <w:b w:val="0"/>
                <w:sz w:val="19"/>
              </w:rPr>
            </w:r>
          </w:p>
        </w:tc>
        <w:tc>
          <w:tcPr>
            <w:tcW w:type="dxa" w:w="1474"/>
            <w:vAlign w:val="center"/>
          </w:tcPr>
          <w:p>
            <w:pPr>
              <w:keepNext/>
              <w:jc w:val="left"/>
            </w:pPr>
            <w:r>
              <w:rPr>
                <w:b w:val="0"/>
                <w:sz w:val="19"/>
              </w:rPr>
            </w:r>
          </w:p>
        </w:tc>
      </w:tr>
      <w:tr>
        <w:trPr>
          <w:cantSplit/>
          <w:trHeight w:val="312"/>
        </w:trPr>
        <w:tc>
          <w:tcPr>
            <w:tcW w:type="dxa" w:w="5556"/>
            <w:vAlign w:val="center"/>
          </w:tcPr>
          <w:p>
            <w:pPr>
              <w:keepNext/>
              <w:jc w:val="left"/>
            </w:pPr>
            <w:r>
              <w:rPr>
                <w:b w:val="0"/>
                <w:sz w:val="19"/>
              </w:rPr>
              <w:t>La cantidad de piezas a cortar</w:t>
            </w:r>
          </w:p>
        </w:tc>
        <w:tc>
          <w:tcPr>
            <w:tcW w:type="dxa" w:w="1417"/>
            <w:vAlign w:val="center"/>
          </w:tcPr>
          <w:p>
            <w:pPr>
              <w:keepNext/>
              <w:jc w:val="left"/>
            </w:pPr>
            <w:r>
              <w:rPr>
                <w:b w:val="0"/>
                <w:sz w:val="19"/>
              </w:rPr>
            </w:r>
          </w:p>
        </w:tc>
        <w:tc>
          <w:tcPr>
            <w:tcW w:type="dxa" w:w="1417"/>
            <w:vAlign w:val="center"/>
          </w:tcPr>
          <w:p>
            <w:pPr>
              <w:keepNext/>
              <w:jc w:val="left"/>
            </w:pPr>
            <w:r>
              <w:rPr>
                <w:b w:val="0"/>
                <w:sz w:val="19"/>
              </w:rPr>
            </w:r>
          </w:p>
        </w:tc>
        <w:tc>
          <w:tcPr>
            <w:tcW w:type="dxa" w:w="1474"/>
            <w:vAlign w:val="center"/>
          </w:tcPr>
          <w:p>
            <w:pPr>
              <w:keepNext/>
              <w:jc w:val="left"/>
            </w:pPr>
            <w:r>
              <w:rPr>
                <w:b w:val="0"/>
                <w:sz w:val="19"/>
              </w:rPr>
            </w:r>
          </w:p>
        </w:tc>
      </w:tr>
      <w:tr>
        <w:trPr>
          <w:cantSplit/>
          <w:trHeight w:val="312"/>
        </w:trPr>
        <w:tc>
          <w:tcPr>
            <w:tcW w:type="dxa" w:w="5556"/>
            <w:vAlign w:val="center"/>
          </w:tcPr>
          <w:p>
            <w:pPr>
              <w:keepNext/>
              <w:jc w:val="left"/>
            </w:pPr>
            <w:r>
              <w:rPr>
                <w:b w:val="0"/>
                <w:sz w:val="19"/>
              </w:rPr>
              <w:t>La flecha que indica el hilo de la tela</w:t>
            </w:r>
          </w:p>
        </w:tc>
        <w:tc>
          <w:tcPr>
            <w:tcW w:type="dxa" w:w="1417"/>
            <w:vAlign w:val="center"/>
          </w:tcPr>
          <w:p>
            <w:pPr>
              <w:keepNext/>
              <w:jc w:val="left"/>
            </w:pPr>
            <w:r>
              <w:rPr>
                <w:b w:val="0"/>
                <w:sz w:val="19"/>
              </w:rPr>
            </w:r>
          </w:p>
        </w:tc>
        <w:tc>
          <w:tcPr>
            <w:tcW w:type="dxa" w:w="1417"/>
            <w:vAlign w:val="center"/>
          </w:tcPr>
          <w:p>
            <w:pPr>
              <w:keepNext/>
              <w:jc w:val="left"/>
            </w:pPr>
            <w:r>
              <w:rPr>
                <w:b w:val="0"/>
                <w:sz w:val="19"/>
              </w:rPr>
            </w:r>
          </w:p>
        </w:tc>
        <w:tc>
          <w:tcPr>
            <w:tcW w:type="dxa" w:w="1474"/>
            <w:vAlign w:val="center"/>
          </w:tcPr>
          <w:p>
            <w:pPr>
              <w:keepNext/>
              <w:jc w:val="left"/>
            </w:pPr>
            <w:r>
              <w:rPr>
                <w:b w:val="0"/>
                <w:sz w:val="19"/>
              </w:rPr>
            </w:r>
          </w:p>
        </w:tc>
      </w:tr>
      <w:tr>
        <w:trPr>
          <w:cantSplit/>
          <w:trHeight w:val="312"/>
        </w:trPr>
        <w:tc>
          <w:tcPr>
            <w:tcW w:type="dxa" w:w="5556"/>
            <w:vAlign w:val="center"/>
          </w:tcPr>
          <w:p>
            <w:pPr>
              <w:keepNext/>
              <w:jc w:val="left"/>
            </w:pPr>
            <w:r>
              <w:rPr>
                <w:b w:val="0"/>
                <w:sz w:val="19"/>
              </w:rPr>
              <w:t>El margen de costura de 1 cm</w:t>
            </w:r>
          </w:p>
        </w:tc>
        <w:tc>
          <w:tcPr>
            <w:tcW w:type="dxa" w:w="1417"/>
            <w:vAlign w:val="center"/>
          </w:tcPr>
          <w:p>
            <w:pPr>
              <w:keepNext/>
              <w:jc w:val="left"/>
            </w:pPr>
            <w:r>
              <w:rPr>
                <w:b w:val="0"/>
                <w:sz w:val="19"/>
              </w:rPr>
            </w:r>
          </w:p>
        </w:tc>
        <w:tc>
          <w:tcPr>
            <w:tcW w:type="dxa" w:w="1417"/>
            <w:vAlign w:val="center"/>
          </w:tcPr>
          <w:p>
            <w:pPr>
              <w:keepNext/>
              <w:jc w:val="left"/>
            </w:pPr>
            <w:r>
              <w:rPr>
                <w:b w:val="0"/>
                <w:sz w:val="19"/>
              </w:rPr>
            </w:r>
          </w:p>
        </w:tc>
        <w:tc>
          <w:tcPr>
            <w:tcW w:type="dxa" w:w="1474"/>
            <w:vAlign w:val="center"/>
          </w:tcPr>
          <w:p>
            <w:pPr>
              <w:keepNext/>
              <w:jc w:val="left"/>
            </w:pPr>
            <w:r>
              <w:rPr>
                <w:b w:val="0"/>
                <w:sz w:val="19"/>
              </w:rPr>
            </w:r>
          </w:p>
        </w:tc>
      </w:tr>
      <w:tr>
        <w:trPr>
          <w:cantSplit/>
          <w:trHeight w:val="312"/>
        </w:trPr>
        <w:tc>
          <w:tcPr>
            <w:tcW w:type="dxa" w:w="5556"/>
            <w:vAlign w:val="center"/>
          </w:tcPr>
          <w:p>
            <w:pPr>
              <w:jc w:val="left"/>
            </w:pPr>
            <w:r>
              <w:rPr>
                <w:b w:val="0"/>
                <w:sz w:val="19"/>
              </w:rPr>
              <w:t>El nombre de la Agencia</w:t>
            </w:r>
          </w:p>
        </w:tc>
        <w:tc>
          <w:tcPr>
            <w:tcW w:type="dxa" w:w="1417"/>
            <w:vAlign w:val="center"/>
          </w:tcPr>
          <w:p>
            <w:pPr>
              <w:jc w:val="left"/>
            </w:pPr>
            <w:r>
              <w:rPr>
                <w:b w:val="0"/>
                <w:sz w:val="19"/>
              </w:rPr>
            </w:r>
          </w:p>
        </w:tc>
        <w:tc>
          <w:tcPr>
            <w:tcW w:type="dxa" w:w="1417"/>
            <w:vAlign w:val="center"/>
          </w:tcPr>
          <w:p>
            <w:pPr>
              <w:jc w:val="left"/>
            </w:pPr>
            <w:r>
              <w:rPr>
                <w:b w:val="0"/>
                <w:sz w:val="19"/>
              </w:rPr>
            </w:r>
          </w:p>
        </w:tc>
        <w:tc>
          <w:tcPr>
            <w:tcW w:type="dxa" w:w="1474"/>
            <w:vAlign w:val="center"/>
          </w:tcPr>
          <w:p>
            <w:pPr>
              <w:jc w:val="left"/>
            </w:pPr>
            <w:r>
              <w:rPr>
                <w:b w:val="0"/>
                <w:sz w:val="19"/>
              </w:rPr>
            </w:r>
          </w:p>
        </w:tc>
      </w:tr>
    </w:tbl>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865"/>
      </w:tblGrid>
      <w:tr>
        <w:tc>
          <w:tcPr>
            <w:tcW w:type="dxa" w:w="9865"/>
            <w:shd w:val="clear" w:color="auto" w:fill="1F4E79"/>
          </w:tcPr>
          <w:p>
            <w:pPr>
              <w:spacing w:before="60" w:after="60"/>
              <w:jc w:val="center"/>
            </w:pPr>
            <w:r>
              <w:rPr>
                <w:b/>
                <w:color w:val="FFFFFF"/>
                <w:sz w:val="32"/>
              </w:rPr>
              <w:t>FICHA DE TRABAJO N° 05</w:t>
            </w:r>
          </w:p>
        </w:tc>
      </w:tr>
      <w:tr>
        <w:tc>
          <w:tcPr>
            <w:tcW w:type="dxa" w:w="9865"/>
            <w:shd w:val="clear" w:color="auto" w:fill="DEEAF6"/>
          </w:tcPr>
          <w:p>
            <w:pPr>
              <w:spacing w:before="60" w:after="60"/>
              <w:jc w:val="center"/>
            </w:pPr>
            <w:r>
              <w:rPr>
                <w:b/>
                <w:color w:val="1F4E79"/>
                <w:sz w:val="24"/>
              </w:rPr>
              <w:t>Proceso de confección y control de merma</w:t>
            </w:r>
          </w:p>
        </w:tc>
      </w:tr>
    </w:tbl>
    <w:p>
      <w:pPr>
        <w:spacing w:after="0" w:line="100" w:lineRule="exact"/>
      </w:pPr>
      <w:r/>
    </w:p>
    <w:tbl>
      <w:tblPr>
        <w:tblStyle w:val="TableGrid"/>
        <w:tblW w:type="auto" w:w="0"/>
        <w:jc w:val="center"/>
        <w:tblLayout w:type="fixed"/>
        <w:tblLook w:firstColumn="1" w:firstRow="1" w:lastColumn="0" w:lastRow="0" w:noHBand="0" w:noVBand="1" w:val="04A0"/>
      </w:tblPr>
      <w:tblGrid>
        <w:gridCol w:w="1871"/>
        <w:gridCol w:w="4309"/>
        <w:gridCol w:w="1077"/>
        <w:gridCol w:w="2608"/>
      </w:tblGrid>
      <w:tr>
        <w:trPr>
          <w:cantSplit/>
          <w:trHeight w:val="351"/>
        </w:trPr>
        <w:tc>
          <w:tcPr>
            <w:tcW w:type="dxa" w:w="1871"/>
            <w:vAlign w:val="center"/>
            <w:shd w:val="clear" w:color="auto" w:fill="F2F2F2"/>
          </w:tcPr>
          <w:p>
            <w:pPr>
              <w:keepNext/>
              <w:jc w:val="left"/>
            </w:pPr>
            <w:r>
              <w:rPr>
                <w:b/>
                <w:sz w:val="19"/>
              </w:rPr>
              <w:t xml:space="preserve">Estudiante: </w:t>
            </w:r>
          </w:p>
        </w:tc>
        <w:tc>
          <w:tcPr>
            <w:tcW w:type="dxa" w:w="7994"/>
            <w:gridSpan w:val="3"/>
            <w:vAlign w:val="center"/>
          </w:tcPr>
          <w:p>
            <w:pPr>
              <w:keepNext/>
              <w:jc w:val="left"/>
            </w:pPr>
            <w:r>
              <w:rPr>
                <w:b w:val="0"/>
                <w:sz w:val="19"/>
              </w:rPr>
            </w:r>
          </w:p>
        </w:tc>
      </w:tr>
      <w:tr>
        <w:trPr>
          <w:cantSplit/>
          <w:trHeight w:val="351"/>
        </w:trPr>
        <w:tc>
          <w:tcPr>
            <w:tcW w:type="dxa" w:w="1871"/>
            <w:vAlign w:val="center"/>
            <w:shd w:val="clear" w:color="auto" w:fill="F2F2F2"/>
          </w:tcPr>
          <w:p>
            <w:pPr>
              <w:keepNext/>
              <w:jc w:val="left"/>
            </w:pPr>
            <w:r>
              <w:rPr>
                <w:b/>
                <w:sz w:val="19"/>
              </w:rPr>
              <w:t xml:space="preserve">Agencia: </w:t>
            </w:r>
          </w:p>
        </w:tc>
        <w:tc>
          <w:tcPr>
            <w:tcW w:type="dxa" w:w="4309"/>
            <w:vAlign w:val="center"/>
          </w:tcPr>
          <w:p>
            <w:pPr>
              <w:keepNext/>
              <w:jc w:val="left"/>
            </w:pPr>
            <w:r>
              <w:rPr>
                <w:b w:val="0"/>
                <w:sz w:val="19"/>
              </w:rPr>
            </w:r>
          </w:p>
        </w:tc>
        <w:tc>
          <w:tcPr>
            <w:tcW w:type="dxa" w:w="1077"/>
            <w:vAlign w:val="center"/>
            <w:shd w:val="clear" w:color="auto" w:fill="F2F2F2"/>
          </w:tcPr>
          <w:p>
            <w:pPr>
              <w:keepNext/>
              <w:jc w:val="left"/>
            </w:pPr>
            <w:r>
              <w:rPr>
                <w:b/>
                <w:sz w:val="19"/>
              </w:rPr>
              <w:t xml:space="preserve">Fecha: </w:t>
            </w:r>
          </w:p>
        </w:tc>
        <w:tc>
          <w:tcPr>
            <w:tcW w:type="dxa" w:w="2608"/>
            <w:vAlign w:val="center"/>
          </w:tcPr>
          <w:p>
            <w:pPr>
              <w:keepNext/>
              <w:jc w:val="left"/>
            </w:pPr>
            <w:r>
              <w:rPr>
                <w:b w:val="0"/>
                <w:sz w:val="19"/>
              </w:rPr>
            </w:r>
          </w:p>
        </w:tc>
      </w:tr>
      <w:tr>
        <w:trPr>
          <w:cantSplit/>
          <w:trHeight w:val="351"/>
        </w:trPr>
        <w:tc>
          <w:tcPr>
            <w:tcW w:type="dxa" w:w="1871"/>
            <w:vAlign w:val="center"/>
            <w:shd w:val="clear" w:color="auto" w:fill="F2F2F2"/>
          </w:tcPr>
          <w:p>
            <w:pPr>
              <w:jc w:val="left"/>
            </w:pPr>
            <w:r>
              <w:rPr>
                <w:b/>
                <w:sz w:val="19"/>
              </w:rPr>
              <w:t xml:space="preserve">Grado y sección: </w:t>
            </w:r>
          </w:p>
        </w:tc>
        <w:tc>
          <w:tcPr>
            <w:tcW w:type="dxa" w:w="4309"/>
            <w:vAlign w:val="center"/>
          </w:tcPr>
          <w:p>
            <w:pPr>
              <w:jc w:val="left"/>
            </w:pPr>
            <w:r>
              <w:rPr>
                <w:b w:val="0"/>
                <w:sz w:val="19"/>
              </w:rPr>
              <w:t>3° “______”</w:t>
            </w:r>
          </w:p>
        </w:tc>
        <w:tc>
          <w:tcPr>
            <w:tcW w:type="dxa" w:w="1077"/>
            <w:vAlign w:val="center"/>
            <w:shd w:val="clear" w:color="auto" w:fill="F2F2F2"/>
          </w:tcPr>
          <w:p>
            <w:pPr>
              <w:jc w:val="left"/>
            </w:pPr>
            <w:r>
              <w:rPr>
                <w:b/>
                <w:sz w:val="19"/>
              </w:rPr>
              <w:t xml:space="preserve">Sesión: </w:t>
            </w:r>
          </w:p>
        </w:tc>
        <w:tc>
          <w:tcPr>
            <w:tcW w:type="dxa" w:w="2608"/>
            <w:vAlign w:val="center"/>
          </w:tcPr>
          <w:p>
            <w:pPr>
              <w:jc w:val="left"/>
            </w:pPr>
            <w:r>
              <w:rPr>
                <w:b w:val="0"/>
                <w:sz w:val="19"/>
              </w:rPr>
              <w:t>N° 05, 06 y 07</w:t>
            </w:r>
          </w:p>
        </w:tc>
      </w:tr>
    </w:tbl>
    <w:p>
      <w:pPr>
        <w:spacing w:after="0" w:line="100" w:lineRule="exact"/>
      </w:pPr>
      <w:r/>
    </w:p>
    <w:tbl>
      <w:tblPr>
        <w:tblW w:type="auto" w:w="0"/>
        <w:jc w:val="center"/>
        <w:tblLayout w:type="fixed"/>
        <w:tblLook w:firstColumn="1" w:firstRow="1" w:lastColumn="0" w:lastRow="0" w:noHBand="0" w:noVBand="1" w:val="04A0"/>
        <w:tblBorders>
          <w:top w:val="single" w:sz="4" w:space="0" w:color="1F4E79"/>
          <w:left w:val="single" w:sz="4" w:space="0" w:color="1F4E79"/>
          <w:bottom w:val="single" w:sz="4" w:space="0" w:color="1F4E79"/>
          <w:right w:val="single" w:sz="4" w:space="0" w:color="1F4E79"/>
          <w:insideH w:val="nil"/>
          <w:insideV w:val="nil"/>
        </w:tblBorders>
      </w:tblPr>
      <w:tblGrid>
        <w:gridCol w:w="9865"/>
      </w:tblGrid>
      <w:tr>
        <w:tc>
          <w:tcPr>
            <w:tcW w:type="dxa" w:w="9865"/>
            <w:shd w:val="clear" w:color="auto" w:fill="FFF2CC"/>
          </w:tcPr>
          <w:p>
            <w:pPr>
              <w:spacing w:after="40"/>
              <w:jc w:val="both"/>
            </w:pPr>
            <w:r>
              <w:rPr>
                <w:b/>
                <w:sz w:val="20"/>
              </w:rPr>
              <w:t xml:space="preserve">Propósito: </w:t>
            </w:r>
            <w:r>
              <w:rPr>
                <w:b w:val="0"/>
                <w:sz w:val="20"/>
              </w:rPr>
              <w:t>Aprovechar al máximo la tela al cortar las piezas del bolso, controlar la merma y confeccionar el producto siguiendo una secuencia de operaciones ordenada, segura y con calidad.</w:t>
            </w:r>
          </w:p>
        </w:tc>
      </w:tr>
    </w:tbl>
    <w:p>
      <w:pPr>
        <w:spacing w:after="0" w:line="100" w:lineRule="exact"/>
      </w:pPr>
      <w:r/>
    </w:p>
    <w:p>
      <w:pPr>
        <w:keepNext/>
        <w:spacing w:after="40" w:before="0"/>
        <w:jc w:val="center"/>
      </w:pPr>
      <w:r>
        <w:rPr>
          <w:b/>
          <w:color w:val="1F4E79"/>
          <w:sz w:val="22"/>
        </w:rPr>
        <w:t>PARTE 1 – TENDIDO, TRAZO Y CORTE (Sesión N° 05)</w:t>
      </w:r>
    </w:p>
    <w:p>
      <w:pPr>
        <w:keepNext/>
        <w:spacing w:after="40" w:before="120"/>
        <w:jc w:val="left"/>
      </w:pPr>
      <w:r>
        <w:rPr>
          <w:b/>
          <w:color w:val="1F4E79"/>
          <w:sz w:val="22"/>
        </w:rPr>
        <w:t xml:space="preserve">ACTIVIDAD 1: </w:t>
      </w:r>
      <w:r>
        <w:rPr>
          <w:b/>
          <w:color w:val="1F4E79"/>
          <w:sz w:val="22"/>
        </w:rPr>
        <w:t>NORMAS DE SEGURIDAD EN EL TALLER</w:t>
      </w:r>
    </w:p>
    <w:p>
      <w:pPr>
        <w:keepNext/>
        <w:spacing w:after="80" w:before="0"/>
        <w:jc w:val="both"/>
      </w:pPr>
      <w:r>
        <w:rPr>
          <w:b w:val="0"/>
        </w:rPr>
        <w:t>Lee cada norma y marca con ✓ cuando la cumplas durante la sesión.</w:t>
      </w:r>
    </w:p>
    <w:tbl>
      <w:tblPr>
        <w:tblStyle w:val="TableGrid"/>
        <w:tblW w:type="auto" w:w="0"/>
        <w:jc w:val="center"/>
        <w:tblLayout w:type="fixed"/>
        <w:tblLook w:firstColumn="1" w:firstRow="1" w:lastColumn="0" w:lastRow="0" w:noHBand="0" w:noVBand="1" w:val="04A0"/>
      </w:tblPr>
      <w:tblGrid>
        <w:gridCol w:w="9014"/>
        <w:gridCol w:w="850"/>
      </w:tblGrid>
      <w:tr>
        <w:trPr>
          <w:cantSplit/>
          <w:trHeight w:val="312"/>
          <w:tblHeader/>
        </w:trPr>
        <w:tc>
          <w:tcPr>
            <w:tcW w:type="dxa" w:w="9014"/>
            <w:vAlign w:val="center"/>
            <w:shd w:val="clear" w:color="auto" w:fill="DEEAF6"/>
          </w:tcPr>
          <w:p>
            <w:pPr>
              <w:keepNext/>
              <w:jc w:val="center"/>
            </w:pPr>
            <w:r>
              <w:rPr>
                <w:b/>
                <w:sz w:val="19"/>
              </w:rPr>
              <w:t>Norma de seguridad</w:t>
            </w:r>
          </w:p>
        </w:tc>
        <w:tc>
          <w:tcPr>
            <w:tcW w:type="dxa" w:w="850"/>
            <w:vAlign w:val="center"/>
            <w:shd w:val="clear" w:color="auto" w:fill="DEEAF6"/>
          </w:tcPr>
          <w:p>
            <w:pPr>
              <w:keepNext/>
              <w:jc w:val="center"/>
            </w:pPr>
            <w:r>
              <w:rPr>
                <w:b/>
                <w:sz w:val="19"/>
              </w:rPr>
              <w:t>✓</w:t>
            </w:r>
          </w:p>
        </w:tc>
      </w:tr>
      <w:tr>
        <w:trPr>
          <w:cantSplit/>
          <w:trHeight w:val="312"/>
        </w:trPr>
        <w:tc>
          <w:tcPr>
            <w:tcW w:type="dxa" w:w="9014"/>
            <w:vAlign w:val="center"/>
          </w:tcPr>
          <w:p>
            <w:pPr>
              <w:keepNext/>
              <w:jc w:val="left"/>
            </w:pPr>
            <w:r>
              <w:rPr>
                <w:b w:val="0"/>
                <w:sz w:val="19"/>
              </w:rPr>
              <w:t>Uso las tijeras solo para cortar tela y las guardo cerradas.</w:t>
            </w:r>
          </w:p>
        </w:tc>
        <w:tc>
          <w:tcPr>
            <w:tcW w:type="dxa" w:w="850"/>
            <w:vAlign w:val="center"/>
          </w:tcPr>
          <w:p>
            <w:pPr>
              <w:keepNext/>
              <w:jc w:val="center"/>
            </w:pPr>
            <w:r>
              <w:rPr>
                <w:b w:val="0"/>
                <w:sz w:val="19"/>
              </w:rPr>
            </w:r>
          </w:p>
        </w:tc>
      </w:tr>
      <w:tr>
        <w:trPr>
          <w:cantSplit/>
          <w:trHeight w:val="312"/>
        </w:trPr>
        <w:tc>
          <w:tcPr>
            <w:tcW w:type="dxa" w:w="9014"/>
            <w:vAlign w:val="center"/>
          </w:tcPr>
          <w:p>
            <w:pPr>
              <w:keepNext/>
              <w:jc w:val="left"/>
            </w:pPr>
            <w:r>
              <w:rPr>
                <w:b w:val="0"/>
                <w:sz w:val="19"/>
              </w:rPr>
              <w:t>Mantengo el cabello recogido y no uso accesorios colgantes al trabajar con la máquina.</w:t>
            </w:r>
          </w:p>
        </w:tc>
        <w:tc>
          <w:tcPr>
            <w:tcW w:type="dxa" w:w="850"/>
            <w:vAlign w:val="center"/>
          </w:tcPr>
          <w:p>
            <w:pPr>
              <w:keepNext/>
              <w:jc w:val="center"/>
            </w:pPr>
            <w:r>
              <w:rPr>
                <w:b w:val="0"/>
                <w:sz w:val="19"/>
              </w:rPr>
            </w:r>
          </w:p>
        </w:tc>
      </w:tr>
      <w:tr>
        <w:trPr>
          <w:cantSplit/>
          <w:trHeight w:val="312"/>
        </w:trPr>
        <w:tc>
          <w:tcPr>
            <w:tcW w:type="dxa" w:w="9014"/>
            <w:vAlign w:val="center"/>
          </w:tcPr>
          <w:p>
            <w:pPr>
              <w:keepNext/>
              <w:jc w:val="left"/>
            </w:pPr>
            <w:r>
              <w:rPr>
                <w:b w:val="0"/>
                <w:sz w:val="19"/>
              </w:rPr>
              <w:t>Retiro los alfileres antes de que la costura pase por la aguja.</w:t>
            </w:r>
          </w:p>
        </w:tc>
        <w:tc>
          <w:tcPr>
            <w:tcW w:type="dxa" w:w="850"/>
            <w:vAlign w:val="center"/>
          </w:tcPr>
          <w:p>
            <w:pPr>
              <w:keepNext/>
              <w:jc w:val="center"/>
            </w:pPr>
            <w:r>
              <w:rPr>
                <w:b w:val="0"/>
                <w:sz w:val="19"/>
              </w:rPr>
            </w:r>
          </w:p>
        </w:tc>
      </w:tr>
      <w:tr>
        <w:trPr>
          <w:cantSplit/>
          <w:trHeight w:val="312"/>
        </w:trPr>
        <w:tc>
          <w:tcPr>
            <w:tcW w:type="dxa" w:w="9014"/>
            <w:vAlign w:val="center"/>
          </w:tcPr>
          <w:p>
            <w:pPr>
              <w:keepNext/>
              <w:jc w:val="left"/>
            </w:pPr>
            <w:r>
              <w:rPr>
                <w:b w:val="0"/>
                <w:sz w:val="19"/>
              </w:rPr>
              <w:t>No acerco los dedos a la aguja ni al prensatelas mientras coso.</w:t>
            </w:r>
          </w:p>
        </w:tc>
        <w:tc>
          <w:tcPr>
            <w:tcW w:type="dxa" w:w="850"/>
            <w:vAlign w:val="center"/>
          </w:tcPr>
          <w:p>
            <w:pPr>
              <w:keepNext/>
              <w:jc w:val="center"/>
            </w:pPr>
            <w:r>
              <w:rPr>
                <w:b w:val="0"/>
                <w:sz w:val="19"/>
              </w:rPr>
            </w:r>
          </w:p>
        </w:tc>
      </w:tr>
      <w:tr>
        <w:trPr>
          <w:cantSplit/>
          <w:trHeight w:val="312"/>
        </w:trPr>
        <w:tc>
          <w:tcPr>
            <w:tcW w:type="dxa" w:w="9014"/>
            <w:vAlign w:val="center"/>
          </w:tcPr>
          <w:p>
            <w:pPr>
              <w:keepNext/>
              <w:jc w:val="left"/>
            </w:pPr>
            <w:r>
              <w:rPr>
                <w:b w:val="0"/>
                <w:sz w:val="19"/>
              </w:rPr>
              <w:t>Apago la máquina de coser cuando no la estoy usando.</w:t>
            </w:r>
          </w:p>
        </w:tc>
        <w:tc>
          <w:tcPr>
            <w:tcW w:type="dxa" w:w="850"/>
            <w:vAlign w:val="center"/>
          </w:tcPr>
          <w:p>
            <w:pPr>
              <w:keepNext/>
              <w:jc w:val="center"/>
            </w:pPr>
            <w:r>
              <w:rPr>
                <w:b w:val="0"/>
                <w:sz w:val="19"/>
              </w:rPr>
            </w:r>
          </w:p>
        </w:tc>
      </w:tr>
      <w:tr>
        <w:trPr>
          <w:cantSplit/>
          <w:trHeight w:val="312"/>
        </w:trPr>
        <w:tc>
          <w:tcPr>
            <w:tcW w:type="dxa" w:w="9014"/>
            <w:vAlign w:val="center"/>
          </w:tcPr>
          <w:p>
            <w:pPr>
              <w:jc w:val="left"/>
            </w:pPr>
            <w:r>
              <w:rPr>
                <w:b w:val="0"/>
                <w:sz w:val="19"/>
              </w:rPr>
              <w:t>Mantengo mi mesa de trabajo limpia y ordenada.</w:t>
            </w:r>
          </w:p>
        </w:tc>
        <w:tc>
          <w:tcPr>
            <w:tcW w:type="dxa" w:w="850"/>
            <w:vAlign w:val="center"/>
          </w:tcPr>
          <w:p>
            <w:pPr>
              <w:jc w:val="center"/>
            </w:pPr>
            <w:r>
              <w:rPr>
                <w:b w:val="0"/>
                <w:sz w:val="19"/>
              </w:rPr>
            </w:r>
          </w:p>
        </w:tc>
      </w:tr>
    </w:tbl>
    <w:p>
      <w:pPr>
        <w:keepNext/>
        <w:spacing w:after="40" w:before="120"/>
        <w:jc w:val="left"/>
      </w:pPr>
      <w:r>
        <w:rPr>
          <w:b/>
          <w:color w:val="1F4E79"/>
          <w:sz w:val="22"/>
        </w:rPr>
        <w:t xml:space="preserve">ACTIVIDAD 2: </w:t>
      </w:r>
      <w:r>
        <w:rPr>
          <w:b/>
          <w:color w:val="1F4E79"/>
          <w:sz w:val="22"/>
        </w:rPr>
        <w:t>PROBAMOS DOS DISTRIBUCIONES DE LOS MOLDES</w:t>
      </w:r>
    </w:p>
    <w:p>
      <w:pPr>
        <w:keepNext/>
        <w:spacing w:after="80" w:before="0"/>
        <w:jc w:val="both"/>
      </w:pPr>
      <w:r>
        <w:rPr>
          <w:b w:val="0"/>
        </w:rPr>
        <w:t>Tiendan la tela, identifiquen el derecho, el revés y el hilo, y prueben dos formas de acomodar los moldes. Midan la tela que usa cada una.</w:t>
      </w:r>
    </w:p>
    <w:tbl>
      <w:tblPr>
        <w:tblStyle w:val="TableGrid"/>
        <w:tblW w:type="auto" w:w="0"/>
        <w:jc w:val="center"/>
        <w:tblLayout w:type="fixed"/>
        <w:tblLook w:firstColumn="1" w:firstRow="1" w:lastColumn="0" w:lastRow="0" w:noHBand="0" w:noVBand="1" w:val="04A0"/>
      </w:tblPr>
      <w:tblGrid>
        <w:gridCol w:w="2041"/>
        <w:gridCol w:w="1814"/>
        <w:gridCol w:w="2835"/>
        <w:gridCol w:w="3175"/>
      </w:tblGrid>
      <w:tr>
        <w:trPr>
          <w:cantSplit/>
          <w:trHeight w:val="454"/>
          <w:tblHeader/>
        </w:trPr>
        <w:tc>
          <w:tcPr>
            <w:tcW w:type="dxa" w:w="2041"/>
            <w:vAlign w:val="center"/>
            <w:shd w:val="clear" w:color="auto" w:fill="DEEAF6"/>
          </w:tcPr>
          <w:p>
            <w:pPr>
              <w:keepNext/>
              <w:jc w:val="center"/>
            </w:pPr>
            <w:r>
              <w:rPr>
                <w:b/>
                <w:sz w:val="19"/>
              </w:rPr>
              <w:t>Distribución</w:t>
            </w:r>
          </w:p>
        </w:tc>
        <w:tc>
          <w:tcPr>
            <w:tcW w:type="dxa" w:w="1814"/>
            <w:vAlign w:val="center"/>
            <w:shd w:val="clear" w:color="auto" w:fill="DEEAF6"/>
          </w:tcPr>
          <w:p>
            <w:pPr>
              <w:keepNext/>
              <w:jc w:val="center"/>
            </w:pPr>
            <w:r>
              <w:rPr>
                <w:b/>
                <w:sz w:val="19"/>
              </w:rPr>
              <w:t>Tela usada (m)</w:t>
            </w:r>
          </w:p>
        </w:tc>
        <w:tc>
          <w:tcPr>
            <w:tcW w:type="dxa" w:w="2835"/>
            <w:vAlign w:val="center"/>
            <w:shd w:val="clear" w:color="auto" w:fill="DEEAF6"/>
          </w:tcPr>
          <w:p>
            <w:pPr>
              <w:keepNext/>
              <w:jc w:val="center"/>
            </w:pPr>
            <w:r>
              <w:rPr>
                <w:b/>
                <w:sz w:val="19"/>
              </w:rPr>
              <w:t>Retazos que sobran</w:t>
            </w:r>
          </w:p>
        </w:tc>
        <w:tc>
          <w:tcPr>
            <w:tcW w:type="dxa" w:w="3175"/>
            <w:vAlign w:val="center"/>
            <w:shd w:val="clear" w:color="auto" w:fill="DEEAF6"/>
          </w:tcPr>
          <w:p>
            <w:pPr>
              <w:keepNext/>
              <w:jc w:val="center"/>
            </w:pPr>
            <w:r>
              <w:rPr>
                <w:b/>
                <w:sz w:val="19"/>
              </w:rPr>
              <w:t>¿Cuál aprovecha mejor la tela?</w:t>
            </w:r>
          </w:p>
        </w:tc>
      </w:tr>
      <w:tr>
        <w:trPr>
          <w:cantSplit/>
          <w:trHeight w:val="454"/>
        </w:trPr>
        <w:tc>
          <w:tcPr>
            <w:tcW w:type="dxa" w:w="2041"/>
            <w:vAlign w:val="center"/>
          </w:tcPr>
          <w:p>
            <w:pPr>
              <w:keepNext/>
              <w:jc w:val="left"/>
            </w:pPr>
            <w:r>
              <w:rPr>
                <w:b w:val="0"/>
                <w:sz w:val="19"/>
              </w:rPr>
              <w:t>Distribución 1</w:t>
            </w:r>
          </w:p>
        </w:tc>
        <w:tc>
          <w:tcPr>
            <w:tcW w:type="dxa" w:w="1814"/>
            <w:vAlign w:val="center"/>
          </w:tcPr>
          <w:p>
            <w:pPr>
              <w:keepNext/>
              <w:jc w:val="left"/>
            </w:pPr>
            <w:r>
              <w:rPr>
                <w:b w:val="0"/>
                <w:sz w:val="19"/>
              </w:rPr>
            </w:r>
          </w:p>
        </w:tc>
        <w:tc>
          <w:tcPr>
            <w:tcW w:type="dxa" w:w="2835"/>
            <w:vAlign w:val="center"/>
          </w:tcPr>
          <w:p>
            <w:pPr>
              <w:keepNext/>
              <w:jc w:val="left"/>
            </w:pPr>
            <w:r>
              <w:rPr>
                <w:b w:val="0"/>
                <w:sz w:val="19"/>
              </w:rPr>
            </w:r>
          </w:p>
        </w:tc>
        <w:tc>
          <w:tcPr>
            <w:tcW w:type="dxa" w:w="3175"/>
            <w:vAlign w:val="center"/>
          </w:tcPr>
          <w:p>
            <w:pPr>
              <w:keepNext/>
              <w:jc w:val="left"/>
            </w:pPr>
            <w:r>
              <w:rPr>
                <w:b w:val="0"/>
                <w:sz w:val="19"/>
              </w:rPr>
            </w:r>
          </w:p>
        </w:tc>
      </w:tr>
      <w:tr>
        <w:trPr>
          <w:cantSplit/>
          <w:trHeight w:val="454"/>
        </w:trPr>
        <w:tc>
          <w:tcPr>
            <w:tcW w:type="dxa" w:w="2041"/>
            <w:vAlign w:val="center"/>
          </w:tcPr>
          <w:p>
            <w:pPr>
              <w:jc w:val="left"/>
            </w:pPr>
            <w:r>
              <w:rPr>
                <w:b w:val="0"/>
                <w:sz w:val="19"/>
              </w:rPr>
              <w:t>Distribución 2</w:t>
            </w:r>
          </w:p>
        </w:tc>
        <w:tc>
          <w:tcPr>
            <w:tcW w:type="dxa" w:w="1814"/>
            <w:vAlign w:val="center"/>
          </w:tcPr>
          <w:p>
            <w:pPr>
              <w:jc w:val="left"/>
            </w:pPr>
            <w:r>
              <w:rPr>
                <w:b w:val="0"/>
                <w:sz w:val="19"/>
              </w:rPr>
            </w:r>
          </w:p>
        </w:tc>
        <w:tc>
          <w:tcPr>
            <w:tcW w:type="dxa" w:w="2835"/>
            <w:vAlign w:val="center"/>
          </w:tcPr>
          <w:p>
            <w:pPr>
              <w:jc w:val="left"/>
            </w:pPr>
            <w:r>
              <w:rPr>
                <w:b w:val="0"/>
                <w:sz w:val="19"/>
              </w:rPr>
            </w:r>
          </w:p>
        </w:tc>
        <w:tc>
          <w:tcPr>
            <w:tcW w:type="dxa" w:w="3175"/>
            <w:vAlign w:val="center"/>
          </w:tcPr>
          <w:p>
            <w:pPr>
              <w:jc w:val="left"/>
            </w:pPr>
            <w:r>
              <w:rPr>
                <w:b w:val="0"/>
                <w:sz w:val="19"/>
              </w:rPr>
            </w:r>
          </w:p>
        </w:tc>
      </w:tr>
    </w:tbl>
    <w:p>
      <w:pPr>
        <w:spacing w:after="0" w:line="60" w:lineRule="exact"/>
      </w:pPr>
      <w:r/>
    </w:p>
    <w:p>
      <w:pPr>
        <w:keepNext/>
        <w:spacing w:after="40" w:before="0"/>
        <w:jc w:val="left"/>
      </w:pPr>
      <w:r>
        <w:rPr>
          <w:b/>
        </w:rPr>
        <w:t>Dibujen la distribución elegida:</w:t>
      </w:r>
    </w:p>
    <w:tbl>
      <w:tblPr>
        <w:tblStyle w:val="TableGrid"/>
        <w:tblW w:type="auto" w:w="0"/>
        <w:jc w:val="center"/>
        <w:tblLayout w:type="fixed"/>
        <w:tblLook w:firstColumn="1" w:firstRow="1" w:lastColumn="0" w:lastRow="0" w:noHBand="0" w:noVBand="1" w:val="04A0"/>
      </w:tblPr>
      <w:tblGrid>
        <w:gridCol w:w="9865"/>
      </w:tblGrid>
      <w:tr>
        <w:trPr>
          <w:cantSplit/>
          <w:trHeight w:val="2268"/>
        </w:trPr>
        <w:tc>
          <w:tcPr>
            <w:tcW w:type="dxa" w:w="9865"/>
            <w:vAlign w:val="center"/>
          </w:tcPr>
          <w:p>
            <w:pPr>
              <w:jc w:val="left"/>
            </w:pPr>
            <w:r>
              <w:rPr>
                <w:b w:val="0"/>
                <w:sz w:val="19"/>
              </w:rPr>
            </w:r>
          </w:p>
        </w:tc>
      </w:tr>
    </w:tbl>
    <w:p>
      <w:pPr>
        <w:spacing w:after="0" w:line="60" w:lineRule="exact"/>
      </w:pPr>
      <w:r/>
    </w:p>
    <w:p>
      <w:pPr>
        <w:keepNext/>
        <w:spacing w:after="40" w:before="120"/>
        <w:jc w:val="left"/>
      </w:pPr>
      <w:r>
        <w:rPr>
          <w:b/>
          <w:color w:val="1F4E79"/>
          <w:sz w:val="22"/>
        </w:rPr>
        <w:t xml:space="preserve">ACTIVIDAD 3: </w:t>
      </w:r>
      <w:r>
        <w:rPr>
          <w:b/>
          <w:color w:val="1F4E79"/>
          <w:sz w:val="22"/>
        </w:rPr>
        <w:t>¿CUÁNTO DINERO AHORRAMOS AL REDUCIR LA MERMA?</w:t>
      </w:r>
    </w:p>
    <w:tbl>
      <w:tblPr>
        <w:tblW w:type="auto" w:w="0"/>
        <w:jc w:val="center"/>
        <w:tblLayout w:type="fixed"/>
        <w:tblLook w:firstColumn="1" w:firstRow="1" w:lastColumn="0" w:lastRow="0" w:noHBand="0" w:noVBand="1" w:val="04A0"/>
        <w:tblBorders>
          <w:top w:val="single" w:sz="4" w:space="0" w:color="1F4E79"/>
          <w:left w:val="single" w:sz="4" w:space="0" w:color="1F4E79"/>
          <w:bottom w:val="single" w:sz="4" w:space="0" w:color="1F4E79"/>
          <w:right w:val="single" w:sz="4" w:space="0" w:color="1F4E79"/>
          <w:insideH w:val="nil"/>
          <w:insideV w:val="nil"/>
        </w:tblBorders>
      </w:tblPr>
      <w:tblGrid>
        <w:gridCol w:w="9865"/>
      </w:tblGrid>
      <w:tr>
        <w:tc>
          <w:tcPr>
            <w:tcW w:type="dxa" w:w="9865"/>
            <w:shd w:val="clear" w:color="auto" w:fill="DEEAF6"/>
          </w:tcPr>
          <w:p>
            <w:pPr>
              <w:spacing w:after="40"/>
              <w:jc w:val="both"/>
            </w:pPr>
            <w:r>
              <w:rPr>
                <w:b/>
                <w:sz w:val="20"/>
              </w:rPr>
              <w:t xml:space="preserve">Caso: </w:t>
            </w:r>
            <w:r>
              <w:rPr>
                <w:b w:val="0"/>
                <w:sz w:val="20"/>
              </w:rPr>
              <w:t>Camila acomodaba mal sus moldes y usaba 0,6 m de lona por bolso. Al reorganizarlos, ahora solo necesita 0,5 m. El metro de lona cuesta S/ 8.</w:t>
            </w:r>
          </w:p>
        </w:tc>
      </w:tr>
    </w:tbl>
    <w:p>
      <w:pPr>
        <w:spacing w:after="0" w:line="100" w:lineRule="exact"/>
      </w:pPr>
      <w:r/>
    </w:p>
    <w:tbl>
      <w:tblPr>
        <w:tblStyle w:val="TableGrid"/>
        <w:tblW w:type="auto" w:w="0"/>
        <w:jc w:val="center"/>
        <w:tblLayout w:type="fixed"/>
        <w:tblLook w:firstColumn="1" w:firstRow="1" w:lastColumn="0" w:lastRow="0" w:noHBand="0" w:noVBand="1" w:val="04A0"/>
      </w:tblPr>
      <w:tblGrid>
        <w:gridCol w:w="3402"/>
        <w:gridCol w:w="3969"/>
        <w:gridCol w:w="2494"/>
      </w:tblGrid>
      <w:tr>
        <w:trPr>
          <w:cantSplit/>
          <w:trHeight w:val="351"/>
          <w:tblHeader/>
        </w:trPr>
        <w:tc>
          <w:tcPr>
            <w:tcW w:type="dxa" w:w="3402"/>
            <w:vAlign w:val="center"/>
            <w:shd w:val="clear" w:color="auto" w:fill="DEEAF6"/>
          </w:tcPr>
          <w:p>
            <w:pPr>
              <w:keepNext/>
              <w:jc w:val="center"/>
            </w:pPr>
            <w:r>
              <w:rPr>
                <w:b/>
                <w:sz w:val="19"/>
              </w:rPr>
              <w:t>Cálculo</w:t>
            </w:r>
          </w:p>
        </w:tc>
        <w:tc>
          <w:tcPr>
            <w:tcW w:type="dxa" w:w="3969"/>
            <w:vAlign w:val="center"/>
            <w:shd w:val="clear" w:color="auto" w:fill="DEEAF6"/>
          </w:tcPr>
          <w:p>
            <w:pPr>
              <w:keepNext/>
              <w:jc w:val="center"/>
            </w:pPr>
            <w:r>
              <w:rPr>
                <w:b/>
                <w:sz w:val="19"/>
              </w:rPr>
              <w:t>Operación</w:t>
            </w:r>
          </w:p>
        </w:tc>
        <w:tc>
          <w:tcPr>
            <w:tcW w:type="dxa" w:w="2494"/>
            <w:vAlign w:val="center"/>
            <w:shd w:val="clear" w:color="auto" w:fill="DEEAF6"/>
          </w:tcPr>
          <w:p>
            <w:pPr>
              <w:keepNext/>
              <w:jc w:val="center"/>
            </w:pPr>
            <w:r>
              <w:rPr>
                <w:b/>
                <w:sz w:val="19"/>
              </w:rPr>
              <w:t>Resultado</w:t>
            </w:r>
          </w:p>
        </w:tc>
      </w:tr>
      <w:tr>
        <w:trPr>
          <w:cantSplit/>
          <w:trHeight w:val="351"/>
        </w:trPr>
        <w:tc>
          <w:tcPr>
            <w:tcW w:type="dxa" w:w="3402"/>
            <w:vAlign w:val="center"/>
          </w:tcPr>
          <w:p>
            <w:pPr>
              <w:keepNext/>
              <w:jc w:val="left"/>
            </w:pPr>
            <w:r>
              <w:rPr>
                <w:b w:val="0"/>
                <w:sz w:val="19"/>
              </w:rPr>
              <w:t>Tela ahorrada por bolso</w:t>
            </w:r>
          </w:p>
        </w:tc>
        <w:tc>
          <w:tcPr>
            <w:tcW w:type="dxa" w:w="3969"/>
            <w:vAlign w:val="center"/>
          </w:tcPr>
          <w:p>
            <w:pPr>
              <w:keepNext/>
              <w:jc w:val="left"/>
            </w:pPr>
            <w:r>
              <w:rPr>
                <w:b w:val="0"/>
                <w:sz w:val="19"/>
              </w:rPr>
              <w:t>0,6 – 0,5 =</w:t>
            </w:r>
          </w:p>
        </w:tc>
        <w:tc>
          <w:tcPr>
            <w:tcW w:type="dxa" w:w="2494"/>
            <w:vAlign w:val="center"/>
          </w:tcPr>
          <w:p>
            <w:pPr>
              <w:keepNext/>
              <w:jc w:val="left"/>
            </w:pPr>
            <w:r>
              <w:rPr>
                <w:b w:val="0"/>
                <w:sz w:val="19"/>
              </w:rPr>
              <w:t>m</w:t>
            </w:r>
          </w:p>
        </w:tc>
      </w:tr>
      <w:tr>
        <w:trPr>
          <w:cantSplit/>
          <w:trHeight w:val="351"/>
        </w:trPr>
        <w:tc>
          <w:tcPr>
            <w:tcW w:type="dxa" w:w="3402"/>
            <w:vAlign w:val="center"/>
          </w:tcPr>
          <w:p>
            <w:pPr>
              <w:keepNext/>
              <w:jc w:val="left"/>
            </w:pPr>
            <w:r>
              <w:rPr>
                <w:b w:val="0"/>
                <w:sz w:val="19"/>
              </w:rPr>
              <w:t>Tela ahorrada en 30 bolsos</w:t>
            </w:r>
          </w:p>
        </w:tc>
        <w:tc>
          <w:tcPr>
            <w:tcW w:type="dxa" w:w="3969"/>
            <w:vAlign w:val="center"/>
          </w:tcPr>
          <w:p>
            <w:pPr>
              <w:keepNext/>
              <w:jc w:val="left"/>
            </w:pPr>
            <w:r>
              <w:rPr>
                <w:b w:val="0"/>
                <w:sz w:val="19"/>
              </w:rPr>
              <w:t>______ × 30 =</w:t>
            </w:r>
          </w:p>
        </w:tc>
        <w:tc>
          <w:tcPr>
            <w:tcW w:type="dxa" w:w="2494"/>
            <w:vAlign w:val="center"/>
          </w:tcPr>
          <w:p>
            <w:pPr>
              <w:keepNext/>
              <w:jc w:val="left"/>
            </w:pPr>
            <w:r>
              <w:rPr>
                <w:b w:val="0"/>
                <w:sz w:val="19"/>
              </w:rPr>
              <w:t>m</w:t>
            </w:r>
          </w:p>
        </w:tc>
      </w:tr>
      <w:tr>
        <w:trPr>
          <w:cantSplit/>
          <w:trHeight w:val="351"/>
        </w:trPr>
        <w:tc>
          <w:tcPr>
            <w:tcW w:type="dxa" w:w="3402"/>
            <w:vAlign w:val="center"/>
          </w:tcPr>
          <w:p>
            <w:pPr>
              <w:jc w:val="left"/>
            </w:pPr>
            <w:r>
              <w:rPr>
                <w:b w:val="0"/>
                <w:sz w:val="19"/>
              </w:rPr>
              <w:t>Dinero ahorrado</w:t>
            </w:r>
          </w:p>
        </w:tc>
        <w:tc>
          <w:tcPr>
            <w:tcW w:type="dxa" w:w="3969"/>
            <w:vAlign w:val="center"/>
          </w:tcPr>
          <w:p>
            <w:pPr>
              <w:jc w:val="left"/>
            </w:pPr>
            <w:r>
              <w:rPr>
                <w:b w:val="0"/>
                <w:sz w:val="19"/>
              </w:rPr>
              <w:t>______ × S/ 8 =</w:t>
            </w:r>
          </w:p>
        </w:tc>
        <w:tc>
          <w:tcPr>
            <w:tcW w:type="dxa" w:w="2494"/>
            <w:vAlign w:val="center"/>
          </w:tcPr>
          <w:p>
            <w:pPr>
              <w:jc w:val="left"/>
            </w:pPr>
            <w:r>
              <w:rPr>
                <w:b w:val="0"/>
                <w:sz w:val="19"/>
              </w:rPr>
              <w:t>S/</w:t>
            </w:r>
          </w:p>
        </w:tc>
      </w:tr>
    </w:tbl>
    <w:p>
      <w:pPr>
        <w:spacing w:after="0" w:line="60" w:lineRule="exact"/>
      </w:pPr>
      <w:r/>
    </w:p>
    <w:p>
      <w:pPr>
        <w:keepNext/>
        <w:spacing w:after="40" w:before="0"/>
        <w:jc w:val="both"/>
      </w:pPr>
      <w:r>
        <w:rPr>
          <w:b/>
        </w:rPr>
        <w:t>Ahora, con los datos de nuestra Agencia:</w:t>
      </w:r>
    </w:p>
    <w:tbl>
      <w:tblPr>
        <w:tblStyle w:val="TableGrid"/>
        <w:tblW w:type="auto" w:w="0"/>
        <w:jc w:val="center"/>
        <w:tblLayout w:type="fixed"/>
        <w:tblLook w:firstColumn="1" w:firstRow="1" w:lastColumn="0" w:lastRow="0" w:noHBand="0" w:noVBand="1" w:val="04A0"/>
      </w:tblPr>
      <w:tblGrid>
        <w:gridCol w:w="1928"/>
        <w:gridCol w:w="1928"/>
        <w:gridCol w:w="1701"/>
        <w:gridCol w:w="4309"/>
      </w:tblGrid>
      <w:tr>
        <w:trPr>
          <w:cantSplit/>
          <w:tblHeader/>
        </w:trPr>
        <w:tc>
          <w:tcPr>
            <w:tcW w:type="dxa" w:w="1928"/>
            <w:vAlign w:val="center"/>
            <w:shd w:val="clear" w:color="auto" w:fill="DEEAF6"/>
          </w:tcPr>
          <w:p>
            <w:pPr>
              <w:keepNext/>
              <w:jc w:val="center"/>
            </w:pPr>
            <w:r>
              <w:rPr>
                <w:b/>
                <w:sz w:val="19"/>
              </w:rPr>
              <w:t>Tela comprada (m)</w:t>
            </w:r>
          </w:p>
        </w:tc>
        <w:tc>
          <w:tcPr>
            <w:tcW w:type="dxa" w:w="1928"/>
            <w:vAlign w:val="center"/>
            <w:shd w:val="clear" w:color="auto" w:fill="DEEAF6"/>
          </w:tcPr>
          <w:p>
            <w:pPr>
              <w:keepNext/>
              <w:jc w:val="center"/>
            </w:pPr>
            <w:r>
              <w:rPr>
                <w:b/>
                <w:sz w:val="19"/>
              </w:rPr>
              <w:t>Tela usada (m)</w:t>
            </w:r>
          </w:p>
        </w:tc>
        <w:tc>
          <w:tcPr>
            <w:tcW w:type="dxa" w:w="1701"/>
            <w:vAlign w:val="center"/>
            <w:shd w:val="clear" w:color="auto" w:fill="DEEAF6"/>
          </w:tcPr>
          <w:p>
            <w:pPr>
              <w:keepNext/>
              <w:jc w:val="center"/>
            </w:pPr>
            <w:r>
              <w:rPr>
                <w:b/>
                <w:sz w:val="19"/>
              </w:rPr>
              <w:t>Merma (m)</w:t>
            </w:r>
          </w:p>
        </w:tc>
        <w:tc>
          <w:tcPr>
            <w:tcW w:type="dxa" w:w="4309"/>
            <w:vAlign w:val="center"/>
            <w:shd w:val="clear" w:color="auto" w:fill="DEEAF6"/>
          </w:tcPr>
          <w:p>
            <w:pPr>
              <w:keepNext/>
              <w:jc w:val="center"/>
            </w:pPr>
            <w:r>
              <w:rPr>
                <w:b/>
                <w:sz w:val="19"/>
              </w:rPr>
              <w:t>¿Qué haremos con los retazos?</w:t>
            </w:r>
          </w:p>
        </w:tc>
      </w:tr>
      <w:tr>
        <w:trPr>
          <w:cantSplit/>
          <w:trHeight w:val="510"/>
        </w:trPr>
        <w:tc>
          <w:tcPr>
            <w:tcW w:type="dxa" w:w="1928"/>
            <w:vAlign w:val="center"/>
          </w:tcPr>
          <w:p>
            <w:pPr>
              <w:jc w:val="left"/>
            </w:pPr>
            <w:r>
              <w:rPr>
                <w:b w:val="0"/>
                <w:sz w:val="19"/>
              </w:rPr>
            </w:r>
          </w:p>
        </w:tc>
        <w:tc>
          <w:tcPr>
            <w:tcW w:type="dxa" w:w="1928"/>
            <w:vAlign w:val="center"/>
          </w:tcPr>
          <w:p>
            <w:pPr>
              <w:jc w:val="left"/>
            </w:pPr>
            <w:r>
              <w:rPr>
                <w:b w:val="0"/>
                <w:sz w:val="19"/>
              </w:rPr>
            </w:r>
          </w:p>
        </w:tc>
        <w:tc>
          <w:tcPr>
            <w:tcW w:type="dxa" w:w="1701"/>
            <w:vAlign w:val="center"/>
          </w:tcPr>
          <w:p>
            <w:pPr>
              <w:jc w:val="left"/>
            </w:pPr>
            <w:r>
              <w:rPr>
                <w:b w:val="0"/>
                <w:sz w:val="19"/>
              </w:rPr>
            </w:r>
          </w:p>
        </w:tc>
        <w:tc>
          <w:tcPr>
            <w:tcW w:type="dxa" w:w="4309"/>
            <w:vAlign w:val="center"/>
          </w:tcPr>
          <w:p>
            <w:pPr>
              <w:jc w:val="left"/>
            </w:pPr>
            <w:r>
              <w:rPr>
                <w:b w:val="0"/>
                <w:sz w:val="19"/>
              </w:rPr>
            </w:r>
          </w:p>
        </w:tc>
      </w:tr>
    </w:tbl>
    <w:p>
      <w:pPr>
        <w:keepNext/>
        <w:spacing w:after="40" w:before="200"/>
        <w:jc w:val="center"/>
      </w:pPr>
      <w:r>
        <w:rPr>
          <w:b/>
          <w:color w:val="1F4E79"/>
          <w:sz w:val="22"/>
        </w:rPr>
        <w:t>PARTE 2 – SECUENCIA DE OPERACIONES (Sesión N° 06)</w:t>
      </w:r>
    </w:p>
    <w:p>
      <w:pPr>
        <w:keepNext/>
        <w:spacing w:after="40" w:before="120"/>
        <w:jc w:val="left"/>
      </w:pPr>
      <w:r>
        <w:rPr>
          <w:b/>
          <w:color w:val="1F4E79"/>
          <w:sz w:val="22"/>
        </w:rPr>
        <w:t xml:space="preserve">ACTIVIDAD 4: </w:t>
      </w:r>
      <w:r>
        <w:rPr>
          <w:b/>
          <w:color w:val="1F4E79"/>
          <w:sz w:val="22"/>
        </w:rPr>
        <w:t>ORDENAMOS LA SECUENCIA DE CONFECCIÓN</w:t>
      </w:r>
    </w:p>
    <w:p>
      <w:pPr>
        <w:keepNext/>
        <w:spacing w:after="80" w:before="0"/>
        <w:jc w:val="both"/>
      </w:pPr>
      <w:r>
        <w:rPr>
          <w:b w:val="0"/>
        </w:rPr>
        <w:t>Las operaciones están desordenadas. Escribe el número de orden (1 al 9), la máquina o herramienta que se usa y marca ✓ cuando la realices.</w:t>
      </w:r>
    </w:p>
    <w:tbl>
      <w:tblPr>
        <w:tblStyle w:val="TableGrid"/>
        <w:tblW w:type="auto" w:w="0"/>
        <w:jc w:val="center"/>
        <w:tblLayout w:type="fixed"/>
        <w:tblLook w:firstColumn="1" w:firstRow="1" w:lastColumn="0" w:lastRow="0" w:noHBand="0" w:noVBand="1" w:val="04A0"/>
      </w:tblPr>
      <w:tblGrid>
        <w:gridCol w:w="4876"/>
        <w:gridCol w:w="1247"/>
        <w:gridCol w:w="2948"/>
        <w:gridCol w:w="794"/>
      </w:tblGrid>
      <w:tr>
        <w:trPr>
          <w:cantSplit/>
          <w:trHeight w:val="351"/>
          <w:tblHeader/>
        </w:trPr>
        <w:tc>
          <w:tcPr>
            <w:tcW w:type="dxa" w:w="4876"/>
            <w:vAlign w:val="center"/>
            <w:shd w:val="clear" w:color="auto" w:fill="DEEAF6"/>
          </w:tcPr>
          <w:p>
            <w:pPr>
              <w:keepNext/>
              <w:jc w:val="center"/>
            </w:pPr>
            <w:r>
              <w:rPr>
                <w:b/>
                <w:sz w:val="19"/>
              </w:rPr>
              <w:t>Operación</w:t>
            </w:r>
          </w:p>
        </w:tc>
        <w:tc>
          <w:tcPr>
            <w:tcW w:type="dxa" w:w="1247"/>
            <w:vAlign w:val="center"/>
            <w:shd w:val="clear" w:color="auto" w:fill="DEEAF6"/>
          </w:tcPr>
          <w:p>
            <w:pPr>
              <w:keepNext/>
              <w:jc w:val="center"/>
            </w:pPr>
            <w:r>
              <w:rPr>
                <w:b/>
                <w:sz w:val="19"/>
              </w:rPr>
              <w:t>N° de orden</w:t>
            </w:r>
          </w:p>
        </w:tc>
        <w:tc>
          <w:tcPr>
            <w:tcW w:type="dxa" w:w="2948"/>
            <w:vAlign w:val="center"/>
            <w:shd w:val="clear" w:color="auto" w:fill="DEEAF6"/>
          </w:tcPr>
          <w:p>
            <w:pPr>
              <w:keepNext/>
              <w:jc w:val="center"/>
            </w:pPr>
            <w:r>
              <w:rPr>
                <w:b/>
                <w:sz w:val="19"/>
              </w:rPr>
              <w:t>Máquina o herramienta</w:t>
            </w:r>
          </w:p>
        </w:tc>
        <w:tc>
          <w:tcPr>
            <w:tcW w:type="dxa" w:w="794"/>
            <w:vAlign w:val="center"/>
            <w:shd w:val="clear" w:color="auto" w:fill="DEEAF6"/>
          </w:tcPr>
          <w:p>
            <w:pPr>
              <w:keepNext/>
              <w:jc w:val="center"/>
            </w:pPr>
            <w:r>
              <w:rPr>
                <w:b/>
                <w:sz w:val="19"/>
              </w:rPr>
              <w:t>✓</w:t>
            </w:r>
          </w:p>
        </w:tc>
      </w:tr>
      <w:tr>
        <w:trPr>
          <w:cantSplit/>
          <w:trHeight w:val="351"/>
        </w:trPr>
        <w:tc>
          <w:tcPr>
            <w:tcW w:type="dxa" w:w="4876"/>
            <w:vAlign w:val="center"/>
          </w:tcPr>
          <w:p>
            <w:pPr>
              <w:keepNext/>
              <w:jc w:val="left"/>
            </w:pPr>
            <w:r>
              <w:rPr>
                <w:b w:val="0"/>
                <w:sz w:val="19"/>
              </w:rPr>
              <w:t>Hacer el dobladillo de la boca del bolso.</w:t>
            </w:r>
          </w:p>
        </w:tc>
        <w:tc>
          <w:tcPr>
            <w:tcW w:type="dxa" w:w="1247"/>
            <w:vAlign w:val="center"/>
          </w:tcPr>
          <w:p>
            <w:pPr>
              <w:keepNext/>
              <w:jc w:val="center"/>
            </w:pPr>
            <w:r>
              <w:rPr>
                <w:b w:val="0"/>
                <w:sz w:val="19"/>
              </w:rPr>
            </w:r>
          </w:p>
        </w:tc>
        <w:tc>
          <w:tcPr>
            <w:tcW w:type="dxa" w:w="2948"/>
            <w:vAlign w:val="center"/>
          </w:tcPr>
          <w:p>
            <w:pPr>
              <w:keepNext/>
              <w:jc w:val="left"/>
            </w:pPr>
            <w:r>
              <w:rPr>
                <w:b w:val="0"/>
                <w:sz w:val="19"/>
              </w:rPr>
            </w:r>
          </w:p>
        </w:tc>
        <w:tc>
          <w:tcPr>
            <w:tcW w:type="dxa" w:w="794"/>
            <w:vAlign w:val="center"/>
          </w:tcPr>
          <w:p>
            <w:pPr>
              <w:keepNext/>
              <w:jc w:val="center"/>
            </w:pPr>
            <w:r>
              <w:rPr>
                <w:b w:val="0"/>
                <w:sz w:val="19"/>
              </w:rPr>
            </w:r>
          </w:p>
        </w:tc>
      </w:tr>
      <w:tr>
        <w:trPr>
          <w:cantSplit/>
          <w:trHeight w:val="351"/>
        </w:trPr>
        <w:tc>
          <w:tcPr>
            <w:tcW w:type="dxa" w:w="4876"/>
            <w:vAlign w:val="center"/>
          </w:tcPr>
          <w:p>
            <w:pPr>
              <w:keepNext/>
              <w:jc w:val="left"/>
            </w:pPr>
            <w:r>
              <w:rPr>
                <w:b w:val="0"/>
                <w:sz w:val="19"/>
              </w:rPr>
              <w:t>Coser las costuras laterales del cuerpo y rematar.</w:t>
            </w:r>
          </w:p>
        </w:tc>
        <w:tc>
          <w:tcPr>
            <w:tcW w:type="dxa" w:w="1247"/>
            <w:vAlign w:val="center"/>
          </w:tcPr>
          <w:p>
            <w:pPr>
              <w:keepNext/>
              <w:jc w:val="center"/>
            </w:pPr>
            <w:r>
              <w:rPr>
                <w:b w:val="0"/>
                <w:sz w:val="19"/>
              </w:rPr>
            </w:r>
          </w:p>
        </w:tc>
        <w:tc>
          <w:tcPr>
            <w:tcW w:type="dxa" w:w="2948"/>
            <w:vAlign w:val="center"/>
          </w:tcPr>
          <w:p>
            <w:pPr>
              <w:keepNext/>
              <w:jc w:val="left"/>
            </w:pPr>
            <w:r>
              <w:rPr>
                <w:b w:val="0"/>
                <w:sz w:val="19"/>
              </w:rPr>
            </w:r>
          </w:p>
        </w:tc>
        <w:tc>
          <w:tcPr>
            <w:tcW w:type="dxa" w:w="794"/>
            <w:vAlign w:val="center"/>
          </w:tcPr>
          <w:p>
            <w:pPr>
              <w:keepNext/>
              <w:jc w:val="center"/>
            </w:pPr>
            <w:r>
              <w:rPr>
                <w:b w:val="0"/>
                <w:sz w:val="19"/>
              </w:rPr>
            </w:r>
          </w:p>
        </w:tc>
      </w:tr>
      <w:tr>
        <w:trPr>
          <w:cantSplit/>
          <w:trHeight w:val="351"/>
        </w:trPr>
        <w:tc>
          <w:tcPr>
            <w:tcW w:type="dxa" w:w="4876"/>
            <w:vAlign w:val="center"/>
          </w:tcPr>
          <w:p>
            <w:pPr>
              <w:keepNext/>
              <w:jc w:val="left"/>
            </w:pPr>
            <w:r>
              <w:rPr>
                <w:b w:val="0"/>
                <w:sz w:val="19"/>
              </w:rPr>
              <w:t>Personalizar el bolso y colocar la etiqueta.</w:t>
            </w:r>
          </w:p>
        </w:tc>
        <w:tc>
          <w:tcPr>
            <w:tcW w:type="dxa" w:w="1247"/>
            <w:vAlign w:val="center"/>
          </w:tcPr>
          <w:p>
            <w:pPr>
              <w:keepNext/>
              <w:jc w:val="center"/>
            </w:pPr>
            <w:r>
              <w:rPr>
                <w:b w:val="0"/>
                <w:sz w:val="19"/>
              </w:rPr>
            </w:r>
          </w:p>
        </w:tc>
        <w:tc>
          <w:tcPr>
            <w:tcW w:type="dxa" w:w="2948"/>
            <w:vAlign w:val="center"/>
          </w:tcPr>
          <w:p>
            <w:pPr>
              <w:keepNext/>
              <w:jc w:val="left"/>
            </w:pPr>
            <w:r>
              <w:rPr>
                <w:b w:val="0"/>
                <w:sz w:val="19"/>
              </w:rPr>
            </w:r>
          </w:p>
        </w:tc>
        <w:tc>
          <w:tcPr>
            <w:tcW w:type="dxa" w:w="794"/>
            <w:vAlign w:val="center"/>
          </w:tcPr>
          <w:p>
            <w:pPr>
              <w:keepNext/>
              <w:jc w:val="center"/>
            </w:pPr>
            <w:r>
              <w:rPr>
                <w:b w:val="0"/>
                <w:sz w:val="19"/>
              </w:rPr>
            </w:r>
          </w:p>
        </w:tc>
      </w:tr>
      <w:tr>
        <w:trPr>
          <w:cantSplit/>
          <w:trHeight w:val="351"/>
        </w:trPr>
        <w:tc>
          <w:tcPr>
            <w:tcW w:type="dxa" w:w="4876"/>
            <w:vAlign w:val="center"/>
          </w:tcPr>
          <w:p>
            <w:pPr>
              <w:keepNext/>
              <w:jc w:val="left"/>
            </w:pPr>
            <w:r>
              <w:rPr>
                <w:b w:val="0"/>
                <w:sz w:val="19"/>
              </w:rPr>
              <w:t>Hilvanar o sujetar con alfileres las piezas del cuerpo.</w:t>
            </w:r>
          </w:p>
        </w:tc>
        <w:tc>
          <w:tcPr>
            <w:tcW w:type="dxa" w:w="1247"/>
            <w:vAlign w:val="center"/>
          </w:tcPr>
          <w:p>
            <w:pPr>
              <w:keepNext/>
              <w:jc w:val="center"/>
            </w:pPr>
            <w:r>
              <w:rPr>
                <w:b w:val="0"/>
                <w:sz w:val="19"/>
              </w:rPr>
            </w:r>
          </w:p>
        </w:tc>
        <w:tc>
          <w:tcPr>
            <w:tcW w:type="dxa" w:w="2948"/>
            <w:vAlign w:val="center"/>
          </w:tcPr>
          <w:p>
            <w:pPr>
              <w:keepNext/>
              <w:jc w:val="left"/>
            </w:pPr>
            <w:r>
              <w:rPr>
                <w:b w:val="0"/>
                <w:sz w:val="19"/>
              </w:rPr>
            </w:r>
          </w:p>
        </w:tc>
        <w:tc>
          <w:tcPr>
            <w:tcW w:type="dxa" w:w="794"/>
            <w:vAlign w:val="center"/>
          </w:tcPr>
          <w:p>
            <w:pPr>
              <w:keepNext/>
              <w:jc w:val="center"/>
            </w:pPr>
            <w:r>
              <w:rPr>
                <w:b w:val="0"/>
                <w:sz w:val="19"/>
              </w:rPr>
            </w:r>
          </w:p>
        </w:tc>
      </w:tr>
      <w:tr>
        <w:trPr>
          <w:cantSplit/>
          <w:trHeight w:val="351"/>
        </w:trPr>
        <w:tc>
          <w:tcPr>
            <w:tcW w:type="dxa" w:w="4876"/>
            <w:vAlign w:val="center"/>
          </w:tcPr>
          <w:p>
            <w:pPr>
              <w:keepNext/>
              <w:jc w:val="left"/>
            </w:pPr>
            <w:r>
              <w:rPr>
                <w:b w:val="0"/>
                <w:sz w:val="19"/>
              </w:rPr>
              <w:t>Fijar las asas con una costura de refuerzo en forma de "X".</w:t>
            </w:r>
          </w:p>
        </w:tc>
        <w:tc>
          <w:tcPr>
            <w:tcW w:type="dxa" w:w="1247"/>
            <w:vAlign w:val="center"/>
          </w:tcPr>
          <w:p>
            <w:pPr>
              <w:keepNext/>
              <w:jc w:val="center"/>
            </w:pPr>
            <w:r>
              <w:rPr>
                <w:b w:val="0"/>
                <w:sz w:val="19"/>
              </w:rPr>
            </w:r>
          </w:p>
        </w:tc>
        <w:tc>
          <w:tcPr>
            <w:tcW w:type="dxa" w:w="2948"/>
            <w:vAlign w:val="center"/>
          </w:tcPr>
          <w:p>
            <w:pPr>
              <w:keepNext/>
              <w:jc w:val="left"/>
            </w:pPr>
            <w:r>
              <w:rPr>
                <w:b w:val="0"/>
                <w:sz w:val="19"/>
              </w:rPr>
            </w:r>
          </w:p>
        </w:tc>
        <w:tc>
          <w:tcPr>
            <w:tcW w:type="dxa" w:w="794"/>
            <w:vAlign w:val="center"/>
          </w:tcPr>
          <w:p>
            <w:pPr>
              <w:keepNext/>
              <w:jc w:val="center"/>
            </w:pPr>
            <w:r>
              <w:rPr>
                <w:b w:val="0"/>
                <w:sz w:val="19"/>
              </w:rPr>
            </w:r>
          </w:p>
        </w:tc>
      </w:tr>
      <w:tr>
        <w:trPr>
          <w:cantSplit/>
          <w:trHeight w:val="351"/>
        </w:trPr>
        <w:tc>
          <w:tcPr>
            <w:tcW w:type="dxa" w:w="4876"/>
            <w:vAlign w:val="center"/>
          </w:tcPr>
          <w:p>
            <w:pPr>
              <w:keepNext/>
              <w:jc w:val="left"/>
            </w:pPr>
            <w:r>
              <w:rPr>
                <w:b w:val="0"/>
                <w:sz w:val="19"/>
              </w:rPr>
              <w:t>Unir la base al cuerpo del bolso.</w:t>
            </w:r>
          </w:p>
        </w:tc>
        <w:tc>
          <w:tcPr>
            <w:tcW w:type="dxa" w:w="1247"/>
            <w:vAlign w:val="center"/>
          </w:tcPr>
          <w:p>
            <w:pPr>
              <w:keepNext/>
              <w:jc w:val="center"/>
            </w:pPr>
            <w:r>
              <w:rPr>
                <w:b w:val="0"/>
                <w:sz w:val="19"/>
              </w:rPr>
            </w:r>
          </w:p>
        </w:tc>
        <w:tc>
          <w:tcPr>
            <w:tcW w:type="dxa" w:w="2948"/>
            <w:vAlign w:val="center"/>
          </w:tcPr>
          <w:p>
            <w:pPr>
              <w:keepNext/>
              <w:jc w:val="left"/>
            </w:pPr>
            <w:r>
              <w:rPr>
                <w:b w:val="0"/>
                <w:sz w:val="19"/>
              </w:rPr>
            </w:r>
          </w:p>
        </w:tc>
        <w:tc>
          <w:tcPr>
            <w:tcW w:type="dxa" w:w="794"/>
            <w:vAlign w:val="center"/>
          </w:tcPr>
          <w:p>
            <w:pPr>
              <w:keepNext/>
              <w:jc w:val="center"/>
            </w:pPr>
            <w:r>
              <w:rPr>
                <w:b w:val="0"/>
                <w:sz w:val="19"/>
              </w:rPr>
            </w:r>
          </w:p>
        </w:tc>
      </w:tr>
      <w:tr>
        <w:trPr>
          <w:cantSplit/>
          <w:trHeight w:val="351"/>
        </w:trPr>
        <w:tc>
          <w:tcPr>
            <w:tcW w:type="dxa" w:w="4876"/>
            <w:vAlign w:val="center"/>
          </w:tcPr>
          <w:p>
            <w:pPr>
              <w:keepNext/>
              <w:jc w:val="left"/>
            </w:pPr>
            <w:r>
              <w:rPr>
                <w:b w:val="0"/>
                <w:sz w:val="19"/>
              </w:rPr>
              <w:t>Cortar los hilos sobrantes y planchar el producto.</w:t>
            </w:r>
          </w:p>
        </w:tc>
        <w:tc>
          <w:tcPr>
            <w:tcW w:type="dxa" w:w="1247"/>
            <w:vAlign w:val="center"/>
          </w:tcPr>
          <w:p>
            <w:pPr>
              <w:keepNext/>
              <w:jc w:val="center"/>
            </w:pPr>
            <w:r>
              <w:rPr>
                <w:b w:val="0"/>
                <w:sz w:val="19"/>
              </w:rPr>
            </w:r>
          </w:p>
        </w:tc>
        <w:tc>
          <w:tcPr>
            <w:tcW w:type="dxa" w:w="2948"/>
            <w:vAlign w:val="center"/>
          </w:tcPr>
          <w:p>
            <w:pPr>
              <w:keepNext/>
              <w:jc w:val="left"/>
            </w:pPr>
            <w:r>
              <w:rPr>
                <w:b w:val="0"/>
                <w:sz w:val="19"/>
              </w:rPr>
            </w:r>
          </w:p>
        </w:tc>
        <w:tc>
          <w:tcPr>
            <w:tcW w:type="dxa" w:w="794"/>
            <w:vAlign w:val="center"/>
          </w:tcPr>
          <w:p>
            <w:pPr>
              <w:keepNext/>
              <w:jc w:val="center"/>
            </w:pPr>
            <w:r>
              <w:rPr>
                <w:b w:val="0"/>
                <w:sz w:val="19"/>
              </w:rPr>
            </w:r>
          </w:p>
        </w:tc>
      </w:tr>
      <w:tr>
        <w:trPr>
          <w:cantSplit/>
          <w:trHeight w:val="351"/>
        </w:trPr>
        <w:tc>
          <w:tcPr>
            <w:tcW w:type="dxa" w:w="4876"/>
            <w:vAlign w:val="center"/>
          </w:tcPr>
          <w:p>
            <w:pPr>
              <w:keepNext/>
              <w:jc w:val="left"/>
            </w:pPr>
            <w:r>
              <w:rPr>
                <w:b w:val="0"/>
                <w:sz w:val="19"/>
              </w:rPr>
              <w:t>Doblar y coser las asas.</w:t>
            </w:r>
          </w:p>
        </w:tc>
        <w:tc>
          <w:tcPr>
            <w:tcW w:type="dxa" w:w="1247"/>
            <w:vAlign w:val="center"/>
          </w:tcPr>
          <w:p>
            <w:pPr>
              <w:keepNext/>
              <w:jc w:val="center"/>
            </w:pPr>
            <w:r>
              <w:rPr>
                <w:b w:val="0"/>
                <w:sz w:val="19"/>
              </w:rPr>
            </w:r>
          </w:p>
        </w:tc>
        <w:tc>
          <w:tcPr>
            <w:tcW w:type="dxa" w:w="2948"/>
            <w:vAlign w:val="center"/>
          </w:tcPr>
          <w:p>
            <w:pPr>
              <w:keepNext/>
              <w:jc w:val="left"/>
            </w:pPr>
            <w:r>
              <w:rPr>
                <w:b w:val="0"/>
                <w:sz w:val="19"/>
              </w:rPr>
            </w:r>
          </w:p>
        </w:tc>
        <w:tc>
          <w:tcPr>
            <w:tcW w:type="dxa" w:w="794"/>
            <w:vAlign w:val="center"/>
          </w:tcPr>
          <w:p>
            <w:pPr>
              <w:keepNext/>
              <w:jc w:val="center"/>
            </w:pPr>
            <w:r>
              <w:rPr>
                <w:b w:val="0"/>
                <w:sz w:val="19"/>
              </w:rPr>
            </w:r>
          </w:p>
        </w:tc>
      </w:tr>
      <w:tr>
        <w:trPr>
          <w:cantSplit/>
          <w:trHeight w:val="351"/>
        </w:trPr>
        <w:tc>
          <w:tcPr>
            <w:tcW w:type="dxa" w:w="4876"/>
            <w:vAlign w:val="center"/>
          </w:tcPr>
          <w:p>
            <w:pPr>
              <w:jc w:val="left"/>
            </w:pPr>
            <w:r>
              <w:rPr>
                <w:b w:val="0"/>
                <w:sz w:val="19"/>
              </w:rPr>
              <w:t>Planchar las costuras abiertas.</w:t>
            </w:r>
          </w:p>
        </w:tc>
        <w:tc>
          <w:tcPr>
            <w:tcW w:type="dxa" w:w="1247"/>
            <w:vAlign w:val="center"/>
          </w:tcPr>
          <w:p>
            <w:pPr>
              <w:jc w:val="center"/>
            </w:pPr>
            <w:r>
              <w:rPr>
                <w:b w:val="0"/>
                <w:sz w:val="19"/>
              </w:rPr>
            </w:r>
          </w:p>
        </w:tc>
        <w:tc>
          <w:tcPr>
            <w:tcW w:type="dxa" w:w="2948"/>
            <w:vAlign w:val="center"/>
          </w:tcPr>
          <w:p>
            <w:pPr>
              <w:jc w:val="left"/>
            </w:pPr>
            <w:r>
              <w:rPr>
                <w:b w:val="0"/>
                <w:sz w:val="19"/>
              </w:rPr>
            </w:r>
          </w:p>
        </w:tc>
        <w:tc>
          <w:tcPr>
            <w:tcW w:type="dxa" w:w="794"/>
            <w:vAlign w:val="center"/>
          </w:tcPr>
          <w:p>
            <w:pPr>
              <w:jc w:val="center"/>
            </w:pPr>
            <w:r>
              <w:rPr>
                <w:b w:val="0"/>
                <w:sz w:val="19"/>
              </w:rPr>
            </w:r>
          </w:p>
        </w:tc>
      </w:tr>
    </w:tbl>
    <w:p>
      <w:pPr>
        <w:spacing w:after="0" w:line="60" w:lineRule="exact"/>
      </w:pPr>
      <w:r/>
    </w:p>
    <w:p>
      <w:pPr>
        <w:keepNext/>
        <w:spacing w:after="20" w:before="0"/>
        <w:jc w:val="both"/>
      </w:pPr>
      <w:r>
        <w:rPr>
          <w:b/>
        </w:rPr>
        <w:t xml:space="preserve">Problemas que tuvimos al coser y cómo los solucionamos: </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pPr>
              <w:keepNext/>
            </w:pPr>
          </w:p>
        </w:tc>
      </w:tr>
      <w:tr>
        <w:trPr>
          <w:trHeight w:val="408"/>
          <w:cantSplit/>
        </w:trPr>
        <w:tc>
          <w:tcPr>
            <w:tcW w:type="dxa" w:w="9865"/>
          </w:tcPr>
          <w:p/>
        </w:tc>
      </w:tr>
    </w:tbl>
    <w:p>
      <w:pPr>
        <w:spacing w:after="0" w:line="100" w:lineRule="exact"/>
      </w:pPr>
      <w:r/>
    </w:p>
    <w:p>
      <w:pPr>
        <w:keepNext/>
        <w:spacing w:after="40" w:before="160"/>
        <w:jc w:val="center"/>
      </w:pPr>
      <w:r>
        <w:rPr>
          <w:b/>
          <w:color w:val="1F4E79"/>
          <w:sz w:val="22"/>
        </w:rPr>
        <w:t>PARTE 3 – CONTROL DE CALIDAD (Sesión N° 07)</w:t>
      </w:r>
    </w:p>
    <w:p>
      <w:pPr>
        <w:keepNext/>
        <w:spacing w:after="40" w:before="120"/>
        <w:jc w:val="left"/>
      </w:pPr>
      <w:r>
        <w:rPr>
          <w:b/>
          <w:color w:val="1F4E79"/>
          <w:sz w:val="22"/>
        </w:rPr>
        <w:t xml:space="preserve">ACTIVIDAD 5: </w:t>
      </w:r>
      <w:r>
        <w:rPr>
          <w:b/>
          <w:color w:val="1F4E79"/>
          <w:sz w:val="22"/>
        </w:rPr>
        <w:t>LISTA DE CONTROL DE CALIDAD DEL BOLSO</w:t>
      </w:r>
    </w:p>
    <w:p>
      <w:pPr>
        <w:keepNext/>
        <w:spacing w:after="80" w:before="0"/>
        <w:jc w:val="both"/>
      </w:pPr>
      <w:r>
        <w:rPr>
          <w:b w:val="0"/>
        </w:rPr>
        <w:t>Revisen su bolso terminado y marquen con una X. Si marcan "No", escriban la mejora que harán.</w:t>
      </w:r>
    </w:p>
    <w:tbl>
      <w:tblPr>
        <w:tblStyle w:val="TableGrid"/>
        <w:tblW w:type="auto" w:w="0"/>
        <w:jc w:val="center"/>
        <w:tblLayout w:type="fixed"/>
        <w:tblLook w:firstColumn="1" w:firstRow="1" w:lastColumn="0" w:lastRow="0" w:noHBand="0" w:noVBand="1" w:val="04A0"/>
      </w:tblPr>
      <w:tblGrid>
        <w:gridCol w:w="4762"/>
        <w:gridCol w:w="624"/>
        <w:gridCol w:w="624"/>
        <w:gridCol w:w="3855"/>
      </w:tblGrid>
      <w:tr>
        <w:trPr>
          <w:cantSplit/>
          <w:trHeight w:val="340"/>
          <w:tblHeader/>
        </w:trPr>
        <w:tc>
          <w:tcPr>
            <w:tcW w:type="dxa" w:w="4762"/>
            <w:vAlign w:val="center"/>
            <w:shd w:val="clear" w:color="auto" w:fill="DEEAF6"/>
          </w:tcPr>
          <w:p>
            <w:pPr>
              <w:keepNext/>
              <w:jc w:val="center"/>
            </w:pPr>
            <w:r>
              <w:rPr>
                <w:b/>
                <w:sz w:val="19"/>
              </w:rPr>
              <w:t>Criterio de calidad</w:t>
            </w:r>
          </w:p>
        </w:tc>
        <w:tc>
          <w:tcPr>
            <w:tcW w:type="dxa" w:w="624"/>
            <w:vAlign w:val="center"/>
            <w:shd w:val="clear" w:color="auto" w:fill="DEEAF6"/>
          </w:tcPr>
          <w:p>
            <w:pPr>
              <w:keepNext/>
              <w:jc w:val="center"/>
            </w:pPr>
            <w:r>
              <w:rPr>
                <w:b/>
                <w:sz w:val="19"/>
              </w:rPr>
              <w:t>Sí</w:t>
            </w:r>
          </w:p>
        </w:tc>
        <w:tc>
          <w:tcPr>
            <w:tcW w:type="dxa" w:w="624"/>
            <w:vAlign w:val="center"/>
            <w:shd w:val="clear" w:color="auto" w:fill="DEEAF6"/>
          </w:tcPr>
          <w:p>
            <w:pPr>
              <w:keepNext/>
              <w:jc w:val="center"/>
            </w:pPr>
            <w:r>
              <w:rPr>
                <w:b/>
                <w:sz w:val="19"/>
              </w:rPr>
              <w:t>No</w:t>
            </w:r>
          </w:p>
        </w:tc>
        <w:tc>
          <w:tcPr>
            <w:tcW w:type="dxa" w:w="3855"/>
            <w:vAlign w:val="center"/>
            <w:shd w:val="clear" w:color="auto" w:fill="DEEAF6"/>
          </w:tcPr>
          <w:p>
            <w:pPr>
              <w:keepNext/>
              <w:jc w:val="center"/>
            </w:pPr>
            <w:r>
              <w:rPr>
                <w:b/>
                <w:sz w:val="19"/>
              </w:rPr>
              <w:t>Mejora que haremos</w:t>
            </w:r>
          </w:p>
        </w:tc>
      </w:tr>
      <w:tr>
        <w:trPr>
          <w:cantSplit/>
          <w:trHeight w:val="340"/>
        </w:trPr>
        <w:tc>
          <w:tcPr>
            <w:tcW w:type="dxa" w:w="4762"/>
            <w:vAlign w:val="center"/>
          </w:tcPr>
          <w:p>
            <w:pPr>
              <w:keepNext/>
              <w:jc w:val="left"/>
            </w:pPr>
            <w:r>
              <w:rPr>
                <w:b w:val="0"/>
                <w:sz w:val="19"/>
              </w:rPr>
              <w:t>Las costuras son rectas y parejas.</w:t>
            </w:r>
          </w:p>
        </w:tc>
        <w:tc>
          <w:tcPr>
            <w:tcW w:type="dxa" w:w="624"/>
            <w:vAlign w:val="center"/>
          </w:tcPr>
          <w:p>
            <w:pPr>
              <w:keepNext/>
              <w:jc w:val="center"/>
            </w:pPr>
            <w:r>
              <w:rPr>
                <w:b w:val="0"/>
                <w:sz w:val="19"/>
              </w:rPr>
            </w:r>
          </w:p>
        </w:tc>
        <w:tc>
          <w:tcPr>
            <w:tcW w:type="dxa" w:w="624"/>
            <w:vAlign w:val="center"/>
          </w:tcPr>
          <w:p>
            <w:pPr>
              <w:keepNext/>
              <w:jc w:val="center"/>
            </w:pPr>
            <w:r>
              <w:rPr>
                <w:b w:val="0"/>
                <w:sz w:val="19"/>
              </w:rPr>
            </w:r>
          </w:p>
        </w:tc>
        <w:tc>
          <w:tcPr>
            <w:tcW w:type="dxa" w:w="3855"/>
            <w:vAlign w:val="center"/>
          </w:tcPr>
          <w:p>
            <w:pPr>
              <w:keepNext/>
              <w:jc w:val="left"/>
            </w:pPr>
            <w:r>
              <w:rPr>
                <w:b w:val="0"/>
                <w:sz w:val="19"/>
              </w:rPr>
            </w:r>
          </w:p>
        </w:tc>
      </w:tr>
      <w:tr>
        <w:trPr>
          <w:cantSplit/>
          <w:trHeight w:val="340"/>
        </w:trPr>
        <w:tc>
          <w:tcPr>
            <w:tcW w:type="dxa" w:w="4762"/>
            <w:vAlign w:val="center"/>
          </w:tcPr>
          <w:p>
            <w:pPr>
              <w:keepNext/>
              <w:jc w:val="left"/>
            </w:pPr>
            <w:r>
              <w:rPr>
                <w:b w:val="0"/>
                <w:sz w:val="19"/>
              </w:rPr>
              <w:t>Las costuras están rematadas al inicio y al final.</w:t>
            </w:r>
          </w:p>
        </w:tc>
        <w:tc>
          <w:tcPr>
            <w:tcW w:type="dxa" w:w="624"/>
            <w:vAlign w:val="center"/>
          </w:tcPr>
          <w:p>
            <w:pPr>
              <w:keepNext/>
              <w:jc w:val="center"/>
            </w:pPr>
            <w:r>
              <w:rPr>
                <w:b w:val="0"/>
                <w:sz w:val="19"/>
              </w:rPr>
            </w:r>
          </w:p>
        </w:tc>
        <w:tc>
          <w:tcPr>
            <w:tcW w:type="dxa" w:w="624"/>
            <w:vAlign w:val="center"/>
          </w:tcPr>
          <w:p>
            <w:pPr>
              <w:keepNext/>
              <w:jc w:val="center"/>
            </w:pPr>
            <w:r>
              <w:rPr>
                <w:b w:val="0"/>
                <w:sz w:val="19"/>
              </w:rPr>
            </w:r>
          </w:p>
        </w:tc>
        <w:tc>
          <w:tcPr>
            <w:tcW w:type="dxa" w:w="3855"/>
            <w:vAlign w:val="center"/>
          </w:tcPr>
          <w:p>
            <w:pPr>
              <w:keepNext/>
              <w:jc w:val="left"/>
            </w:pPr>
            <w:r>
              <w:rPr>
                <w:b w:val="0"/>
                <w:sz w:val="19"/>
              </w:rPr>
            </w:r>
          </w:p>
        </w:tc>
      </w:tr>
      <w:tr>
        <w:trPr>
          <w:cantSplit/>
          <w:trHeight w:val="340"/>
        </w:trPr>
        <w:tc>
          <w:tcPr>
            <w:tcW w:type="dxa" w:w="4762"/>
            <w:vAlign w:val="center"/>
          </w:tcPr>
          <w:p>
            <w:pPr>
              <w:keepNext/>
              <w:jc w:val="left"/>
            </w:pPr>
            <w:r>
              <w:rPr>
                <w:b w:val="0"/>
                <w:sz w:val="19"/>
              </w:rPr>
              <w:t>El bolso tiene las medidas de la ficha técnica (± 1 cm).</w:t>
            </w:r>
          </w:p>
        </w:tc>
        <w:tc>
          <w:tcPr>
            <w:tcW w:type="dxa" w:w="624"/>
            <w:vAlign w:val="center"/>
          </w:tcPr>
          <w:p>
            <w:pPr>
              <w:keepNext/>
              <w:jc w:val="center"/>
            </w:pPr>
            <w:r>
              <w:rPr>
                <w:b w:val="0"/>
                <w:sz w:val="19"/>
              </w:rPr>
            </w:r>
          </w:p>
        </w:tc>
        <w:tc>
          <w:tcPr>
            <w:tcW w:type="dxa" w:w="624"/>
            <w:vAlign w:val="center"/>
          </w:tcPr>
          <w:p>
            <w:pPr>
              <w:keepNext/>
              <w:jc w:val="center"/>
            </w:pPr>
            <w:r>
              <w:rPr>
                <w:b w:val="0"/>
                <w:sz w:val="19"/>
              </w:rPr>
            </w:r>
          </w:p>
        </w:tc>
        <w:tc>
          <w:tcPr>
            <w:tcW w:type="dxa" w:w="3855"/>
            <w:vAlign w:val="center"/>
          </w:tcPr>
          <w:p>
            <w:pPr>
              <w:keepNext/>
              <w:jc w:val="left"/>
            </w:pPr>
            <w:r>
              <w:rPr>
                <w:b w:val="0"/>
                <w:sz w:val="19"/>
              </w:rPr>
            </w:r>
          </w:p>
        </w:tc>
      </w:tr>
      <w:tr>
        <w:trPr>
          <w:cantSplit/>
          <w:trHeight w:val="340"/>
        </w:trPr>
        <w:tc>
          <w:tcPr>
            <w:tcW w:type="dxa" w:w="4762"/>
            <w:vAlign w:val="center"/>
          </w:tcPr>
          <w:p>
            <w:pPr>
              <w:keepNext/>
              <w:jc w:val="left"/>
            </w:pPr>
            <w:r>
              <w:rPr>
                <w:b w:val="0"/>
                <w:sz w:val="19"/>
              </w:rPr>
              <w:t>Las asas están firmes y tienen refuerzo en "X".</w:t>
            </w:r>
          </w:p>
        </w:tc>
        <w:tc>
          <w:tcPr>
            <w:tcW w:type="dxa" w:w="624"/>
            <w:vAlign w:val="center"/>
          </w:tcPr>
          <w:p>
            <w:pPr>
              <w:keepNext/>
              <w:jc w:val="center"/>
            </w:pPr>
            <w:r>
              <w:rPr>
                <w:b w:val="0"/>
                <w:sz w:val="19"/>
              </w:rPr>
            </w:r>
          </w:p>
        </w:tc>
        <w:tc>
          <w:tcPr>
            <w:tcW w:type="dxa" w:w="624"/>
            <w:vAlign w:val="center"/>
          </w:tcPr>
          <w:p>
            <w:pPr>
              <w:keepNext/>
              <w:jc w:val="center"/>
            </w:pPr>
            <w:r>
              <w:rPr>
                <w:b w:val="0"/>
                <w:sz w:val="19"/>
              </w:rPr>
            </w:r>
          </w:p>
        </w:tc>
        <w:tc>
          <w:tcPr>
            <w:tcW w:type="dxa" w:w="3855"/>
            <w:vAlign w:val="center"/>
          </w:tcPr>
          <w:p>
            <w:pPr>
              <w:keepNext/>
              <w:jc w:val="left"/>
            </w:pPr>
            <w:r>
              <w:rPr>
                <w:b w:val="0"/>
                <w:sz w:val="19"/>
              </w:rPr>
            </w:r>
          </w:p>
        </w:tc>
      </w:tr>
      <w:tr>
        <w:trPr>
          <w:cantSplit/>
          <w:trHeight w:val="340"/>
        </w:trPr>
        <w:tc>
          <w:tcPr>
            <w:tcW w:type="dxa" w:w="4762"/>
            <w:vAlign w:val="center"/>
          </w:tcPr>
          <w:p>
            <w:pPr>
              <w:keepNext/>
              <w:jc w:val="left"/>
            </w:pPr>
            <w:r>
              <w:rPr>
                <w:b w:val="0"/>
                <w:sz w:val="19"/>
              </w:rPr>
              <w:t>El dobladillo de la boca del bolso es parejo.</w:t>
            </w:r>
          </w:p>
        </w:tc>
        <w:tc>
          <w:tcPr>
            <w:tcW w:type="dxa" w:w="624"/>
            <w:vAlign w:val="center"/>
          </w:tcPr>
          <w:p>
            <w:pPr>
              <w:keepNext/>
              <w:jc w:val="center"/>
            </w:pPr>
            <w:r>
              <w:rPr>
                <w:b w:val="0"/>
                <w:sz w:val="19"/>
              </w:rPr>
            </w:r>
          </w:p>
        </w:tc>
        <w:tc>
          <w:tcPr>
            <w:tcW w:type="dxa" w:w="624"/>
            <w:vAlign w:val="center"/>
          </w:tcPr>
          <w:p>
            <w:pPr>
              <w:keepNext/>
              <w:jc w:val="center"/>
            </w:pPr>
            <w:r>
              <w:rPr>
                <w:b w:val="0"/>
                <w:sz w:val="19"/>
              </w:rPr>
            </w:r>
          </w:p>
        </w:tc>
        <w:tc>
          <w:tcPr>
            <w:tcW w:type="dxa" w:w="3855"/>
            <w:vAlign w:val="center"/>
          </w:tcPr>
          <w:p>
            <w:pPr>
              <w:keepNext/>
              <w:jc w:val="left"/>
            </w:pPr>
            <w:r>
              <w:rPr>
                <w:b w:val="0"/>
                <w:sz w:val="19"/>
              </w:rPr>
            </w:r>
          </w:p>
        </w:tc>
      </w:tr>
      <w:tr>
        <w:trPr>
          <w:cantSplit/>
          <w:trHeight w:val="340"/>
        </w:trPr>
        <w:tc>
          <w:tcPr>
            <w:tcW w:type="dxa" w:w="4762"/>
            <w:vAlign w:val="center"/>
          </w:tcPr>
          <w:p>
            <w:pPr>
              <w:keepNext/>
              <w:jc w:val="left"/>
            </w:pPr>
            <w:r>
              <w:rPr>
                <w:b w:val="0"/>
                <w:sz w:val="19"/>
              </w:rPr>
              <w:t>La personalización está bien fijada y centrada.</w:t>
            </w:r>
          </w:p>
        </w:tc>
        <w:tc>
          <w:tcPr>
            <w:tcW w:type="dxa" w:w="624"/>
            <w:vAlign w:val="center"/>
          </w:tcPr>
          <w:p>
            <w:pPr>
              <w:keepNext/>
              <w:jc w:val="center"/>
            </w:pPr>
            <w:r>
              <w:rPr>
                <w:b w:val="0"/>
                <w:sz w:val="19"/>
              </w:rPr>
            </w:r>
          </w:p>
        </w:tc>
        <w:tc>
          <w:tcPr>
            <w:tcW w:type="dxa" w:w="624"/>
            <w:vAlign w:val="center"/>
          </w:tcPr>
          <w:p>
            <w:pPr>
              <w:keepNext/>
              <w:jc w:val="center"/>
            </w:pPr>
            <w:r>
              <w:rPr>
                <w:b w:val="0"/>
                <w:sz w:val="19"/>
              </w:rPr>
            </w:r>
          </w:p>
        </w:tc>
        <w:tc>
          <w:tcPr>
            <w:tcW w:type="dxa" w:w="3855"/>
            <w:vAlign w:val="center"/>
          </w:tcPr>
          <w:p>
            <w:pPr>
              <w:keepNext/>
              <w:jc w:val="left"/>
            </w:pPr>
            <w:r>
              <w:rPr>
                <w:b w:val="0"/>
                <w:sz w:val="19"/>
              </w:rPr>
            </w:r>
          </w:p>
        </w:tc>
      </w:tr>
      <w:tr>
        <w:trPr>
          <w:cantSplit/>
          <w:trHeight w:val="340"/>
        </w:trPr>
        <w:tc>
          <w:tcPr>
            <w:tcW w:type="dxa" w:w="4762"/>
            <w:vAlign w:val="center"/>
          </w:tcPr>
          <w:p>
            <w:pPr>
              <w:keepNext/>
              <w:jc w:val="left"/>
            </w:pPr>
            <w:r>
              <w:rPr>
                <w:b w:val="0"/>
                <w:sz w:val="19"/>
              </w:rPr>
              <w:t>No tiene hilos sueltos ni manchas.</w:t>
            </w:r>
          </w:p>
        </w:tc>
        <w:tc>
          <w:tcPr>
            <w:tcW w:type="dxa" w:w="624"/>
            <w:vAlign w:val="center"/>
          </w:tcPr>
          <w:p>
            <w:pPr>
              <w:keepNext/>
              <w:jc w:val="center"/>
            </w:pPr>
            <w:r>
              <w:rPr>
                <w:b w:val="0"/>
                <w:sz w:val="19"/>
              </w:rPr>
            </w:r>
          </w:p>
        </w:tc>
        <w:tc>
          <w:tcPr>
            <w:tcW w:type="dxa" w:w="624"/>
            <w:vAlign w:val="center"/>
          </w:tcPr>
          <w:p>
            <w:pPr>
              <w:keepNext/>
              <w:jc w:val="center"/>
            </w:pPr>
            <w:r>
              <w:rPr>
                <w:b w:val="0"/>
                <w:sz w:val="19"/>
              </w:rPr>
            </w:r>
          </w:p>
        </w:tc>
        <w:tc>
          <w:tcPr>
            <w:tcW w:type="dxa" w:w="3855"/>
            <w:vAlign w:val="center"/>
          </w:tcPr>
          <w:p>
            <w:pPr>
              <w:keepNext/>
              <w:jc w:val="left"/>
            </w:pPr>
            <w:r>
              <w:rPr>
                <w:b w:val="0"/>
                <w:sz w:val="19"/>
              </w:rPr>
            </w:r>
          </w:p>
        </w:tc>
      </w:tr>
      <w:tr>
        <w:trPr>
          <w:cantSplit/>
          <w:trHeight w:val="340"/>
        </w:trPr>
        <w:tc>
          <w:tcPr>
            <w:tcW w:type="dxa" w:w="4762"/>
            <w:vAlign w:val="center"/>
          </w:tcPr>
          <w:p>
            <w:pPr>
              <w:jc w:val="left"/>
            </w:pPr>
            <w:r>
              <w:rPr>
                <w:b w:val="0"/>
                <w:sz w:val="19"/>
              </w:rPr>
              <w:t>Tiene la etiqueta de la Agencia.</w:t>
            </w:r>
          </w:p>
        </w:tc>
        <w:tc>
          <w:tcPr>
            <w:tcW w:type="dxa" w:w="624"/>
            <w:vAlign w:val="center"/>
          </w:tcPr>
          <w:p>
            <w:pPr>
              <w:jc w:val="center"/>
            </w:pPr>
            <w:r>
              <w:rPr>
                <w:b w:val="0"/>
                <w:sz w:val="19"/>
              </w:rPr>
            </w:r>
          </w:p>
        </w:tc>
        <w:tc>
          <w:tcPr>
            <w:tcW w:type="dxa" w:w="624"/>
            <w:vAlign w:val="center"/>
          </w:tcPr>
          <w:p>
            <w:pPr>
              <w:jc w:val="center"/>
            </w:pPr>
            <w:r>
              <w:rPr>
                <w:b w:val="0"/>
                <w:sz w:val="19"/>
              </w:rPr>
            </w:r>
          </w:p>
        </w:tc>
        <w:tc>
          <w:tcPr>
            <w:tcW w:type="dxa" w:w="3855"/>
            <w:vAlign w:val="center"/>
          </w:tcPr>
          <w:p>
            <w:pPr>
              <w:jc w:val="left"/>
            </w:pPr>
            <w:r>
              <w:rPr>
                <w:b w:val="0"/>
                <w:sz w:val="19"/>
              </w:rPr>
            </w:r>
          </w:p>
        </w:tc>
      </w:tr>
    </w:tbl>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865"/>
      </w:tblGrid>
      <w:tr>
        <w:tc>
          <w:tcPr>
            <w:tcW w:type="dxa" w:w="9865"/>
            <w:shd w:val="clear" w:color="auto" w:fill="1F4E79"/>
          </w:tcPr>
          <w:p>
            <w:pPr>
              <w:spacing w:before="60" w:after="60"/>
              <w:jc w:val="center"/>
            </w:pPr>
            <w:r>
              <w:rPr>
                <w:b/>
                <w:color w:val="FFFFFF"/>
                <w:sz w:val="32"/>
              </w:rPr>
              <w:t>FICHA DE TRABAJO N° 06</w:t>
            </w:r>
          </w:p>
        </w:tc>
      </w:tr>
      <w:tr>
        <w:tc>
          <w:tcPr>
            <w:tcW w:type="dxa" w:w="9865"/>
            <w:shd w:val="clear" w:color="auto" w:fill="DEEAF6"/>
          </w:tcPr>
          <w:p>
            <w:pPr>
              <w:spacing w:before="60" w:after="60"/>
              <w:jc w:val="center"/>
            </w:pPr>
            <w:r>
              <w:rPr>
                <w:b/>
                <w:color w:val="1F4E79"/>
                <w:sz w:val="24"/>
              </w:rPr>
              <w:t>Hoja de costos y precio de venta</w:t>
            </w:r>
          </w:p>
        </w:tc>
      </w:tr>
    </w:tbl>
    <w:p>
      <w:pPr>
        <w:spacing w:after="0" w:line="100" w:lineRule="exact"/>
      </w:pPr>
      <w:r/>
    </w:p>
    <w:tbl>
      <w:tblPr>
        <w:tblStyle w:val="TableGrid"/>
        <w:tblW w:type="auto" w:w="0"/>
        <w:jc w:val="center"/>
        <w:tblLayout w:type="fixed"/>
        <w:tblLook w:firstColumn="1" w:firstRow="1" w:lastColumn="0" w:lastRow="0" w:noHBand="0" w:noVBand="1" w:val="04A0"/>
      </w:tblPr>
      <w:tblGrid>
        <w:gridCol w:w="1871"/>
        <w:gridCol w:w="4309"/>
        <w:gridCol w:w="1077"/>
        <w:gridCol w:w="2608"/>
      </w:tblGrid>
      <w:tr>
        <w:trPr>
          <w:cantSplit/>
          <w:trHeight w:val="351"/>
        </w:trPr>
        <w:tc>
          <w:tcPr>
            <w:tcW w:type="dxa" w:w="1871"/>
            <w:vAlign w:val="center"/>
            <w:shd w:val="clear" w:color="auto" w:fill="F2F2F2"/>
          </w:tcPr>
          <w:p>
            <w:pPr>
              <w:keepNext/>
              <w:jc w:val="left"/>
            </w:pPr>
            <w:r>
              <w:rPr>
                <w:b/>
                <w:sz w:val="19"/>
              </w:rPr>
              <w:t xml:space="preserve">Estudiante: </w:t>
            </w:r>
          </w:p>
        </w:tc>
        <w:tc>
          <w:tcPr>
            <w:tcW w:type="dxa" w:w="7994"/>
            <w:gridSpan w:val="3"/>
            <w:vAlign w:val="center"/>
          </w:tcPr>
          <w:p>
            <w:pPr>
              <w:keepNext/>
              <w:jc w:val="left"/>
            </w:pPr>
            <w:r>
              <w:rPr>
                <w:b w:val="0"/>
                <w:sz w:val="19"/>
              </w:rPr>
            </w:r>
          </w:p>
        </w:tc>
      </w:tr>
      <w:tr>
        <w:trPr>
          <w:cantSplit/>
          <w:trHeight w:val="351"/>
        </w:trPr>
        <w:tc>
          <w:tcPr>
            <w:tcW w:type="dxa" w:w="1871"/>
            <w:vAlign w:val="center"/>
            <w:shd w:val="clear" w:color="auto" w:fill="F2F2F2"/>
          </w:tcPr>
          <w:p>
            <w:pPr>
              <w:keepNext/>
              <w:jc w:val="left"/>
            </w:pPr>
            <w:r>
              <w:rPr>
                <w:b/>
                <w:sz w:val="19"/>
              </w:rPr>
              <w:t xml:space="preserve">Agencia: </w:t>
            </w:r>
          </w:p>
        </w:tc>
        <w:tc>
          <w:tcPr>
            <w:tcW w:type="dxa" w:w="4309"/>
            <w:vAlign w:val="center"/>
          </w:tcPr>
          <w:p>
            <w:pPr>
              <w:keepNext/>
              <w:jc w:val="left"/>
            </w:pPr>
            <w:r>
              <w:rPr>
                <w:b w:val="0"/>
                <w:sz w:val="19"/>
              </w:rPr>
            </w:r>
          </w:p>
        </w:tc>
        <w:tc>
          <w:tcPr>
            <w:tcW w:type="dxa" w:w="1077"/>
            <w:vAlign w:val="center"/>
            <w:shd w:val="clear" w:color="auto" w:fill="F2F2F2"/>
          </w:tcPr>
          <w:p>
            <w:pPr>
              <w:keepNext/>
              <w:jc w:val="left"/>
            </w:pPr>
            <w:r>
              <w:rPr>
                <w:b/>
                <w:sz w:val="19"/>
              </w:rPr>
              <w:t xml:space="preserve">Fecha: </w:t>
            </w:r>
          </w:p>
        </w:tc>
        <w:tc>
          <w:tcPr>
            <w:tcW w:type="dxa" w:w="2608"/>
            <w:vAlign w:val="center"/>
          </w:tcPr>
          <w:p>
            <w:pPr>
              <w:keepNext/>
              <w:jc w:val="left"/>
            </w:pPr>
            <w:r>
              <w:rPr>
                <w:b w:val="0"/>
                <w:sz w:val="19"/>
              </w:rPr>
            </w:r>
          </w:p>
        </w:tc>
      </w:tr>
      <w:tr>
        <w:trPr>
          <w:cantSplit/>
          <w:trHeight w:val="351"/>
        </w:trPr>
        <w:tc>
          <w:tcPr>
            <w:tcW w:type="dxa" w:w="1871"/>
            <w:vAlign w:val="center"/>
            <w:shd w:val="clear" w:color="auto" w:fill="F2F2F2"/>
          </w:tcPr>
          <w:p>
            <w:pPr>
              <w:jc w:val="left"/>
            </w:pPr>
            <w:r>
              <w:rPr>
                <w:b/>
                <w:sz w:val="19"/>
              </w:rPr>
              <w:t xml:space="preserve">Grado y sección: </w:t>
            </w:r>
          </w:p>
        </w:tc>
        <w:tc>
          <w:tcPr>
            <w:tcW w:type="dxa" w:w="4309"/>
            <w:vAlign w:val="center"/>
          </w:tcPr>
          <w:p>
            <w:pPr>
              <w:jc w:val="left"/>
            </w:pPr>
            <w:r>
              <w:rPr>
                <w:b w:val="0"/>
                <w:sz w:val="19"/>
              </w:rPr>
              <w:t>3° “______”</w:t>
            </w:r>
          </w:p>
        </w:tc>
        <w:tc>
          <w:tcPr>
            <w:tcW w:type="dxa" w:w="1077"/>
            <w:vAlign w:val="center"/>
            <w:shd w:val="clear" w:color="auto" w:fill="F2F2F2"/>
          </w:tcPr>
          <w:p>
            <w:pPr>
              <w:jc w:val="left"/>
            </w:pPr>
            <w:r>
              <w:rPr>
                <w:b/>
                <w:sz w:val="19"/>
              </w:rPr>
              <w:t xml:space="preserve">Sesión: </w:t>
            </w:r>
          </w:p>
        </w:tc>
        <w:tc>
          <w:tcPr>
            <w:tcW w:type="dxa" w:w="2608"/>
            <w:vAlign w:val="center"/>
          </w:tcPr>
          <w:p>
            <w:pPr>
              <w:jc w:val="left"/>
            </w:pPr>
            <w:r>
              <w:rPr>
                <w:b w:val="0"/>
                <w:sz w:val="19"/>
              </w:rPr>
              <w:t>N° 08</w:t>
            </w:r>
          </w:p>
        </w:tc>
      </w:tr>
    </w:tbl>
    <w:p>
      <w:pPr>
        <w:spacing w:after="0" w:line="100" w:lineRule="exact"/>
      </w:pPr>
      <w:r/>
    </w:p>
    <w:tbl>
      <w:tblPr>
        <w:tblW w:type="auto" w:w="0"/>
        <w:jc w:val="center"/>
        <w:tblLayout w:type="fixed"/>
        <w:tblLook w:firstColumn="1" w:firstRow="1" w:lastColumn="0" w:lastRow="0" w:noHBand="0" w:noVBand="1" w:val="04A0"/>
        <w:tblBorders>
          <w:top w:val="single" w:sz="4" w:space="0" w:color="1F4E79"/>
          <w:left w:val="single" w:sz="4" w:space="0" w:color="1F4E79"/>
          <w:bottom w:val="single" w:sz="4" w:space="0" w:color="1F4E79"/>
          <w:right w:val="single" w:sz="4" w:space="0" w:color="1F4E79"/>
          <w:insideH w:val="nil"/>
          <w:insideV w:val="nil"/>
        </w:tblBorders>
      </w:tblPr>
      <w:tblGrid>
        <w:gridCol w:w="9865"/>
      </w:tblGrid>
      <w:tr>
        <w:tc>
          <w:tcPr>
            <w:tcW w:type="dxa" w:w="9865"/>
            <w:shd w:val="clear" w:color="auto" w:fill="FFF2CC"/>
          </w:tcPr>
          <w:p>
            <w:pPr>
              <w:spacing w:after="40"/>
              <w:jc w:val="both"/>
            </w:pPr>
            <w:r>
              <w:rPr>
                <w:b/>
                <w:sz w:val="20"/>
              </w:rPr>
              <w:t xml:space="preserve">Propósito: </w:t>
            </w:r>
            <w:r>
              <w:rPr>
                <w:b w:val="0"/>
                <w:sz w:val="20"/>
              </w:rPr>
              <w:t>Calcular el costo de producción real de nuestro bolso ecológico, fijar su precio de venta, estimar la ganancia y hallar el punto de equilibrio.</w:t>
            </w:r>
          </w:p>
        </w:tc>
      </w:tr>
    </w:tbl>
    <w:p>
      <w:pPr>
        <w:spacing w:after="0" w:line="100" w:lineRule="exact"/>
      </w:pPr>
      <w:r/>
    </w:p>
    <w:p>
      <w:pPr>
        <w:keepNext/>
        <w:spacing w:after="40" w:before="120"/>
        <w:jc w:val="left"/>
      </w:pPr>
      <w:r>
        <w:rPr>
          <w:b/>
          <w:color w:val="1F4E79"/>
          <w:sz w:val="22"/>
        </w:rPr>
        <w:t xml:space="preserve">ACTIVIDAD 1: </w:t>
      </w:r>
      <w:r>
        <w:rPr>
          <w:b/>
          <w:color w:val="1F4E79"/>
          <w:sz w:val="22"/>
        </w:rPr>
        <w:t>APRENDEMOS CON EL EJEMPLO DE CAMILA</w:t>
      </w:r>
    </w:p>
    <w:p>
      <w:pPr>
        <w:keepNext/>
        <w:spacing w:after="80" w:before="0"/>
        <w:jc w:val="both"/>
      </w:pPr>
      <w:r>
        <w:rPr>
          <w:b w:val="0"/>
        </w:rPr>
        <w:t>Observa cómo Camila calculó los costos de sus 30 bolsos.</w:t>
      </w:r>
    </w:p>
    <w:tbl>
      <w:tblPr>
        <w:tblStyle w:val="TableGrid"/>
        <w:tblW w:type="auto" w:w="0"/>
        <w:jc w:val="center"/>
        <w:tblLayout w:type="fixed"/>
        <w:tblLook w:firstColumn="1" w:firstRow="1" w:lastColumn="0" w:lastRow="0" w:noHBand="0" w:noVBand="1" w:val="04A0"/>
      </w:tblPr>
      <w:tblGrid>
        <w:gridCol w:w="2948"/>
        <w:gridCol w:w="4762"/>
        <w:gridCol w:w="2154"/>
      </w:tblGrid>
      <w:tr>
        <w:trPr>
          <w:cantSplit/>
          <w:trHeight w:val="329"/>
          <w:tblHeader/>
        </w:trPr>
        <w:tc>
          <w:tcPr>
            <w:tcW w:type="dxa" w:w="2948"/>
            <w:vAlign w:val="center"/>
            <w:shd w:val="clear" w:color="auto" w:fill="DEEAF6"/>
          </w:tcPr>
          <w:p>
            <w:pPr>
              <w:keepNext/>
              <w:jc w:val="center"/>
            </w:pPr>
            <w:r>
              <w:rPr>
                <w:b/>
                <w:sz w:val="19"/>
              </w:rPr>
              <w:t>Concepto</w:t>
            </w:r>
          </w:p>
        </w:tc>
        <w:tc>
          <w:tcPr>
            <w:tcW w:type="dxa" w:w="4762"/>
            <w:vAlign w:val="center"/>
            <w:shd w:val="clear" w:color="auto" w:fill="DEEAF6"/>
          </w:tcPr>
          <w:p>
            <w:pPr>
              <w:keepNext/>
              <w:jc w:val="center"/>
            </w:pPr>
            <w:r>
              <w:rPr>
                <w:b/>
                <w:sz w:val="19"/>
              </w:rPr>
              <w:t>Cálculo</w:t>
            </w:r>
          </w:p>
        </w:tc>
        <w:tc>
          <w:tcPr>
            <w:tcW w:type="dxa" w:w="2154"/>
            <w:vAlign w:val="center"/>
            <w:shd w:val="clear" w:color="auto" w:fill="DEEAF6"/>
          </w:tcPr>
          <w:p>
            <w:pPr>
              <w:keepNext/>
              <w:jc w:val="center"/>
            </w:pPr>
            <w:r>
              <w:rPr>
                <w:b/>
                <w:sz w:val="19"/>
              </w:rPr>
              <w:t>Resultado</w:t>
            </w:r>
          </w:p>
        </w:tc>
      </w:tr>
      <w:tr>
        <w:trPr>
          <w:cantSplit/>
          <w:trHeight w:val="329"/>
        </w:trPr>
        <w:tc>
          <w:tcPr>
            <w:tcW w:type="dxa" w:w="2948"/>
            <w:vAlign w:val="center"/>
          </w:tcPr>
          <w:p>
            <w:pPr>
              <w:keepNext/>
              <w:jc w:val="left"/>
            </w:pPr>
            <w:r>
              <w:rPr>
                <w:b w:val="0"/>
                <w:sz w:val="19"/>
              </w:rPr>
              <w:t>Costo variable por bolso</w:t>
            </w:r>
          </w:p>
        </w:tc>
        <w:tc>
          <w:tcPr>
            <w:tcW w:type="dxa" w:w="4762"/>
            <w:vAlign w:val="center"/>
          </w:tcPr>
          <w:p>
            <w:pPr>
              <w:keepNext/>
              <w:jc w:val="left"/>
            </w:pPr>
            <w:r>
              <w:rPr>
                <w:b w:val="0"/>
                <w:sz w:val="19"/>
              </w:rPr>
              <w:t>4,00 + 0,50 + 1,00 + 1,50 + 0,30</w:t>
            </w:r>
          </w:p>
        </w:tc>
        <w:tc>
          <w:tcPr>
            <w:tcW w:type="dxa" w:w="2154"/>
            <w:vAlign w:val="center"/>
          </w:tcPr>
          <w:p>
            <w:pPr>
              <w:keepNext/>
              <w:jc w:val="center"/>
            </w:pPr>
            <w:r>
              <w:rPr>
                <w:b w:val="0"/>
                <w:sz w:val="19"/>
              </w:rPr>
              <w:t>S/ 7,30</w:t>
            </w:r>
          </w:p>
        </w:tc>
      </w:tr>
      <w:tr>
        <w:trPr>
          <w:cantSplit/>
          <w:trHeight w:val="329"/>
        </w:trPr>
        <w:tc>
          <w:tcPr>
            <w:tcW w:type="dxa" w:w="2948"/>
            <w:vAlign w:val="center"/>
          </w:tcPr>
          <w:p>
            <w:pPr>
              <w:keepNext/>
              <w:jc w:val="left"/>
            </w:pPr>
            <w:r>
              <w:rPr>
                <w:b w:val="0"/>
                <w:sz w:val="19"/>
              </w:rPr>
              <w:t>Costos fijos</w:t>
            </w:r>
          </w:p>
        </w:tc>
        <w:tc>
          <w:tcPr>
            <w:tcW w:type="dxa" w:w="4762"/>
            <w:vAlign w:val="center"/>
          </w:tcPr>
          <w:p>
            <w:pPr>
              <w:keepNext/>
              <w:jc w:val="left"/>
            </w:pPr>
            <w:r>
              <w:rPr>
                <w:b w:val="0"/>
                <w:sz w:val="19"/>
              </w:rPr>
              <w:t>30 + 10 + 5</w:t>
            </w:r>
          </w:p>
        </w:tc>
        <w:tc>
          <w:tcPr>
            <w:tcW w:type="dxa" w:w="2154"/>
            <w:vAlign w:val="center"/>
          </w:tcPr>
          <w:p>
            <w:pPr>
              <w:keepNext/>
              <w:jc w:val="center"/>
            </w:pPr>
            <w:r>
              <w:rPr>
                <w:b w:val="0"/>
                <w:sz w:val="19"/>
              </w:rPr>
              <w:t>S/ 45,00</w:t>
            </w:r>
          </w:p>
        </w:tc>
      </w:tr>
      <w:tr>
        <w:trPr>
          <w:cantSplit/>
          <w:trHeight w:val="329"/>
        </w:trPr>
        <w:tc>
          <w:tcPr>
            <w:tcW w:type="dxa" w:w="2948"/>
            <w:vAlign w:val="center"/>
          </w:tcPr>
          <w:p>
            <w:pPr>
              <w:keepNext/>
              <w:jc w:val="left"/>
            </w:pPr>
            <w:r>
              <w:rPr>
                <w:b w:val="0"/>
                <w:sz w:val="19"/>
              </w:rPr>
              <w:t>Costo total de 30 bolsos</w:t>
            </w:r>
          </w:p>
        </w:tc>
        <w:tc>
          <w:tcPr>
            <w:tcW w:type="dxa" w:w="4762"/>
            <w:vAlign w:val="center"/>
          </w:tcPr>
          <w:p>
            <w:pPr>
              <w:keepNext/>
              <w:jc w:val="left"/>
            </w:pPr>
            <w:r>
              <w:rPr>
                <w:b w:val="0"/>
                <w:sz w:val="19"/>
              </w:rPr>
              <w:t>45 + (7,30 × 30) = 45 + 219</w:t>
            </w:r>
          </w:p>
        </w:tc>
        <w:tc>
          <w:tcPr>
            <w:tcW w:type="dxa" w:w="2154"/>
            <w:vAlign w:val="center"/>
          </w:tcPr>
          <w:p>
            <w:pPr>
              <w:keepNext/>
              <w:jc w:val="center"/>
            </w:pPr>
            <w:r>
              <w:rPr>
                <w:b w:val="0"/>
                <w:sz w:val="19"/>
              </w:rPr>
              <w:t>S/ 264,00</w:t>
            </w:r>
          </w:p>
        </w:tc>
      </w:tr>
      <w:tr>
        <w:trPr>
          <w:cantSplit/>
          <w:trHeight w:val="329"/>
        </w:trPr>
        <w:tc>
          <w:tcPr>
            <w:tcW w:type="dxa" w:w="2948"/>
            <w:vAlign w:val="center"/>
          </w:tcPr>
          <w:p>
            <w:pPr>
              <w:keepNext/>
              <w:jc w:val="left"/>
            </w:pPr>
            <w:r>
              <w:rPr>
                <w:b w:val="0"/>
                <w:sz w:val="19"/>
              </w:rPr>
              <w:t>Costo unitario</w:t>
            </w:r>
          </w:p>
        </w:tc>
        <w:tc>
          <w:tcPr>
            <w:tcW w:type="dxa" w:w="4762"/>
            <w:vAlign w:val="center"/>
          </w:tcPr>
          <w:p>
            <w:pPr>
              <w:keepNext/>
              <w:jc w:val="left"/>
            </w:pPr>
            <w:r>
              <w:rPr>
                <w:b w:val="0"/>
                <w:sz w:val="19"/>
              </w:rPr>
              <w:t>264 ÷ 30</w:t>
            </w:r>
          </w:p>
        </w:tc>
        <w:tc>
          <w:tcPr>
            <w:tcW w:type="dxa" w:w="2154"/>
            <w:vAlign w:val="center"/>
          </w:tcPr>
          <w:p>
            <w:pPr>
              <w:keepNext/>
              <w:jc w:val="center"/>
            </w:pPr>
            <w:r>
              <w:rPr>
                <w:b w:val="0"/>
                <w:sz w:val="19"/>
              </w:rPr>
              <w:t>S/ 8,80</w:t>
            </w:r>
          </w:p>
        </w:tc>
      </w:tr>
      <w:tr>
        <w:trPr>
          <w:cantSplit/>
          <w:trHeight w:val="329"/>
        </w:trPr>
        <w:tc>
          <w:tcPr>
            <w:tcW w:type="dxa" w:w="2948"/>
            <w:vAlign w:val="center"/>
          </w:tcPr>
          <w:p>
            <w:pPr>
              <w:keepNext/>
              <w:jc w:val="left"/>
            </w:pPr>
            <w:r>
              <w:rPr>
                <w:b w:val="0"/>
                <w:sz w:val="19"/>
              </w:rPr>
              <w:t>Precio de venta</w:t>
            </w:r>
          </w:p>
        </w:tc>
        <w:tc>
          <w:tcPr>
            <w:tcW w:type="dxa" w:w="4762"/>
            <w:vAlign w:val="center"/>
          </w:tcPr>
          <w:p>
            <w:pPr>
              <w:keepNext/>
              <w:jc w:val="left"/>
            </w:pPr>
            <w:r>
              <w:rPr>
                <w:b w:val="0"/>
                <w:sz w:val="19"/>
              </w:rPr>
              <w:t>Precio de bolsos similares: S/ 15 a S/ 20</w:t>
            </w:r>
          </w:p>
        </w:tc>
        <w:tc>
          <w:tcPr>
            <w:tcW w:type="dxa" w:w="2154"/>
            <w:vAlign w:val="center"/>
          </w:tcPr>
          <w:p>
            <w:pPr>
              <w:keepNext/>
              <w:jc w:val="center"/>
            </w:pPr>
            <w:r>
              <w:rPr>
                <w:b w:val="0"/>
                <w:sz w:val="19"/>
              </w:rPr>
              <w:t>S/ 15,00</w:t>
            </w:r>
          </w:p>
        </w:tc>
      </w:tr>
      <w:tr>
        <w:trPr>
          <w:cantSplit/>
          <w:trHeight w:val="329"/>
        </w:trPr>
        <w:tc>
          <w:tcPr>
            <w:tcW w:type="dxa" w:w="2948"/>
            <w:vAlign w:val="center"/>
          </w:tcPr>
          <w:p>
            <w:pPr>
              <w:keepNext/>
              <w:jc w:val="left"/>
            </w:pPr>
            <w:r>
              <w:rPr>
                <w:b w:val="0"/>
                <w:sz w:val="19"/>
              </w:rPr>
              <w:t>Ganancia por bolso</w:t>
            </w:r>
          </w:p>
        </w:tc>
        <w:tc>
          <w:tcPr>
            <w:tcW w:type="dxa" w:w="4762"/>
            <w:vAlign w:val="center"/>
          </w:tcPr>
          <w:p>
            <w:pPr>
              <w:keepNext/>
              <w:jc w:val="left"/>
            </w:pPr>
            <w:r>
              <w:rPr>
                <w:b w:val="0"/>
                <w:sz w:val="19"/>
              </w:rPr>
              <w:t>15,00 – 8,80</w:t>
            </w:r>
          </w:p>
        </w:tc>
        <w:tc>
          <w:tcPr>
            <w:tcW w:type="dxa" w:w="2154"/>
            <w:vAlign w:val="center"/>
          </w:tcPr>
          <w:p>
            <w:pPr>
              <w:keepNext/>
              <w:jc w:val="center"/>
            </w:pPr>
            <w:r>
              <w:rPr>
                <w:b w:val="0"/>
                <w:sz w:val="19"/>
              </w:rPr>
              <w:t>S/ 6,20</w:t>
            </w:r>
          </w:p>
        </w:tc>
      </w:tr>
      <w:tr>
        <w:trPr>
          <w:cantSplit/>
          <w:trHeight w:val="329"/>
        </w:trPr>
        <w:tc>
          <w:tcPr>
            <w:tcW w:type="dxa" w:w="2948"/>
            <w:vAlign w:val="center"/>
          </w:tcPr>
          <w:p>
            <w:pPr>
              <w:keepNext/>
              <w:jc w:val="left"/>
            </w:pPr>
            <w:r>
              <w:rPr>
                <w:b w:val="0"/>
                <w:sz w:val="19"/>
              </w:rPr>
              <w:t>Ganancia esperada (30 bolsos)</w:t>
            </w:r>
          </w:p>
        </w:tc>
        <w:tc>
          <w:tcPr>
            <w:tcW w:type="dxa" w:w="4762"/>
            <w:vAlign w:val="center"/>
          </w:tcPr>
          <w:p>
            <w:pPr>
              <w:keepNext/>
              <w:jc w:val="left"/>
            </w:pPr>
            <w:r>
              <w:rPr>
                <w:b w:val="0"/>
                <w:sz w:val="19"/>
              </w:rPr>
              <w:t>(15 × 30) – 264 = 450 – 264</w:t>
            </w:r>
          </w:p>
        </w:tc>
        <w:tc>
          <w:tcPr>
            <w:tcW w:type="dxa" w:w="2154"/>
            <w:vAlign w:val="center"/>
          </w:tcPr>
          <w:p>
            <w:pPr>
              <w:keepNext/>
              <w:jc w:val="center"/>
            </w:pPr>
            <w:r>
              <w:rPr>
                <w:b w:val="0"/>
                <w:sz w:val="19"/>
              </w:rPr>
              <w:t>S/ 186,00</w:t>
            </w:r>
          </w:p>
        </w:tc>
      </w:tr>
      <w:tr>
        <w:trPr>
          <w:cantSplit/>
          <w:trHeight w:val="329"/>
        </w:trPr>
        <w:tc>
          <w:tcPr>
            <w:tcW w:type="dxa" w:w="2948"/>
            <w:vAlign w:val="center"/>
          </w:tcPr>
          <w:p>
            <w:pPr>
              <w:jc w:val="left"/>
            </w:pPr>
            <w:r>
              <w:rPr>
                <w:b w:val="0"/>
                <w:sz w:val="19"/>
              </w:rPr>
              <w:t>Punto de equilibrio</w:t>
            </w:r>
          </w:p>
        </w:tc>
        <w:tc>
          <w:tcPr>
            <w:tcW w:type="dxa" w:w="4762"/>
            <w:vAlign w:val="center"/>
          </w:tcPr>
          <w:p>
            <w:pPr>
              <w:jc w:val="left"/>
            </w:pPr>
            <w:r>
              <w:rPr>
                <w:b w:val="0"/>
                <w:sz w:val="19"/>
              </w:rPr>
              <w:t>45 ÷ (15 – 7,30) = 45 ÷ 7,70 = 5,8</w:t>
            </w:r>
          </w:p>
        </w:tc>
        <w:tc>
          <w:tcPr>
            <w:tcW w:type="dxa" w:w="2154"/>
            <w:vAlign w:val="center"/>
          </w:tcPr>
          <w:p>
            <w:pPr>
              <w:jc w:val="center"/>
            </w:pPr>
            <w:r>
              <w:rPr>
                <w:b w:val="0"/>
                <w:sz w:val="19"/>
              </w:rPr>
              <w:t>6 bolsos</w:t>
            </w:r>
          </w:p>
        </w:tc>
      </w:tr>
    </w:tbl>
    <w:p>
      <w:pPr>
        <w:spacing w:after="0" w:line="60" w:lineRule="exact"/>
      </w:pPr>
      <w:r/>
    </w:p>
    <w:tbl>
      <w:tblPr>
        <w:tblW w:type="auto" w:w="0"/>
        <w:jc w:val="center"/>
        <w:tblLayout w:type="fixed"/>
        <w:tblLook w:firstColumn="1" w:firstRow="1" w:lastColumn="0" w:lastRow="0" w:noHBand="0" w:noVBand="1" w:val="04A0"/>
        <w:tblBorders>
          <w:top w:val="single" w:sz="4" w:space="0" w:color="1F4E79"/>
          <w:left w:val="single" w:sz="4" w:space="0" w:color="1F4E79"/>
          <w:bottom w:val="single" w:sz="4" w:space="0" w:color="1F4E79"/>
          <w:right w:val="single" w:sz="4" w:space="0" w:color="1F4E79"/>
          <w:insideH w:val="nil"/>
          <w:insideV w:val="nil"/>
        </w:tblBorders>
      </w:tblPr>
      <w:tblGrid>
        <w:gridCol w:w="9865"/>
      </w:tblGrid>
      <w:tr>
        <w:tc>
          <w:tcPr>
            <w:tcW w:type="dxa" w:w="9865"/>
            <w:shd w:val="clear" w:color="auto" w:fill="E2EFDA"/>
          </w:tcPr>
          <w:p>
            <w:pPr>
              <w:spacing w:after="40"/>
              <w:jc w:val="both"/>
            </w:pPr>
            <w:r>
              <w:rPr>
                <w:b/>
                <w:sz w:val="20"/>
              </w:rPr>
              <w:t>Punto de equilibrio = Costos fijos ÷ (Precio de venta – Costo variable por bolso)</w:t>
            </w:r>
          </w:p>
          <w:p>
            <w:pPr>
              <w:spacing w:after="40"/>
              <w:jc w:val="both"/>
            </w:pPr>
            <w:r>
              <w:rPr>
                <w:b w:val="0"/>
                <w:sz w:val="20"/>
              </w:rPr>
              <w:t>Es la cantidad mínima de bolsos que debemos vender para no perder dinero. Cada bolso vendido después de ese número nos deja ganancia.</w:t>
            </w:r>
          </w:p>
        </w:tc>
      </w:tr>
    </w:tbl>
    <w:p>
      <w:pPr>
        <w:spacing w:after="0" w:line="100" w:lineRule="exact"/>
      </w:pPr>
      <w:r/>
    </w:p>
    <w:p>
      <w:pPr>
        <w:keepNext/>
        <w:spacing w:after="40" w:before="120"/>
        <w:jc w:val="left"/>
      </w:pPr>
      <w:r>
        <w:rPr>
          <w:b/>
          <w:color w:val="1F4E79"/>
          <w:sz w:val="22"/>
        </w:rPr>
        <w:t xml:space="preserve">ACTIVIDAD 2: </w:t>
      </w:r>
      <w:r>
        <w:rPr>
          <w:b/>
          <w:color w:val="1F4E79"/>
          <w:sz w:val="22"/>
        </w:rPr>
        <w:t>HOJA DE COSTOS DE NUESTRA AGENCIA</w:t>
      </w:r>
    </w:p>
    <w:p>
      <w:pPr>
        <w:keepNext/>
        <w:spacing w:after="60" w:before="0"/>
        <w:jc w:val="both"/>
      </w:pPr>
      <w:r>
        <w:rPr>
          <w:b/>
        </w:rPr>
        <w:t xml:space="preserve">Cantidad de bolsos que produciremos: </w:t>
      </w:r>
      <w:r>
        <w:rPr>
          <w:b w:val="0"/>
        </w:rPr>
        <w:t>________</w:t>
      </w:r>
    </w:p>
    <w:p>
      <w:pPr>
        <w:keepNext/>
        <w:spacing w:after="40" w:before="0"/>
        <w:jc w:val="both"/>
      </w:pPr>
      <w:r>
        <w:rPr>
          <w:b/>
        </w:rPr>
        <w:t>a) Costos variables (por bolso)</w:t>
      </w:r>
    </w:p>
    <w:tbl>
      <w:tblPr>
        <w:tblStyle w:val="TableGrid"/>
        <w:tblW w:type="auto" w:w="0"/>
        <w:jc w:val="center"/>
        <w:tblLayout w:type="fixed"/>
        <w:tblLook w:firstColumn="1" w:firstRow="1" w:lastColumn="0" w:lastRow="0" w:noHBand="0" w:noVBand="1" w:val="04A0"/>
      </w:tblPr>
      <w:tblGrid>
        <w:gridCol w:w="3061"/>
        <w:gridCol w:w="1361"/>
        <w:gridCol w:w="1814"/>
        <w:gridCol w:w="1814"/>
        <w:gridCol w:w="1814"/>
      </w:tblGrid>
      <w:tr>
        <w:trPr>
          <w:cantSplit/>
          <w:trHeight w:val="317"/>
          <w:tblHeader/>
        </w:trPr>
        <w:tc>
          <w:tcPr>
            <w:tcW w:type="dxa" w:w="3061"/>
            <w:vAlign w:val="center"/>
            <w:shd w:val="clear" w:color="auto" w:fill="DEEAF6"/>
          </w:tcPr>
          <w:p>
            <w:pPr>
              <w:keepNext/>
              <w:jc w:val="center"/>
            </w:pPr>
            <w:r>
              <w:rPr>
                <w:b/>
                <w:sz w:val="19"/>
              </w:rPr>
              <w:t>Material</w:t>
            </w:r>
          </w:p>
        </w:tc>
        <w:tc>
          <w:tcPr>
            <w:tcW w:type="dxa" w:w="1361"/>
            <w:vAlign w:val="center"/>
            <w:shd w:val="clear" w:color="auto" w:fill="DEEAF6"/>
          </w:tcPr>
          <w:p>
            <w:pPr>
              <w:keepNext/>
              <w:jc w:val="center"/>
            </w:pPr>
            <w:r>
              <w:rPr>
                <w:b/>
                <w:sz w:val="19"/>
              </w:rPr>
              <w:t>Unidad</w:t>
            </w:r>
          </w:p>
        </w:tc>
        <w:tc>
          <w:tcPr>
            <w:tcW w:type="dxa" w:w="1814"/>
            <w:vAlign w:val="center"/>
            <w:shd w:val="clear" w:color="auto" w:fill="DEEAF6"/>
          </w:tcPr>
          <w:p>
            <w:pPr>
              <w:keepNext/>
              <w:jc w:val="center"/>
            </w:pPr>
            <w:r>
              <w:rPr>
                <w:b/>
                <w:sz w:val="19"/>
              </w:rPr>
              <w:t>Cantidad por bolso</w:t>
            </w:r>
          </w:p>
        </w:tc>
        <w:tc>
          <w:tcPr>
            <w:tcW w:type="dxa" w:w="1814"/>
            <w:vAlign w:val="center"/>
            <w:shd w:val="clear" w:color="auto" w:fill="DEEAF6"/>
          </w:tcPr>
          <w:p>
            <w:pPr>
              <w:keepNext/>
              <w:jc w:val="center"/>
            </w:pPr>
            <w:r>
              <w:rPr>
                <w:b/>
                <w:sz w:val="19"/>
              </w:rPr>
              <w:t>Precio unitario (S/)</w:t>
            </w:r>
          </w:p>
        </w:tc>
        <w:tc>
          <w:tcPr>
            <w:tcW w:type="dxa" w:w="1814"/>
            <w:vAlign w:val="center"/>
            <w:shd w:val="clear" w:color="auto" w:fill="DEEAF6"/>
          </w:tcPr>
          <w:p>
            <w:pPr>
              <w:keepNext/>
              <w:jc w:val="center"/>
            </w:pPr>
            <w:r>
              <w:rPr>
                <w:b/>
                <w:sz w:val="19"/>
              </w:rPr>
              <w:t>Costo por bolso (S/)</w:t>
            </w:r>
          </w:p>
        </w:tc>
      </w:tr>
      <w:tr>
        <w:trPr>
          <w:cantSplit/>
          <w:trHeight w:val="317"/>
        </w:trPr>
        <w:tc>
          <w:tcPr>
            <w:tcW w:type="dxa" w:w="3061"/>
            <w:vAlign w:val="center"/>
          </w:tcPr>
          <w:p>
            <w:pPr>
              <w:keepNext/>
              <w:jc w:val="left"/>
            </w:pPr>
            <w:r>
              <w:rPr>
                <w:b w:val="0"/>
                <w:sz w:val="19"/>
              </w:rPr>
              <w:t>Tela</w:t>
            </w:r>
          </w:p>
        </w:tc>
        <w:tc>
          <w:tcPr>
            <w:tcW w:type="dxa" w:w="1361"/>
            <w:vAlign w:val="center"/>
          </w:tcPr>
          <w:p>
            <w:pPr>
              <w:keepNext/>
              <w:jc w:val="left"/>
            </w:pPr>
            <w:r>
              <w:rPr>
                <w:b w:val="0"/>
                <w:sz w:val="19"/>
              </w:rPr>
              <w:t>metro</w:t>
            </w:r>
          </w:p>
        </w:tc>
        <w:tc>
          <w:tcPr>
            <w:tcW w:type="dxa" w:w="1814"/>
            <w:vAlign w:val="center"/>
          </w:tcPr>
          <w:p>
            <w:pPr>
              <w:keepNext/>
              <w:jc w:val="left"/>
            </w:pPr>
            <w:r>
              <w:rPr>
                <w:b w:val="0"/>
                <w:sz w:val="19"/>
              </w:rPr>
            </w:r>
          </w:p>
        </w:tc>
        <w:tc>
          <w:tcPr>
            <w:tcW w:type="dxa" w:w="1814"/>
            <w:vAlign w:val="center"/>
          </w:tcPr>
          <w:p>
            <w:pPr>
              <w:keepNext/>
              <w:jc w:val="left"/>
            </w:pPr>
            <w:r>
              <w:rPr>
                <w:b w:val="0"/>
                <w:sz w:val="19"/>
              </w:rPr>
            </w:r>
          </w:p>
        </w:tc>
        <w:tc>
          <w:tcPr>
            <w:tcW w:type="dxa" w:w="1814"/>
            <w:vAlign w:val="center"/>
          </w:tcPr>
          <w:p>
            <w:pPr>
              <w:keepNext/>
              <w:jc w:val="left"/>
            </w:pPr>
            <w:r>
              <w:rPr>
                <w:b w:val="0"/>
                <w:sz w:val="19"/>
              </w:rPr>
            </w:r>
          </w:p>
        </w:tc>
      </w:tr>
      <w:tr>
        <w:trPr>
          <w:cantSplit/>
          <w:trHeight w:val="317"/>
        </w:trPr>
        <w:tc>
          <w:tcPr>
            <w:tcW w:type="dxa" w:w="3061"/>
            <w:vAlign w:val="center"/>
          </w:tcPr>
          <w:p>
            <w:pPr>
              <w:keepNext/>
              <w:jc w:val="left"/>
            </w:pPr>
            <w:r>
              <w:rPr>
                <w:b w:val="0"/>
                <w:sz w:val="19"/>
              </w:rPr>
              <w:t>Hilo</w:t>
            </w:r>
          </w:p>
        </w:tc>
        <w:tc>
          <w:tcPr>
            <w:tcW w:type="dxa" w:w="1361"/>
            <w:vAlign w:val="center"/>
          </w:tcPr>
          <w:p>
            <w:pPr>
              <w:keepNext/>
              <w:jc w:val="left"/>
            </w:pPr>
            <w:r>
              <w:rPr>
                <w:b w:val="0"/>
                <w:sz w:val="19"/>
              </w:rPr>
              <w:t>cono</w:t>
            </w:r>
          </w:p>
        </w:tc>
        <w:tc>
          <w:tcPr>
            <w:tcW w:type="dxa" w:w="1814"/>
            <w:vAlign w:val="center"/>
          </w:tcPr>
          <w:p>
            <w:pPr>
              <w:keepNext/>
              <w:jc w:val="left"/>
            </w:pPr>
            <w:r>
              <w:rPr>
                <w:b w:val="0"/>
                <w:sz w:val="19"/>
              </w:rPr>
            </w:r>
          </w:p>
        </w:tc>
        <w:tc>
          <w:tcPr>
            <w:tcW w:type="dxa" w:w="1814"/>
            <w:vAlign w:val="center"/>
          </w:tcPr>
          <w:p>
            <w:pPr>
              <w:keepNext/>
              <w:jc w:val="left"/>
            </w:pPr>
            <w:r>
              <w:rPr>
                <w:b w:val="0"/>
                <w:sz w:val="19"/>
              </w:rPr>
            </w:r>
          </w:p>
        </w:tc>
        <w:tc>
          <w:tcPr>
            <w:tcW w:type="dxa" w:w="1814"/>
            <w:vAlign w:val="center"/>
          </w:tcPr>
          <w:p>
            <w:pPr>
              <w:keepNext/>
              <w:jc w:val="left"/>
            </w:pPr>
            <w:r>
              <w:rPr>
                <w:b w:val="0"/>
                <w:sz w:val="19"/>
              </w:rPr>
            </w:r>
          </w:p>
        </w:tc>
      </w:tr>
      <w:tr>
        <w:trPr>
          <w:cantSplit/>
          <w:trHeight w:val="317"/>
        </w:trPr>
        <w:tc>
          <w:tcPr>
            <w:tcW w:type="dxa" w:w="3061"/>
            <w:vAlign w:val="center"/>
          </w:tcPr>
          <w:p>
            <w:pPr>
              <w:keepNext/>
              <w:jc w:val="left"/>
            </w:pPr>
            <w:r>
              <w:rPr>
                <w:b w:val="0"/>
                <w:sz w:val="19"/>
              </w:rPr>
              <w:t>Cinta para asas</w:t>
            </w:r>
          </w:p>
        </w:tc>
        <w:tc>
          <w:tcPr>
            <w:tcW w:type="dxa" w:w="1361"/>
            <w:vAlign w:val="center"/>
          </w:tcPr>
          <w:p>
            <w:pPr>
              <w:keepNext/>
              <w:jc w:val="left"/>
            </w:pPr>
            <w:r>
              <w:rPr>
                <w:b w:val="0"/>
                <w:sz w:val="19"/>
              </w:rPr>
              <w:t>metro</w:t>
            </w:r>
          </w:p>
        </w:tc>
        <w:tc>
          <w:tcPr>
            <w:tcW w:type="dxa" w:w="1814"/>
            <w:vAlign w:val="center"/>
          </w:tcPr>
          <w:p>
            <w:pPr>
              <w:keepNext/>
              <w:jc w:val="left"/>
            </w:pPr>
            <w:r>
              <w:rPr>
                <w:b w:val="0"/>
                <w:sz w:val="19"/>
              </w:rPr>
            </w:r>
          </w:p>
        </w:tc>
        <w:tc>
          <w:tcPr>
            <w:tcW w:type="dxa" w:w="1814"/>
            <w:vAlign w:val="center"/>
          </w:tcPr>
          <w:p>
            <w:pPr>
              <w:keepNext/>
              <w:jc w:val="left"/>
            </w:pPr>
            <w:r>
              <w:rPr>
                <w:b w:val="0"/>
                <w:sz w:val="19"/>
              </w:rPr>
            </w:r>
          </w:p>
        </w:tc>
        <w:tc>
          <w:tcPr>
            <w:tcW w:type="dxa" w:w="1814"/>
            <w:vAlign w:val="center"/>
          </w:tcPr>
          <w:p>
            <w:pPr>
              <w:keepNext/>
              <w:jc w:val="left"/>
            </w:pPr>
            <w:r>
              <w:rPr>
                <w:b w:val="0"/>
                <w:sz w:val="19"/>
              </w:rPr>
            </w:r>
          </w:p>
        </w:tc>
      </w:tr>
      <w:tr>
        <w:trPr>
          <w:cantSplit/>
          <w:trHeight w:val="317"/>
        </w:trPr>
        <w:tc>
          <w:tcPr>
            <w:tcW w:type="dxa" w:w="3061"/>
            <w:vAlign w:val="center"/>
          </w:tcPr>
          <w:p>
            <w:pPr>
              <w:keepNext/>
              <w:jc w:val="left"/>
            </w:pPr>
            <w:r>
              <w:rPr>
                <w:b w:val="0"/>
                <w:sz w:val="19"/>
              </w:rPr>
              <w:t>Vinil, pintura o retazos</w:t>
            </w:r>
          </w:p>
        </w:tc>
        <w:tc>
          <w:tcPr>
            <w:tcW w:type="dxa" w:w="1361"/>
            <w:vAlign w:val="center"/>
          </w:tcPr>
          <w:p>
            <w:pPr>
              <w:keepNext/>
              <w:jc w:val="left"/>
            </w:pPr>
            <w:r>
              <w:rPr>
                <w:b w:val="0"/>
                <w:sz w:val="19"/>
              </w:rPr>
            </w:r>
          </w:p>
        </w:tc>
        <w:tc>
          <w:tcPr>
            <w:tcW w:type="dxa" w:w="1814"/>
            <w:vAlign w:val="center"/>
          </w:tcPr>
          <w:p>
            <w:pPr>
              <w:keepNext/>
              <w:jc w:val="left"/>
            </w:pPr>
            <w:r>
              <w:rPr>
                <w:b w:val="0"/>
                <w:sz w:val="19"/>
              </w:rPr>
            </w:r>
          </w:p>
        </w:tc>
        <w:tc>
          <w:tcPr>
            <w:tcW w:type="dxa" w:w="1814"/>
            <w:vAlign w:val="center"/>
          </w:tcPr>
          <w:p>
            <w:pPr>
              <w:keepNext/>
              <w:jc w:val="left"/>
            </w:pPr>
            <w:r>
              <w:rPr>
                <w:b w:val="0"/>
                <w:sz w:val="19"/>
              </w:rPr>
            </w:r>
          </w:p>
        </w:tc>
        <w:tc>
          <w:tcPr>
            <w:tcW w:type="dxa" w:w="1814"/>
            <w:vAlign w:val="center"/>
          </w:tcPr>
          <w:p>
            <w:pPr>
              <w:keepNext/>
              <w:jc w:val="left"/>
            </w:pPr>
            <w:r>
              <w:rPr>
                <w:b w:val="0"/>
                <w:sz w:val="19"/>
              </w:rPr>
            </w:r>
          </w:p>
        </w:tc>
      </w:tr>
      <w:tr>
        <w:trPr>
          <w:cantSplit/>
          <w:trHeight w:val="317"/>
        </w:trPr>
        <w:tc>
          <w:tcPr>
            <w:tcW w:type="dxa" w:w="3061"/>
            <w:vAlign w:val="center"/>
          </w:tcPr>
          <w:p>
            <w:pPr>
              <w:keepNext/>
              <w:jc w:val="left"/>
            </w:pPr>
            <w:r>
              <w:rPr>
                <w:b w:val="0"/>
                <w:sz w:val="19"/>
              </w:rPr>
              <w:t>Etiqueta</w:t>
            </w:r>
          </w:p>
        </w:tc>
        <w:tc>
          <w:tcPr>
            <w:tcW w:type="dxa" w:w="1361"/>
            <w:vAlign w:val="center"/>
          </w:tcPr>
          <w:p>
            <w:pPr>
              <w:keepNext/>
              <w:jc w:val="left"/>
            </w:pPr>
            <w:r>
              <w:rPr>
                <w:b w:val="0"/>
                <w:sz w:val="19"/>
              </w:rPr>
              <w:t>unidad</w:t>
            </w:r>
          </w:p>
        </w:tc>
        <w:tc>
          <w:tcPr>
            <w:tcW w:type="dxa" w:w="1814"/>
            <w:vAlign w:val="center"/>
          </w:tcPr>
          <w:p>
            <w:pPr>
              <w:keepNext/>
              <w:jc w:val="left"/>
            </w:pPr>
            <w:r>
              <w:rPr>
                <w:b w:val="0"/>
                <w:sz w:val="19"/>
              </w:rPr>
            </w:r>
          </w:p>
        </w:tc>
        <w:tc>
          <w:tcPr>
            <w:tcW w:type="dxa" w:w="1814"/>
            <w:vAlign w:val="center"/>
          </w:tcPr>
          <w:p>
            <w:pPr>
              <w:keepNext/>
              <w:jc w:val="left"/>
            </w:pPr>
            <w:r>
              <w:rPr>
                <w:b w:val="0"/>
                <w:sz w:val="19"/>
              </w:rPr>
            </w:r>
          </w:p>
        </w:tc>
        <w:tc>
          <w:tcPr>
            <w:tcW w:type="dxa" w:w="1814"/>
            <w:vAlign w:val="center"/>
          </w:tcPr>
          <w:p>
            <w:pPr>
              <w:keepNext/>
              <w:jc w:val="left"/>
            </w:pPr>
            <w:r>
              <w:rPr>
                <w:b w:val="0"/>
                <w:sz w:val="19"/>
              </w:rPr>
            </w:r>
          </w:p>
        </w:tc>
      </w:tr>
      <w:tr>
        <w:trPr>
          <w:cantSplit/>
          <w:trHeight w:val="317"/>
        </w:trPr>
        <w:tc>
          <w:tcPr>
            <w:tcW w:type="dxa" w:w="3061"/>
            <w:vAlign w:val="center"/>
          </w:tcPr>
          <w:p>
            <w:pPr>
              <w:keepNext/>
              <w:jc w:val="left"/>
            </w:pPr>
            <w:r>
              <w:rPr>
                <w:b w:val="0"/>
                <w:sz w:val="19"/>
              </w:rPr>
            </w:r>
          </w:p>
        </w:tc>
        <w:tc>
          <w:tcPr>
            <w:tcW w:type="dxa" w:w="1361"/>
            <w:vAlign w:val="center"/>
          </w:tcPr>
          <w:p>
            <w:pPr>
              <w:keepNext/>
              <w:jc w:val="left"/>
            </w:pPr>
            <w:r>
              <w:rPr>
                <w:b w:val="0"/>
                <w:sz w:val="19"/>
              </w:rPr>
            </w:r>
          </w:p>
        </w:tc>
        <w:tc>
          <w:tcPr>
            <w:tcW w:type="dxa" w:w="1814"/>
            <w:vAlign w:val="center"/>
          </w:tcPr>
          <w:p>
            <w:pPr>
              <w:keepNext/>
              <w:jc w:val="left"/>
            </w:pPr>
            <w:r>
              <w:rPr>
                <w:b w:val="0"/>
                <w:sz w:val="19"/>
              </w:rPr>
            </w:r>
          </w:p>
        </w:tc>
        <w:tc>
          <w:tcPr>
            <w:tcW w:type="dxa" w:w="1814"/>
            <w:vAlign w:val="center"/>
          </w:tcPr>
          <w:p>
            <w:pPr>
              <w:keepNext/>
              <w:jc w:val="left"/>
            </w:pPr>
            <w:r>
              <w:rPr>
                <w:b w:val="0"/>
                <w:sz w:val="19"/>
              </w:rPr>
            </w:r>
          </w:p>
        </w:tc>
        <w:tc>
          <w:tcPr>
            <w:tcW w:type="dxa" w:w="1814"/>
            <w:vAlign w:val="center"/>
          </w:tcPr>
          <w:p>
            <w:pPr>
              <w:keepNext/>
              <w:jc w:val="left"/>
            </w:pPr>
            <w:r>
              <w:rPr>
                <w:b w:val="0"/>
                <w:sz w:val="19"/>
              </w:rPr>
            </w:r>
          </w:p>
        </w:tc>
      </w:tr>
      <w:tr>
        <w:trPr>
          <w:cantSplit/>
          <w:trHeight w:val="317"/>
        </w:trPr>
        <w:tc>
          <w:tcPr>
            <w:tcW w:type="dxa" w:w="8050"/>
            <w:gridSpan w:val="4"/>
            <w:vAlign w:val="center"/>
          </w:tcPr>
          <w:p>
            <w:pPr>
              <w:jc w:val="left"/>
            </w:pPr>
            <w:r>
              <w:rPr>
                <w:b/>
                <w:sz w:val="19"/>
              </w:rPr>
              <w:t>COSTO VARIABLE POR BOLSO</w:t>
            </w:r>
          </w:p>
        </w:tc>
        <w:tc>
          <w:tcPr>
            <w:tcW w:type="dxa" w:w="1814"/>
            <w:vAlign w:val="center"/>
          </w:tcPr>
          <w:p>
            <w:pPr>
              <w:jc w:val="left"/>
            </w:pPr>
            <w:r>
              <w:rPr>
                <w:b w:val="0"/>
                <w:sz w:val="19"/>
              </w:rPr>
            </w:r>
          </w:p>
        </w:tc>
      </w:tr>
    </w:tbl>
    <w:p>
      <w:pPr>
        <w:spacing w:after="0" w:line="60" w:lineRule="exact"/>
      </w:pPr>
      <w:r/>
    </w:p>
    <w:p>
      <w:pPr>
        <w:keepNext/>
        <w:spacing w:after="40" w:before="0"/>
        <w:jc w:val="both"/>
      </w:pPr>
      <w:r>
        <w:rPr>
          <w:b/>
        </w:rPr>
        <w:t>b) Costos fijos</w:t>
      </w:r>
    </w:p>
    <w:tbl>
      <w:tblPr>
        <w:tblStyle w:val="TableGrid"/>
        <w:tblW w:type="auto" w:w="0"/>
        <w:jc w:val="center"/>
        <w:tblLayout w:type="fixed"/>
        <w:tblLook w:firstColumn="1" w:firstRow="1" w:lastColumn="0" w:lastRow="0" w:noHBand="0" w:noVBand="1" w:val="04A0"/>
      </w:tblPr>
      <w:tblGrid>
        <w:gridCol w:w="7030"/>
        <w:gridCol w:w="2835"/>
      </w:tblGrid>
      <w:tr>
        <w:trPr>
          <w:cantSplit/>
          <w:trHeight w:val="317"/>
          <w:tblHeader/>
        </w:trPr>
        <w:tc>
          <w:tcPr>
            <w:tcW w:type="dxa" w:w="7030"/>
            <w:vAlign w:val="center"/>
            <w:shd w:val="clear" w:color="auto" w:fill="DEEAF6"/>
          </w:tcPr>
          <w:p>
            <w:pPr>
              <w:keepNext/>
              <w:jc w:val="center"/>
            </w:pPr>
            <w:r>
              <w:rPr>
                <w:b/>
                <w:sz w:val="19"/>
              </w:rPr>
              <w:t>Concepto</w:t>
            </w:r>
          </w:p>
        </w:tc>
        <w:tc>
          <w:tcPr>
            <w:tcW w:type="dxa" w:w="2835"/>
            <w:vAlign w:val="center"/>
            <w:shd w:val="clear" w:color="auto" w:fill="DEEAF6"/>
          </w:tcPr>
          <w:p>
            <w:pPr>
              <w:keepNext/>
              <w:jc w:val="center"/>
            </w:pPr>
            <w:r>
              <w:rPr>
                <w:b/>
                <w:sz w:val="19"/>
              </w:rPr>
              <w:t>Monto (S/)</w:t>
            </w:r>
          </w:p>
        </w:tc>
      </w:tr>
      <w:tr>
        <w:trPr>
          <w:cantSplit/>
          <w:trHeight w:val="317"/>
        </w:trPr>
        <w:tc>
          <w:tcPr>
            <w:tcW w:type="dxa" w:w="7030"/>
            <w:vAlign w:val="center"/>
          </w:tcPr>
          <w:p>
            <w:pPr>
              <w:keepNext/>
              <w:jc w:val="left"/>
            </w:pPr>
            <w:r>
              <w:rPr>
                <w:b w:val="0"/>
                <w:sz w:val="19"/>
              </w:rPr>
              <w:t>Transporte para comprar materiales</w:t>
            </w:r>
          </w:p>
        </w:tc>
        <w:tc>
          <w:tcPr>
            <w:tcW w:type="dxa" w:w="2835"/>
            <w:vAlign w:val="center"/>
          </w:tcPr>
          <w:p>
            <w:pPr>
              <w:keepNext/>
              <w:jc w:val="left"/>
            </w:pPr>
            <w:r>
              <w:rPr>
                <w:b w:val="0"/>
                <w:sz w:val="19"/>
              </w:rPr>
            </w:r>
          </w:p>
        </w:tc>
      </w:tr>
      <w:tr>
        <w:trPr>
          <w:cantSplit/>
          <w:trHeight w:val="317"/>
        </w:trPr>
        <w:tc>
          <w:tcPr>
            <w:tcW w:type="dxa" w:w="7030"/>
            <w:vAlign w:val="center"/>
          </w:tcPr>
          <w:p>
            <w:pPr>
              <w:keepNext/>
              <w:jc w:val="left"/>
            </w:pPr>
            <w:r>
              <w:rPr>
                <w:b w:val="0"/>
                <w:sz w:val="19"/>
              </w:rPr>
              <w:t>Uso o alquiler de la máquina de coser</w:t>
            </w:r>
          </w:p>
        </w:tc>
        <w:tc>
          <w:tcPr>
            <w:tcW w:type="dxa" w:w="2835"/>
            <w:vAlign w:val="center"/>
          </w:tcPr>
          <w:p>
            <w:pPr>
              <w:keepNext/>
              <w:jc w:val="left"/>
            </w:pPr>
            <w:r>
              <w:rPr>
                <w:b w:val="0"/>
                <w:sz w:val="19"/>
              </w:rPr>
            </w:r>
          </w:p>
        </w:tc>
      </w:tr>
      <w:tr>
        <w:trPr>
          <w:cantSplit/>
          <w:trHeight w:val="317"/>
        </w:trPr>
        <w:tc>
          <w:tcPr>
            <w:tcW w:type="dxa" w:w="7030"/>
            <w:vAlign w:val="center"/>
          </w:tcPr>
          <w:p>
            <w:pPr>
              <w:keepNext/>
              <w:jc w:val="left"/>
            </w:pPr>
            <w:r>
              <w:rPr>
                <w:b w:val="0"/>
                <w:sz w:val="19"/>
              </w:rPr>
              <w:t>Papel kraft, tiza y alfileres para los moldes</w:t>
            </w:r>
          </w:p>
        </w:tc>
        <w:tc>
          <w:tcPr>
            <w:tcW w:type="dxa" w:w="2835"/>
            <w:vAlign w:val="center"/>
          </w:tcPr>
          <w:p>
            <w:pPr>
              <w:keepNext/>
              <w:jc w:val="left"/>
            </w:pPr>
            <w:r>
              <w:rPr>
                <w:b w:val="0"/>
                <w:sz w:val="19"/>
              </w:rPr>
            </w:r>
          </w:p>
        </w:tc>
      </w:tr>
      <w:tr>
        <w:trPr>
          <w:cantSplit/>
          <w:trHeight w:val="317"/>
        </w:trPr>
        <w:tc>
          <w:tcPr>
            <w:tcW w:type="dxa" w:w="7030"/>
            <w:vAlign w:val="center"/>
          </w:tcPr>
          <w:p>
            <w:pPr>
              <w:keepNext/>
              <w:jc w:val="left"/>
            </w:pPr>
            <w:r>
              <w:rPr>
                <w:b w:val="0"/>
                <w:sz w:val="19"/>
              </w:rPr>
            </w:r>
          </w:p>
        </w:tc>
        <w:tc>
          <w:tcPr>
            <w:tcW w:type="dxa" w:w="2835"/>
            <w:vAlign w:val="center"/>
          </w:tcPr>
          <w:p>
            <w:pPr>
              <w:keepNext/>
              <w:jc w:val="left"/>
            </w:pPr>
            <w:r>
              <w:rPr>
                <w:b w:val="0"/>
                <w:sz w:val="19"/>
              </w:rPr>
            </w:r>
          </w:p>
        </w:tc>
      </w:tr>
      <w:tr>
        <w:trPr>
          <w:cantSplit/>
          <w:trHeight w:val="317"/>
        </w:trPr>
        <w:tc>
          <w:tcPr>
            <w:tcW w:type="dxa" w:w="7030"/>
            <w:vAlign w:val="center"/>
          </w:tcPr>
          <w:p>
            <w:pPr>
              <w:jc w:val="left"/>
            </w:pPr>
            <w:r>
              <w:rPr>
                <w:b/>
                <w:sz w:val="19"/>
              </w:rPr>
              <w:t>TOTAL COSTOS FIJOS</w:t>
            </w:r>
          </w:p>
        </w:tc>
        <w:tc>
          <w:tcPr>
            <w:tcW w:type="dxa" w:w="2835"/>
            <w:vAlign w:val="center"/>
          </w:tcPr>
          <w:p>
            <w:pPr>
              <w:jc w:val="left"/>
            </w:pPr>
            <w:r>
              <w:rPr>
                <w:b w:val="0"/>
                <w:sz w:val="19"/>
              </w:rPr>
            </w:r>
          </w:p>
        </w:tc>
      </w:tr>
    </w:tbl>
    <w:p>
      <w:pPr>
        <w:spacing w:after="0" w:line="60" w:lineRule="exact"/>
      </w:pPr>
      <w:r/>
    </w:p>
    <w:p>
      <w:pPr>
        <w:keepNext/>
        <w:spacing w:after="40" w:before="0"/>
        <w:jc w:val="both"/>
      </w:pPr>
      <w:r>
        <w:rPr>
          <w:b/>
        </w:rPr>
        <w:t>c) Resumen y precio de venta</w:t>
      </w:r>
    </w:p>
    <w:tbl>
      <w:tblPr>
        <w:tblStyle w:val="TableGrid"/>
        <w:tblW w:type="auto" w:w="0"/>
        <w:jc w:val="center"/>
        <w:tblLayout w:type="fixed"/>
        <w:tblLook w:firstColumn="1" w:firstRow="1" w:lastColumn="0" w:lastRow="0" w:noHBand="0" w:noVBand="1" w:val="04A0"/>
      </w:tblPr>
      <w:tblGrid>
        <w:gridCol w:w="3175"/>
        <w:gridCol w:w="4309"/>
        <w:gridCol w:w="2381"/>
      </w:tblGrid>
      <w:tr>
        <w:trPr>
          <w:cantSplit/>
          <w:trHeight w:val="340"/>
          <w:tblHeader/>
        </w:trPr>
        <w:tc>
          <w:tcPr>
            <w:tcW w:type="dxa" w:w="3175"/>
            <w:vAlign w:val="center"/>
            <w:shd w:val="clear" w:color="auto" w:fill="DEEAF6"/>
          </w:tcPr>
          <w:p>
            <w:pPr>
              <w:keepNext/>
              <w:jc w:val="center"/>
            </w:pPr>
            <w:r>
              <w:rPr>
                <w:b/>
                <w:sz w:val="19"/>
              </w:rPr>
              <w:t>Concepto</w:t>
            </w:r>
          </w:p>
        </w:tc>
        <w:tc>
          <w:tcPr>
            <w:tcW w:type="dxa" w:w="4309"/>
            <w:vAlign w:val="center"/>
            <w:shd w:val="clear" w:color="auto" w:fill="DEEAF6"/>
          </w:tcPr>
          <w:p>
            <w:pPr>
              <w:keepNext/>
              <w:jc w:val="center"/>
            </w:pPr>
            <w:r>
              <w:rPr>
                <w:b/>
                <w:sz w:val="19"/>
              </w:rPr>
              <w:t>Cálculo</w:t>
            </w:r>
          </w:p>
        </w:tc>
        <w:tc>
          <w:tcPr>
            <w:tcW w:type="dxa" w:w="2381"/>
            <w:vAlign w:val="center"/>
            <w:shd w:val="clear" w:color="auto" w:fill="DEEAF6"/>
          </w:tcPr>
          <w:p>
            <w:pPr>
              <w:keepNext/>
              <w:jc w:val="center"/>
            </w:pPr>
            <w:r>
              <w:rPr>
                <w:b/>
                <w:sz w:val="19"/>
              </w:rPr>
              <w:t>Resultado</w:t>
            </w:r>
          </w:p>
        </w:tc>
      </w:tr>
      <w:tr>
        <w:trPr>
          <w:cantSplit/>
          <w:trHeight w:val="340"/>
        </w:trPr>
        <w:tc>
          <w:tcPr>
            <w:tcW w:type="dxa" w:w="3175"/>
            <w:vAlign w:val="center"/>
          </w:tcPr>
          <w:p>
            <w:pPr>
              <w:keepNext/>
              <w:jc w:val="left"/>
            </w:pPr>
            <w:r>
              <w:rPr>
                <w:b w:val="0"/>
                <w:sz w:val="19"/>
              </w:rPr>
              <w:t>Costo total</w:t>
            </w:r>
          </w:p>
        </w:tc>
        <w:tc>
          <w:tcPr>
            <w:tcW w:type="dxa" w:w="4309"/>
            <w:vAlign w:val="center"/>
          </w:tcPr>
          <w:p>
            <w:pPr>
              <w:keepNext/>
              <w:jc w:val="left"/>
            </w:pPr>
            <w:r>
              <w:rPr>
                <w:b w:val="0"/>
                <w:sz w:val="19"/>
              </w:rPr>
              <w:t>Costos fijos + (costo variable × N° de bolsos)</w:t>
            </w:r>
          </w:p>
        </w:tc>
        <w:tc>
          <w:tcPr>
            <w:tcW w:type="dxa" w:w="2381"/>
            <w:vAlign w:val="center"/>
          </w:tcPr>
          <w:p>
            <w:pPr>
              <w:keepNext/>
              <w:jc w:val="left"/>
            </w:pPr>
            <w:r>
              <w:rPr>
                <w:b w:val="0"/>
                <w:sz w:val="19"/>
              </w:rPr>
              <w:t>S/</w:t>
            </w:r>
          </w:p>
        </w:tc>
      </w:tr>
      <w:tr>
        <w:trPr>
          <w:cantSplit/>
          <w:trHeight w:val="340"/>
        </w:trPr>
        <w:tc>
          <w:tcPr>
            <w:tcW w:type="dxa" w:w="3175"/>
            <w:vAlign w:val="center"/>
          </w:tcPr>
          <w:p>
            <w:pPr>
              <w:keepNext/>
              <w:jc w:val="left"/>
            </w:pPr>
            <w:r>
              <w:rPr>
                <w:b w:val="0"/>
                <w:sz w:val="19"/>
              </w:rPr>
              <w:t>Costo unitario</w:t>
            </w:r>
          </w:p>
        </w:tc>
        <w:tc>
          <w:tcPr>
            <w:tcW w:type="dxa" w:w="4309"/>
            <w:vAlign w:val="center"/>
          </w:tcPr>
          <w:p>
            <w:pPr>
              <w:keepNext/>
              <w:jc w:val="left"/>
            </w:pPr>
            <w:r>
              <w:rPr>
                <w:b w:val="0"/>
                <w:sz w:val="19"/>
              </w:rPr>
              <w:t>Costo total ÷ N° de bolsos</w:t>
            </w:r>
          </w:p>
        </w:tc>
        <w:tc>
          <w:tcPr>
            <w:tcW w:type="dxa" w:w="2381"/>
            <w:vAlign w:val="center"/>
          </w:tcPr>
          <w:p>
            <w:pPr>
              <w:keepNext/>
              <w:jc w:val="left"/>
            </w:pPr>
            <w:r>
              <w:rPr>
                <w:b w:val="0"/>
                <w:sz w:val="19"/>
              </w:rPr>
              <w:t>S/</w:t>
            </w:r>
          </w:p>
        </w:tc>
      </w:tr>
      <w:tr>
        <w:trPr>
          <w:cantSplit/>
          <w:trHeight w:val="340"/>
        </w:trPr>
        <w:tc>
          <w:tcPr>
            <w:tcW w:type="dxa" w:w="3175"/>
            <w:vAlign w:val="center"/>
          </w:tcPr>
          <w:p>
            <w:pPr>
              <w:keepNext/>
              <w:jc w:val="left"/>
            </w:pPr>
            <w:r>
              <w:rPr>
                <w:b w:val="0"/>
                <w:sz w:val="19"/>
              </w:rPr>
              <w:t>Precio de bolsos similares en Gamarra o en el mercado</w:t>
            </w:r>
          </w:p>
        </w:tc>
        <w:tc>
          <w:tcPr>
            <w:tcW w:type="dxa" w:w="4309"/>
            <w:vAlign w:val="center"/>
          </w:tcPr>
          <w:p>
            <w:pPr>
              <w:keepNext/>
              <w:jc w:val="left"/>
            </w:pPr>
            <w:r>
              <w:rPr>
                <w:b w:val="0"/>
                <w:sz w:val="19"/>
              </w:rPr>
              <w:t>Investigación</w:t>
            </w:r>
          </w:p>
        </w:tc>
        <w:tc>
          <w:tcPr>
            <w:tcW w:type="dxa" w:w="2381"/>
            <w:vAlign w:val="center"/>
          </w:tcPr>
          <w:p>
            <w:pPr>
              <w:keepNext/>
              <w:jc w:val="left"/>
            </w:pPr>
            <w:r>
              <w:rPr>
                <w:b w:val="0"/>
                <w:sz w:val="19"/>
              </w:rPr>
              <w:t>S/</w:t>
            </w:r>
          </w:p>
        </w:tc>
      </w:tr>
      <w:tr>
        <w:trPr>
          <w:cantSplit/>
          <w:trHeight w:val="340"/>
        </w:trPr>
        <w:tc>
          <w:tcPr>
            <w:tcW w:type="dxa" w:w="3175"/>
            <w:vAlign w:val="center"/>
          </w:tcPr>
          <w:p>
            <w:pPr>
              <w:keepNext/>
              <w:jc w:val="left"/>
            </w:pPr>
            <w:r>
              <w:rPr>
                <w:b w:val="0"/>
                <w:sz w:val="19"/>
              </w:rPr>
              <w:t>Nuestro precio de venta</w:t>
            </w:r>
          </w:p>
        </w:tc>
        <w:tc>
          <w:tcPr>
            <w:tcW w:type="dxa" w:w="4309"/>
            <w:vAlign w:val="center"/>
          </w:tcPr>
          <w:p>
            <w:pPr>
              <w:keepNext/>
              <w:jc w:val="left"/>
            </w:pPr>
            <w:r>
              <w:rPr>
                <w:b w:val="0"/>
                <w:sz w:val="19"/>
              </w:rPr>
              <w:t>Costo unitario + margen de ganancia</w:t>
            </w:r>
          </w:p>
        </w:tc>
        <w:tc>
          <w:tcPr>
            <w:tcW w:type="dxa" w:w="2381"/>
            <w:vAlign w:val="center"/>
          </w:tcPr>
          <w:p>
            <w:pPr>
              <w:keepNext/>
              <w:jc w:val="left"/>
            </w:pPr>
            <w:r>
              <w:rPr>
                <w:b w:val="0"/>
                <w:sz w:val="19"/>
              </w:rPr>
              <w:t>S/</w:t>
            </w:r>
          </w:p>
        </w:tc>
      </w:tr>
      <w:tr>
        <w:trPr>
          <w:cantSplit/>
          <w:trHeight w:val="340"/>
        </w:trPr>
        <w:tc>
          <w:tcPr>
            <w:tcW w:type="dxa" w:w="3175"/>
            <w:vAlign w:val="center"/>
          </w:tcPr>
          <w:p>
            <w:pPr>
              <w:keepNext/>
              <w:jc w:val="left"/>
            </w:pPr>
            <w:r>
              <w:rPr>
                <w:b w:val="0"/>
                <w:sz w:val="19"/>
              </w:rPr>
              <w:t>Ganancia por bolso</w:t>
            </w:r>
          </w:p>
        </w:tc>
        <w:tc>
          <w:tcPr>
            <w:tcW w:type="dxa" w:w="4309"/>
            <w:vAlign w:val="center"/>
          </w:tcPr>
          <w:p>
            <w:pPr>
              <w:keepNext/>
              <w:jc w:val="left"/>
            </w:pPr>
            <w:r>
              <w:rPr>
                <w:b w:val="0"/>
                <w:sz w:val="19"/>
              </w:rPr>
              <w:t>Precio de venta – costo unitario</w:t>
            </w:r>
          </w:p>
        </w:tc>
        <w:tc>
          <w:tcPr>
            <w:tcW w:type="dxa" w:w="2381"/>
            <w:vAlign w:val="center"/>
          </w:tcPr>
          <w:p>
            <w:pPr>
              <w:keepNext/>
              <w:jc w:val="left"/>
            </w:pPr>
            <w:r>
              <w:rPr>
                <w:b w:val="0"/>
                <w:sz w:val="19"/>
              </w:rPr>
              <w:t>S/</w:t>
            </w:r>
          </w:p>
        </w:tc>
      </w:tr>
      <w:tr>
        <w:trPr>
          <w:cantSplit/>
          <w:trHeight w:val="340"/>
        </w:trPr>
        <w:tc>
          <w:tcPr>
            <w:tcW w:type="dxa" w:w="3175"/>
            <w:vAlign w:val="center"/>
          </w:tcPr>
          <w:p>
            <w:pPr>
              <w:keepNext/>
              <w:jc w:val="left"/>
            </w:pPr>
            <w:r>
              <w:rPr>
                <w:b w:val="0"/>
                <w:sz w:val="19"/>
              </w:rPr>
              <w:t>Ganancia esperada</w:t>
            </w:r>
          </w:p>
        </w:tc>
        <w:tc>
          <w:tcPr>
            <w:tcW w:type="dxa" w:w="4309"/>
            <w:vAlign w:val="center"/>
          </w:tcPr>
          <w:p>
            <w:pPr>
              <w:keepNext/>
              <w:jc w:val="left"/>
            </w:pPr>
            <w:r>
              <w:rPr>
                <w:b w:val="0"/>
                <w:sz w:val="19"/>
              </w:rPr>
              <w:t>(Precio × N° de bolsos) – costo total</w:t>
            </w:r>
          </w:p>
        </w:tc>
        <w:tc>
          <w:tcPr>
            <w:tcW w:type="dxa" w:w="2381"/>
            <w:vAlign w:val="center"/>
          </w:tcPr>
          <w:p>
            <w:pPr>
              <w:keepNext/>
              <w:jc w:val="left"/>
            </w:pPr>
            <w:r>
              <w:rPr>
                <w:b w:val="0"/>
                <w:sz w:val="19"/>
              </w:rPr>
              <w:t>S/</w:t>
            </w:r>
          </w:p>
        </w:tc>
      </w:tr>
      <w:tr>
        <w:trPr>
          <w:cantSplit/>
          <w:trHeight w:val="340"/>
        </w:trPr>
        <w:tc>
          <w:tcPr>
            <w:tcW w:type="dxa" w:w="3175"/>
            <w:vAlign w:val="center"/>
          </w:tcPr>
          <w:p>
            <w:pPr>
              <w:jc w:val="left"/>
            </w:pPr>
            <w:r>
              <w:rPr>
                <w:b w:val="0"/>
                <w:sz w:val="19"/>
              </w:rPr>
              <w:t>Punto de equilibrio</w:t>
            </w:r>
          </w:p>
        </w:tc>
        <w:tc>
          <w:tcPr>
            <w:tcW w:type="dxa" w:w="4309"/>
            <w:vAlign w:val="center"/>
          </w:tcPr>
          <w:p>
            <w:pPr>
              <w:jc w:val="left"/>
            </w:pPr>
            <w:r>
              <w:rPr>
                <w:b w:val="0"/>
                <w:sz w:val="19"/>
              </w:rPr>
              <w:t>Costos fijos ÷ (precio – costo variable)</w:t>
            </w:r>
          </w:p>
        </w:tc>
        <w:tc>
          <w:tcPr>
            <w:tcW w:type="dxa" w:w="2381"/>
            <w:vAlign w:val="center"/>
          </w:tcPr>
          <w:p>
            <w:pPr>
              <w:jc w:val="left"/>
            </w:pPr>
            <w:r>
              <w:rPr>
                <w:b w:val="0"/>
                <w:sz w:val="19"/>
              </w:rPr>
              <w:t>bolsos</w:t>
            </w:r>
          </w:p>
        </w:tc>
      </w:tr>
    </w:tbl>
    <w:p>
      <w:pPr>
        <w:keepNext/>
        <w:spacing w:after="40" w:before="120"/>
        <w:jc w:val="left"/>
      </w:pPr>
      <w:r>
        <w:rPr>
          <w:b/>
          <w:color w:val="1F4E79"/>
          <w:sz w:val="22"/>
        </w:rPr>
        <w:t xml:space="preserve">ACTIVIDAD 3: </w:t>
      </w:r>
      <w:r>
        <w:rPr>
          <w:b/>
          <w:color w:val="1F4E79"/>
          <w:sz w:val="22"/>
        </w:rPr>
        <w:t>REFLEXIONAMOS SOBRE NUESTRO PRECIO</w:t>
      </w:r>
    </w:p>
    <w:p>
      <w:pPr>
        <w:keepNext/>
        <w:spacing w:after="0" w:before="0"/>
        <w:jc w:val="both"/>
      </w:pPr>
      <w:r>
        <w:rPr>
          <w:b w:val="0"/>
        </w:rPr>
        <w:t>a) ¿Por qué no conviene vender el bolso por debajo de su costo unitario?</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pPr>
              <w:keepNext/>
            </w:pPr>
          </w:p>
        </w:tc>
      </w:tr>
      <w:tr>
        <w:trPr>
          <w:trHeight w:val="408"/>
          <w:cantSplit/>
        </w:trPr>
        <w:tc>
          <w:tcPr>
            <w:tcW w:type="dxa" w:w="9865"/>
          </w:tcPr>
          <w:p/>
        </w:tc>
      </w:tr>
    </w:tbl>
    <w:p>
      <w:pPr>
        <w:spacing w:after="0" w:line="100" w:lineRule="exact"/>
      </w:pPr>
      <w:r/>
    </w:p>
    <w:p>
      <w:pPr>
        <w:keepNext/>
        <w:spacing w:after="0" w:before="0"/>
        <w:jc w:val="both"/>
      </w:pPr>
      <w:r>
        <w:rPr>
          <w:b w:val="0"/>
        </w:rPr>
        <w:t>b) Si reducimos la merma de tela, ¿qué pasa con el costo unitario y con la ganancia? Explica.</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pPr>
              <w:keepNext/>
            </w:pPr>
          </w:p>
        </w:tc>
      </w:tr>
      <w:tr>
        <w:trPr>
          <w:trHeight w:val="408"/>
          <w:cantSplit/>
        </w:trPr>
        <w:tc>
          <w:tcPr>
            <w:tcW w:type="dxa" w:w="9865"/>
          </w:tcPr>
          <w:p/>
        </w:tc>
      </w:tr>
    </w:tbl>
    <w:p>
      <w:pPr>
        <w:spacing w:after="0" w:line="100" w:lineRule="exact"/>
      </w:pPr>
      <w:r/>
    </w:p>
    <w:p>
      <w:pPr>
        <w:keepNext/>
        <w:spacing w:after="40" w:before="120"/>
        <w:jc w:val="left"/>
      </w:pPr>
      <w:r>
        <w:rPr>
          <w:b/>
          <w:color w:val="1F4E79"/>
          <w:sz w:val="22"/>
        </w:rPr>
        <w:t xml:space="preserve">ACTIVIDAD 4: </w:t>
      </w:r>
      <w:r>
        <w:rPr>
          <w:b/>
          <w:color w:val="1F4E79"/>
          <w:sz w:val="22"/>
        </w:rPr>
        <w:t>DISEÑAMOS EL CATÁLOGO O AFICHE DE NUESTRO BOLSO</w:t>
      </w:r>
    </w:p>
    <w:p>
      <w:pPr>
        <w:keepNext/>
        <w:spacing w:after="80" w:before="0"/>
        <w:jc w:val="both"/>
      </w:pPr>
      <w:r>
        <w:rPr>
          <w:b w:val="0"/>
        </w:rPr>
        <w:t>Completa los datos y dibuja o pega la foto del producto. Luego elaboren el afiche en una cartulina o en formato digital.</w:t>
      </w:r>
    </w:p>
    <w:tbl>
      <w:tblPr>
        <w:tblStyle w:val="TableGrid"/>
        <w:tblW w:type="auto" w:w="0"/>
        <w:jc w:val="center"/>
        <w:tblLayout w:type="fixed"/>
        <w:tblLook w:firstColumn="1" w:firstRow="1" w:lastColumn="0" w:lastRow="0" w:noHBand="0" w:noVBand="1" w:val="04A0"/>
      </w:tblPr>
      <w:tblGrid>
        <w:gridCol w:w="4932"/>
        <w:gridCol w:w="4932"/>
      </w:tblGrid>
      <w:tr>
        <w:trPr>
          <w:cantSplit/>
          <w:tblHeader/>
        </w:trPr>
        <w:tc>
          <w:tcPr>
            <w:tcW w:type="dxa" w:w="4932"/>
            <w:vAlign w:val="center"/>
            <w:shd w:val="clear" w:color="auto" w:fill="DEEAF6"/>
          </w:tcPr>
          <w:p>
            <w:pPr>
              <w:keepNext/>
              <w:jc w:val="center"/>
            </w:pPr>
            <w:r>
              <w:rPr>
                <w:b/>
                <w:sz w:val="19"/>
              </w:rPr>
              <w:t>Nombre del producto:</w:t>
            </w:r>
          </w:p>
        </w:tc>
        <w:tc>
          <w:tcPr>
            <w:tcW w:type="dxa" w:w="4932"/>
            <w:vAlign w:val="center"/>
            <w:shd w:val="clear" w:color="auto" w:fill="DEEAF6"/>
          </w:tcPr>
          <w:p>
            <w:pPr>
              <w:keepNext/>
              <w:jc w:val="center"/>
            </w:pPr>
            <w:r>
              <w:rPr>
                <w:b/>
                <w:sz w:val="19"/>
              </w:rPr>
              <w:t>Foto o dibujo del bolso</w:t>
            </w:r>
          </w:p>
        </w:tc>
      </w:tr>
      <w:tr>
        <w:trPr>
          <w:cantSplit/>
          <w:trHeight w:val="3969"/>
        </w:trPr>
        <w:tc>
          <w:tcPr>
            <w:tcW w:type="dxa" w:w="4932"/>
            <w:vAlign w:val="top"/>
          </w:tcPr>
          <w:p>
            <w:pPr>
              <w:jc w:val="left"/>
            </w:pPr>
            <w:r>
              <w:rPr>
                <w:b w:val="0"/>
                <w:sz w:val="19"/>
              </w:rPr>
              <w:t>Eslogan:</w:t>
            </w:r>
          </w:p>
          <w:p>
            <w:pPr>
              <w:jc w:val="left"/>
            </w:pPr>
            <w:r>
              <w:rPr>
                <w:b w:val="0"/>
                <w:sz w:val="19"/>
              </w:rPr>
            </w:r>
          </w:p>
          <w:p>
            <w:pPr>
              <w:jc w:val="left"/>
            </w:pPr>
            <w:r>
              <w:rPr>
                <w:b w:val="0"/>
                <w:sz w:val="19"/>
              </w:rPr>
            </w:r>
          </w:p>
          <w:p>
            <w:pPr>
              <w:jc w:val="left"/>
            </w:pPr>
            <w:r>
              <w:rPr>
                <w:b w:val="0"/>
                <w:sz w:val="19"/>
              </w:rPr>
              <w:t>Precio: S/ ________</w:t>
            </w:r>
          </w:p>
          <w:p>
            <w:pPr>
              <w:jc w:val="left"/>
            </w:pPr>
            <w:r>
              <w:rPr>
                <w:b w:val="0"/>
                <w:sz w:val="19"/>
              </w:rPr>
            </w:r>
          </w:p>
          <w:p>
            <w:pPr>
              <w:jc w:val="left"/>
            </w:pPr>
            <w:r>
              <w:rPr>
                <w:b w:val="0"/>
                <w:sz w:val="19"/>
              </w:rPr>
              <w:t>Beneficio ambiental:</w:t>
            </w:r>
          </w:p>
          <w:p>
            <w:pPr>
              <w:jc w:val="left"/>
            </w:pPr>
            <w:r>
              <w:rPr>
                <w:b w:val="0"/>
                <w:sz w:val="19"/>
              </w:rPr>
            </w:r>
          </w:p>
          <w:p>
            <w:pPr>
              <w:jc w:val="left"/>
            </w:pPr>
            <w:r>
              <w:rPr>
                <w:b w:val="0"/>
                <w:sz w:val="19"/>
              </w:rPr>
            </w:r>
          </w:p>
          <w:p>
            <w:pPr>
              <w:jc w:val="left"/>
            </w:pPr>
            <w:r>
              <w:rPr>
                <w:b w:val="0"/>
                <w:sz w:val="19"/>
              </w:rPr>
              <w:t>Beneficio de uso:</w:t>
            </w:r>
          </w:p>
          <w:p>
            <w:pPr>
              <w:jc w:val="left"/>
            </w:pPr>
            <w:r>
              <w:rPr>
                <w:b w:val="0"/>
                <w:sz w:val="19"/>
              </w:rPr>
            </w:r>
          </w:p>
          <w:p>
            <w:pPr>
              <w:jc w:val="left"/>
            </w:pPr>
            <w:r>
              <w:rPr>
                <w:b w:val="0"/>
                <w:sz w:val="19"/>
              </w:rPr>
            </w:r>
          </w:p>
          <w:p>
            <w:pPr>
              <w:jc w:val="left"/>
            </w:pPr>
            <w:r>
              <w:rPr>
                <w:b w:val="0"/>
                <w:sz w:val="19"/>
              </w:rPr>
              <w:t>Diseño o identidad:</w:t>
            </w:r>
          </w:p>
          <w:p>
            <w:pPr>
              <w:jc w:val="left"/>
            </w:pPr>
            <w:r>
              <w:rPr>
                <w:b w:val="0"/>
                <w:sz w:val="19"/>
              </w:rPr>
            </w:r>
          </w:p>
        </w:tc>
        <w:tc>
          <w:tcPr>
            <w:tcW w:type="dxa" w:w="4932"/>
            <w:vAlign w:val="center"/>
          </w:tcPr>
          <w:p>
            <w:pPr>
              <w:jc w:val="left"/>
            </w:pPr>
            <w:r>
              <w:rPr>
                <w:b w:val="0"/>
                <w:sz w:val="19"/>
              </w:rPr>
            </w:r>
          </w:p>
        </w:tc>
      </w:tr>
    </w:tbl>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865"/>
      </w:tblGrid>
      <w:tr>
        <w:tc>
          <w:tcPr>
            <w:tcW w:type="dxa" w:w="9865"/>
            <w:shd w:val="clear" w:color="auto" w:fill="1F4E79"/>
          </w:tcPr>
          <w:p>
            <w:pPr>
              <w:spacing w:before="60" w:after="60"/>
              <w:jc w:val="center"/>
            </w:pPr>
            <w:r>
              <w:rPr>
                <w:b/>
                <w:color w:val="FFFFFF"/>
                <w:sz w:val="32"/>
              </w:rPr>
              <w:t>FICHA DE TRABAJO N° 07</w:t>
            </w:r>
          </w:p>
        </w:tc>
      </w:tr>
      <w:tr>
        <w:tc>
          <w:tcPr>
            <w:tcW w:type="dxa" w:w="9865"/>
            <w:shd w:val="clear" w:color="auto" w:fill="DEEAF6"/>
          </w:tcPr>
          <w:p>
            <w:pPr>
              <w:spacing w:before="60" w:after="60"/>
              <w:jc w:val="center"/>
            </w:pPr>
            <w:r>
              <w:rPr>
                <w:b/>
                <w:color w:val="1F4E79"/>
                <w:sz w:val="24"/>
              </w:rPr>
              <w:t>Registro de ventas y evaluación de resultados</w:t>
            </w:r>
          </w:p>
        </w:tc>
      </w:tr>
    </w:tbl>
    <w:p>
      <w:pPr>
        <w:spacing w:after="0" w:line="100" w:lineRule="exact"/>
      </w:pPr>
      <w:r/>
    </w:p>
    <w:tbl>
      <w:tblPr>
        <w:tblStyle w:val="TableGrid"/>
        <w:tblW w:type="auto" w:w="0"/>
        <w:jc w:val="center"/>
        <w:tblLayout w:type="fixed"/>
        <w:tblLook w:firstColumn="1" w:firstRow="1" w:lastColumn="0" w:lastRow="0" w:noHBand="0" w:noVBand="1" w:val="04A0"/>
      </w:tblPr>
      <w:tblGrid>
        <w:gridCol w:w="1871"/>
        <w:gridCol w:w="4309"/>
        <w:gridCol w:w="1077"/>
        <w:gridCol w:w="2608"/>
      </w:tblGrid>
      <w:tr>
        <w:trPr>
          <w:cantSplit/>
          <w:trHeight w:val="351"/>
        </w:trPr>
        <w:tc>
          <w:tcPr>
            <w:tcW w:type="dxa" w:w="1871"/>
            <w:vAlign w:val="center"/>
            <w:shd w:val="clear" w:color="auto" w:fill="F2F2F2"/>
          </w:tcPr>
          <w:p>
            <w:pPr>
              <w:keepNext/>
              <w:jc w:val="left"/>
            </w:pPr>
            <w:r>
              <w:rPr>
                <w:b/>
                <w:sz w:val="19"/>
              </w:rPr>
              <w:t xml:space="preserve">Estudiante: </w:t>
            </w:r>
          </w:p>
        </w:tc>
        <w:tc>
          <w:tcPr>
            <w:tcW w:type="dxa" w:w="7994"/>
            <w:gridSpan w:val="3"/>
            <w:vAlign w:val="center"/>
          </w:tcPr>
          <w:p>
            <w:pPr>
              <w:keepNext/>
              <w:jc w:val="left"/>
            </w:pPr>
            <w:r>
              <w:rPr>
                <w:b w:val="0"/>
                <w:sz w:val="19"/>
              </w:rPr>
            </w:r>
          </w:p>
        </w:tc>
      </w:tr>
      <w:tr>
        <w:trPr>
          <w:cantSplit/>
          <w:trHeight w:val="351"/>
        </w:trPr>
        <w:tc>
          <w:tcPr>
            <w:tcW w:type="dxa" w:w="1871"/>
            <w:vAlign w:val="center"/>
            <w:shd w:val="clear" w:color="auto" w:fill="F2F2F2"/>
          </w:tcPr>
          <w:p>
            <w:pPr>
              <w:keepNext/>
              <w:jc w:val="left"/>
            </w:pPr>
            <w:r>
              <w:rPr>
                <w:b/>
                <w:sz w:val="19"/>
              </w:rPr>
              <w:t xml:space="preserve">Agencia: </w:t>
            </w:r>
          </w:p>
        </w:tc>
        <w:tc>
          <w:tcPr>
            <w:tcW w:type="dxa" w:w="4309"/>
            <w:vAlign w:val="center"/>
          </w:tcPr>
          <w:p>
            <w:pPr>
              <w:keepNext/>
              <w:jc w:val="left"/>
            </w:pPr>
            <w:r>
              <w:rPr>
                <w:b w:val="0"/>
                <w:sz w:val="19"/>
              </w:rPr>
            </w:r>
          </w:p>
        </w:tc>
        <w:tc>
          <w:tcPr>
            <w:tcW w:type="dxa" w:w="1077"/>
            <w:vAlign w:val="center"/>
            <w:shd w:val="clear" w:color="auto" w:fill="F2F2F2"/>
          </w:tcPr>
          <w:p>
            <w:pPr>
              <w:keepNext/>
              <w:jc w:val="left"/>
            </w:pPr>
            <w:r>
              <w:rPr>
                <w:b/>
                <w:sz w:val="19"/>
              </w:rPr>
              <w:t xml:space="preserve">Fecha: </w:t>
            </w:r>
          </w:p>
        </w:tc>
        <w:tc>
          <w:tcPr>
            <w:tcW w:type="dxa" w:w="2608"/>
            <w:vAlign w:val="center"/>
          </w:tcPr>
          <w:p>
            <w:pPr>
              <w:keepNext/>
              <w:jc w:val="left"/>
            </w:pPr>
            <w:r>
              <w:rPr>
                <w:b w:val="0"/>
                <w:sz w:val="19"/>
              </w:rPr>
            </w:r>
          </w:p>
        </w:tc>
      </w:tr>
      <w:tr>
        <w:trPr>
          <w:cantSplit/>
          <w:trHeight w:val="351"/>
        </w:trPr>
        <w:tc>
          <w:tcPr>
            <w:tcW w:type="dxa" w:w="1871"/>
            <w:vAlign w:val="center"/>
            <w:shd w:val="clear" w:color="auto" w:fill="F2F2F2"/>
          </w:tcPr>
          <w:p>
            <w:pPr>
              <w:jc w:val="left"/>
            </w:pPr>
            <w:r>
              <w:rPr>
                <w:b/>
                <w:sz w:val="19"/>
              </w:rPr>
              <w:t xml:space="preserve">Grado y sección: </w:t>
            </w:r>
          </w:p>
        </w:tc>
        <w:tc>
          <w:tcPr>
            <w:tcW w:type="dxa" w:w="4309"/>
            <w:vAlign w:val="center"/>
          </w:tcPr>
          <w:p>
            <w:pPr>
              <w:jc w:val="left"/>
            </w:pPr>
            <w:r>
              <w:rPr>
                <w:b w:val="0"/>
                <w:sz w:val="19"/>
              </w:rPr>
              <w:t>3° “______”</w:t>
            </w:r>
          </w:p>
        </w:tc>
        <w:tc>
          <w:tcPr>
            <w:tcW w:type="dxa" w:w="1077"/>
            <w:vAlign w:val="center"/>
            <w:shd w:val="clear" w:color="auto" w:fill="F2F2F2"/>
          </w:tcPr>
          <w:p>
            <w:pPr>
              <w:jc w:val="left"/>
            </w:pPr>
            <w:r>
              <w:rPr>
                <w:b/>
                <w:sz w:val="19"/>
              </w:rPr>
              <w:t xml:space="preserve">Sesión: </w:t>
            </w:r>
          </w:p>
        </w:tc>
        <w:tc>
          <w:tcPr>
            <w:tcW w:type="dxa" w:w="2608"/>
            <w:vAlign w:val="center"/>
          </w:tcPr>
          <w:p>
            <w:pPr>
              <w:jc w:val="left"/>
            </w:pPr>
            <w:r>
              <w:rPr>
                <w:b w:val="0"/>
                <w:sz w:val="19"/>
              </w:rPr>
              <w:t>N° 09</w:t>
            </w:r>
          </w:p>
        </w:tc>
      </w:tr>
    </w:tbl>
    <w:p>
      <w:pPr>
        <w:spacing w:after="0" w:line="100" w:lineRule="exact"/>
      </w:pPr>
      <w:r/>
    </w:p>
    <w:tbl>
      <w:tblPr>
        <w:tblW w:type="auto" w:w="0"/>
        <w:jc w:val="center"/>
        <w:tblLayout w:type="fixed"/>
        <w:tblLook w:firstColumn="1" w:firstRow="1" w:lastColumn="0" w:lastRow="0" w:noHBand="0" w:noVBand="1" w:val="04A0"/>
        <w:tblBorders>
          <w:top w:val="single" w:sz="4" w:space="0" w:color="1F4E79"/>
          <w:left w:val="single" w:sz="4" w:space="0" w:color="1F4E79"/>
          <w:bottom w:val="single" w:sz="4" w:space="0" w:color="1F4E79"/>
          <w:right w:val="single" w:sz="4" w:space="0" w:color="1F4E79"/>
          <w:insideH w:val="nil"/>
          <w:insideV w:val="nil"/>
        </w:tblBorders>
      </w:tblPr>
      <w:tblGrid>
        <w:gridCol w:w="9865"/>
      </w:tblGrid>
      <w:tr>
        <w:tc>
          <w:tcPr>
            <w:tcW w:type="dxa" w:w="9865"/>
            <w:shd w:val="clear" w:color="auto" w:fill="FFF2CC"/>
          </w:tcPr>
          <w:p>
            <w:pPr>
              <w:spacing w:after="40"/>
              <w:jc w:val="both"/>
            </w:pPr>
            <w:r>
              <w:rPr>
                <w:b/>
                <w:sz w:val="20"/>
              </w:rPr>
              <w:t xml:space="preserve">Propósito: </w:t>
            </w:r>
            <w:r>
              <w:rPr>
                <w:b w:val="0"/>
                <w:sz w:val="20"/>
              </w:rPr>
              <w:t>Registrar las ventas de la Feria MercadoTEC, calcular la ganancia real, compararla con la ganancia esperada y decidir de manera responsable cómo usarla.</w:t>
            </w:r>
          </w:p>
        </w:tc>
      </w:tr>
    </w:tbl>
    <w:p>
      <w:pPr>
        <w:spacing w:after="0" w:line="100" w:lineRule="exact"/>
      </w:pPr>
      <w:r/>
    </w:p>
    <w:p>
      <w:pPr>
        <w:keepNext/>
        <w:spacing w:after="40" w:before="120"/>
        <w:jc w:val="left"/>
      </w:pPr>
      <w:r>
        <w:rPr>
          <w:b/>
          <w:color w:val="1F4E79"/>
          <w:sz w:val="22"/>
        </w:rPr>
        <w:t xml:space="preserve">ACTIVIDAD 1: </w:t>
      </w:r>
      <w:r>
        <w:rPr>
          <w:b/>
          <w:color w:val="1F4E79"/>
          <w:sz w:val="22"/>
        </w:rPr>
        <w:t>REGISTRO DE VENTAS DE LA FERIA MERCADOTEC</w:t>
      </w:r>
    </w:p>
    <w:p>
      <w:pPr>
        <w:keepNext/>
        <w:spacing w:after="80" w:before="0"/>
        <w:jc w:val="both"/>
      </w:pPr>
      <w:r>
        <w:rPr>
          <w:b w:val="0"/>
        </w:rPr>
        <w:t>El tesorero o tesorera de la Agencia registra cada venta.</w:t>
      </w:r>
    </w:p>
    <w:tbl>
      <w:tblPr>
        <w:tblStyle w:val="TableGrid"/>
        <w:tblW w:type="auto" w:w="0"/>
        <w:jc w:val="center"/>
        <w:tblLayout w:type="fixed"/>
        <w:tblLook w:firstColumn="1" w:firstRow="1" w:lastColumn="0" w:lastRow="0" w:noHBand="0" w:noVBand="1" w:val="04A0"/>
      </w:tblPr>
      <w:tblGrid>
        <w:gridCol w:w="567"/>
        <w:gridCol w:w="3742"/>
        <w:gridCol w:w="1134"/>
        <w:gridCol w:w="1361"/>
        <w:gridCol w:w="1361"/>
        <w:gridCol w:w="1701"/>
      </w:tblGrid>
      <w:tr>
        <w:trPr>
          <w:cantSplit/>
          <w:trHeight w:val="312"/>
          <w:tblHeader/>
        </w:trPr>
        <w:tc>
          <w:tcPr>
            <w:tcW w:type="dxa" w:w="567"/>
            <w:vAlign w:val="center"/>
            <w:shd w:val="clear" w:color="auto" w:fill="DEEAF6"/>
          </w:tcPr>
          <w:p>
            <w:pPr>
              <w:keepNext/>
              <w:jc w:val="center"/>
            </w:pPr>
            <w:r>
              <w:rPr>
                <w:b/>
                <w:sz w:val="19"/>
              </w:rPr>
              <w:t>N°</w:t>
            </w:r>
          </w:p>
        </w:tc>
        <w:tc>
          <w:tcPr>
            <w:tcW w:type="dxa" w:w="3742"/>
            <w:vAlign w:val="center"/>
            <w:shd w:val="clear" w:color="auto" w:fill="DEEAF6"/>
          </w:tcPr>
          <w:p>
            <w:pPr>
              <w:keepNext/>
              <w:jc w:val="center"/>
            </w:pPr>
            <w:r>
              <w:rPr>
                <w:b/>
                <w:sz w:val="19"/>
              </w:rPr>
              <w:t>Cliente (estudiante, docente o familia)</w:t>
            </w:r>
          </w:p>
        </w:tc>
        <w:tc>
          <w:tcPr>
            <w:tcW w:type="dxa" w:w="1134"/>
            <w:vAlign w:val="center"/>
            <w:shd w:val="clear" w:color="auto" w:fill="DEEAF6"/>
          </w:tcPr>
          <w:p>
            <w:pPr>
              <w:keepNext/>
              <w:jc w:val="center"/>
            </w:pPr>
            <w:r>
              <w:rPr>
                <w:b/>
                <w:sz w:val="19"/>
              </w:rPr>
              <w:t>Cantidad</w:t>
            </w:r>
          </w:p>
        </w:tc>
        <w:tc>
          <w:tcPr>
            <w:tcW w:type="dxa" w:w="1361"/>
            <w:vAlign w:val="center"/>
            <w:shd w:val="clear" w:color="auto" w:fill="DEEAF6"/>
          </w:tcPr>
          <w:p>
            <w:pPr>
              <w:keepNext/>
              <w:jc w:val="center"/>
            </w:pPr>
            <w:r>
              <w:rPr>
                <w:b/>
                <w:sz w:val="19"/>
              </w:rPr>
              <w:t>Precio (S/)</w:t>
            </w:r>
          </w:p>
        </w:tc>
        <w:tc>
          <w:tcPr>
            <w:tcW w:type="dxa" w:w="1361"/>
            <w:vAlign w:val="center"/>
            <w:shd w:val="clear" w:color="auto" w:fill="DEEAF6"/>
          </w:tcPr>
          <w:p>
            <w:pPr>
              <w:keepNext/>
              <w:jc w:val="center"/>
            </w:pPr>
            <w:r>
              <w:rPr>
                <w:b/>
                <w:sz w:val="19"/>
              </w:rPr>
              <w:t>Total (S/)</w:t>
            </w:r>
          </w:p>
        </w:tc>
        <w:tc>
          <w:tcPr>
            <w:tcW w:type="dxa" w:w="1701"/>
            <w:vAlign w:val="center"/>
            <w:shd w:val="clear" w:color="auto" w:fill="DEEAF6"/>
          </w:tcPr>
          <w:p>
            <w:pPr>
              <w:keepNext/>
              <w:jc w:val="center"/>
            </w:pPr>
            <w:r>
              <w:rPr>
                <w:b/>
                <w:sz w:val="19"/>
              </w:rPr>
              <w:t>Forma de pago</w:t>
            </w:r>
          </w:p>
        </w:tc>
      </w:tr>
      <w:tr>
        <w:trPr>
          <w:cantSplit/>
          <w:trHeight w:val="312"/>
        </w:trPr>
        <w:tc>
          <w:tcPr>
            <w:tcW w:type="dxa" w:w="567"/>
            <w:vAlign w:val="center"/>
          </w:tcPr>
          <w:p>
            <w:pPr>
              <w:keepNext/>
              <w:jc w:val="center"/>
            </w:pPr>
            <w:r>
              <w:rPr>
                <w:b w:val="0"/>
                <w:sz w:val="19"/>
              </w:rPr>
              <w:t>1</w:t>
            </w:r>
          </w:p>
        </w:tc>
        <w:tc>
          <w:tcPr>
            <w:tcW w:type="dxa" w:w="3742"/>
            <w:vAlign w:val="center"/>
          </w:tcPr>
          <w:p>
            <w:pPr>
              <w:keepNext/>
              <w:jc w:val="left"/>
            </w:pPr>
            <w:r>
              <w:rPr>
                <w:b w:val="0"/>
                <w:sz w:val="19"/>
              </w:rPr>
            </w:r>
          </w:p>
        </w:tc>
        <w:tc>
          <w:tcPr>
            <w:tcW w:type="dxa" w:w="1134"/>
            <w:vAlign w:val="center"/>
          </w:tcPr>
          <w:p>
            <w:pPr>
              <w:keepNext/>
              <w:jc w:val="center"/>
            </w:pPr>
            <w:r>
              <w:rPr>
                <w:b w:val="0"/>
                <w:sz w:val="19"/>
              </w:rPr>
            </w:r>
          </w:p>
        </w:tc>
        <w:tc>
          <w:tcPr>
            <w:tcW w:type="dxa" w:w="1361"/>
            <w:vAlign w:val="center"/>
          </w:tcPr>
          <w:p>
            <w:pPr>
              <w:keepNext/>
              <w:jc w:val="center"/>
            </w:pPr>
            <w:r>
              <w:rPr>
                <w:b w:val="0"/>
                <w:sz w:val="19"/>
              </w:rPr>
            </w:r>
          </w:p>
        </w:tc>
        <w:tc>
          <w:tcPr>
            <w:tcW w:type="dxa" w:w="1361"/>
            <w:vAlign w:val="center"/>
          </w:tcPr>
          <w:p>
            <w:pPr>
              <w:keepNext/>
              <w:jc w:val="center"/>
            </w:pPr>
            <w:r>
              <w:rPr>
                <w:b w:val="0"/>
                <w:sz w:val="19"/>
              </w:rPr>
            </w:r>
          </w:p>
        </w:tc>
        <w:tc>
          <w:tcPr>
            <w:tcW w:type="dxa" w:w="1701"/>
            <w:vAlign w:val="center"/>
          </w:tcPr>
          <w:p>
            <w:pPr>
              <w:keepNext/>
              <w:jc w:val="center"/>
            </w:pPr>
            <w:r>
              <w:rPr>
                <w:b w:val="0"/>
                <w:sz w:val="19"/>
              </w:rPr>
            </w:r>
          </w:p>
        </w:tc>
      </w:tr>
      <w:tr>
        <w:trPr>
          <w:cantSplit/>
          <w:trHeight w:val="312"/>
        </w:trPr>
        <w:tc>
          <w:tcPr>
            <w:tcW w:type="dxa" w:w="567"/>
            <w:vAlign w:val="center"/>
          </w:tcPr>
          <w:p>
            <w:pPr>
              <w:keepNext/>
              <w:jc w:val="center"/>
            </w:pPr>
            <w:r>
              <w:rPr>
                <w:b w:val="0"/>
                <w:sz w:val="19"/>
              </w:rPr>
              <w:t>2</w:t>
            </w:r>
          </w:p>
        </w:tc>
        <w:tc>
          <w:tcPr>
            <w:tcW w:type="dxa" w:w="3742"/>
            <w:vAlign w:val="center"/>
          </w:tcPr>
          <w:p>
            <w:pPr>
              <w:keepNext/>
              <w:jc w:val="left"/>
            </w:pPr>
            <w:r>
              <w:rPr>
                <w:b w:val="0"/>
                <w:sz w:val="19"/>
              </w:rPr>
            </w:r>
          </w:p>
        </w:tc>
        <w:tc>
          <w:tcPr>
            <w:tcW w:type="dxa" w:w="1134"/>
            <w:vAlign w:val="center"/>
          </w:tcPr>
          <w:p>
            <w:pPr>
              <w:keepNext/>
              <w:jc w:val="center"/>
            </w:pPr>
            <w:r>
              <w:rPr>
                <w:b w:val="0"/>
                <w:sz w:val="19"/>
              </w:rPr>
            </w:r>
          </w:p>
        </w:tc>
        <w:tc>
          <w:tcPr>
            <w:tcW w:type="dxa" w:w="1361"/>
            <w:vAlign w:val="center"/>
          </w:tcPr>
          <w:p>
            <w:pPr>
              <w:keepNext/>
              <w:jc w:val="center"/>
            </w:pPr>
            <w:r>
              <w:rPr>
                <w:b w:val="0"/>
                <w:sz w:val="19"/>
              </w:rPr>
            </w:r>
          </w:p>
        </w:tc>
        <w:tc>
          <w:tcPr>
            <w:tcW w:type="dxa" w:w="1361"/>
            <w:vAlign w:val="center"/>
          </w:tcPr>
          <w:p>
            <w:pPr>
              <w:keepNext/>
              <w:jc w:val="center"/>
            </w:pPr>
            <w:r>
              <w:rPr>
                <w:b w:val="0"/>
                <w:sz w:val="19"/>
              </w:rPr>
            </w:r>
          </w:p>
        </w:tc>
        <w:tc>
          <w:tcPr>
            <w:tcW w:type="dxa" w:w="1701"/>
            <w:vAlign w:val="center"/>
          </w:tcPr>
          <w:p>
            <w:pPr>
              <w:keepNext/>
              <w:jc w:val="center"/>
            </w:pPr>
            <w:r>
              <w:rPr>
                <w:b w:val="0"/>
                <w:sz w:val="19"/>
              </w:rPr>
            </w:r>
          </w:p>
        </w:tc>
      </w:tr>
      <w:tr>
        <w:trPr>
          <w:cantSplit/>
          <w:trHeight w:val="312"/>
        </w:trPr>
        <w:tc>
          <w:tcPr>
            <w:tcW w:type="dxa" w:w="567"/>
            <w:vAlign w:val="center"/>
          </w:tcPr>
          <w:p>
            <w:pPr>
              <w:keepNext/>
              <w:jc w:val="center"/>
            </w:pPr>
            <w:r>
              <w:rPr>
                <w:b w:val="0"/>
                <w:sz w:val="19"/>
              </w:rPr>
              <w:t>3</w:t>
            </w:r>
          </w:p>
        </w:tc>
        <w:tc>
          <w:tcPr>
            <w:tcW w:type="dxa" w:w="3742"/>
            <w:vAlign w:val="center"/>
          </w:tcPr>
          <w:p>
            <w:pPr>
              <w:keepNext/>
              <w:jc w:val="left"/>
            </w:pPr>
            <w:r>
              <w:rPr>
                <w:b w:val="0"/>
                <w:sz w:val="19"/>
              </w:rPr>
            </w:r>
          </w:p>
        </w:tc>
        <w:tc>
          <w:tcPr>
            <w:tcW w:type="dxa" w:w="1134"/>
            <w:vAlign w:val="center"/>
          </w:tcPr>
          <w:p>
            <w:pPr>
              <w:keepNext/>
              <w:jc w:val="center"/>
            </w:pPr>
            <w:r>
              <w:rPr>
                <w:b w:val="0"/>
                <w:sz w:val="19"/>
              </w:rPr>
            </w:r>
          </w:p>
        </w:tc>
        <w:tc>
          <w:tcPr>
            <w:tcW w:type="dxa" w:w="1361"/>
            <w:vAlign w:val="center"/>
          </w:tcPr>
          <w:p>
            <w:pPr>
              <w:keepNext/>
              <w:jc w:val="center"/>
            </w:pPr>
            <w:r>
              <w:rPr>
                <w:b w:val="0"/>
                <w:sz w:val="19"/>
              </w:rPr>
            </w:r>
          </w:p>
        </w:tc>
        <w:tc>
          <w:tcPr>
            <w:tcW w:type="dxa" w:w="1361"/>
            <w:vAlign w:val="center"/>
          </w:tcPr>
          <w:p>
            <w:pPr>
              <w:keepNext/>
              <w:jc w:val="center"/>
            </w:pPr>
            <w:r>
              <w:rPr>
                <w:b w:val="0"/>
                <w:sz w:val="19"/>
              </w:rPr>
            </w:r>
          </w:p>
        </w:tc>
        <w:tc>
          <w:tcPr>
            <w:tcW w:type="dxa" w:w="1701"/>
            <w:vAlign w:val="center"/>
          </w:tcPr>
          <w:p>
            <w:pPr>
              <w:keepNext/>
              <w:jc w:val="center"/>
            </w:pPr>
            <w:r>
              <w:rPr>
                <w:b w:val="0"/>
                <w:sz w:val="19"/>
              </w:rPr>
            </w:r>
          </w:p>
        </w:tc>
      </w:tr>
      <w:tr>
        <w:trPr>
          <w:cantSplit/>
          <w:trHeight w:val="312"/>
        </w:trPr>
        <w:tc>
          <w:tcPr>
            <w:tcW w:type="dxa" w:w="567"/>
            <w:vAlign w:val="center"/>
          </w:tcPr>
          <w:p>
            <w:pPr>
              <w:keepNext/>
              <w:jc w:val="center"/>
            </w:pPr>
            <w:r>
              <w:rPr>
                <w:b w:val="0"/>
                <w:sz w:val="19"/>
              </w:rPr>
              <w:t>4</w:t>
            </w:r>
          </w:p>
        </w:tc>
        <w:tc>
          <w:tcPr>
            <w:tcW w:type="dxa" w:w="3742"/>
            <w:vAlign w:val="center"/>
          </w:tcPr>
          <w:p>
            <w:pPr>
              <w:keepNext/>
              <w:jc w:val="left"/>
            </w:pPr>
            <w:r>
              <w:rPr>
                <w:b w:val="0"/>
                <w:sz w:val="19"/>
              </w:rPr>
            </w:r>
          </w:p>
        </w:tc>
        <w:tc>
          <w:tcPr>
            <w:tcW w:type="dxa" w:w="1134"/>
            <w:vAlign w:val="center"/>
          </w:tcPr>
          <w:p>
            <w:pPr>
              <w:keepNext/>
              <w:jc w:val="center"/>
            </w:pPr>
            <w:r>
              <w:rPr>
                <w:b w:val="0"/>
                <w:sz w:val="19"/>
              </w:rPr>
            </w:r>
          </w:p>
        </w:tc>
        <w:tc>
          <w:tcPr>
            <w:tcW w:type="dxa" w:w="1361"/>
            <w:vAlign w:val="center"/>
          </w:tcPr>
          <w:p>
            <w:pPr>
              <w:keepNext/>
              <w:jc w:val="center"/>
            </w:pPr>
            <w:r>
              <w:rPr>
                <w:b w:val="0"/>
                <w:sz w:val="19"/>
              </w:rPr>
            </w:r>
          </w:p>
        </w:tc>
        <w:tc>
          <w:tcPr>
            <w:tcW w:type="dxa" w:w="1361"/>
            <w:vAlign w:val="center"/>
          </w:tcPr>
          <w:p>
            <w:pPr>
              <w:keepNext/>
              <w:jc w:val="center"/>
            </w:pPr>
            <w:r>
              <w:rPr>
                <w:b w:val="0"/>
                <w:sz w:val="19"/>
              </w:rPr>
            </w:r>
          </w:p>
        </w:tc>
        <w:tc>
          <w:tcPr>
            <w:tcW w:type="dxa" w:w="1701"/>
            <w:vAlign w:val="center"/>
          </w:tcPr>
          <w:p>
            <w:pPr>
              <w:keepNext/>
              <w:jc w:val="center"/>
            </w:pPr>
            <w:r>
              <w:rPr>
                <w:b w:val="0"/>
                <w:sz w:val="19"/>
              </w:rPr>
            </w:r>
          </w:p>
        </w:tc>
      </w:tr>
      <w:tr>
        <w:trPr>
          <w:cantSplit/>
          <w:trHeight w:val="312"/>
        </w:trPr>
        <w:tc>
          <w:tcPr>
            <w:tcW w:type="dxa" w:w="567"/>
            <w:vAlign w:val="center"/>
          </w:tcPr>
          <w:p>
            <w:pPr>
              <w:keepNext/>
              <w:jc w:val="center"/>
            </w:pPr>
            <w:r>
              <w:rPr>
                <w:b w:val="0"/>
                <w:sz w:val="19"/>
              </w:rPr>
              <w:t>5</w:t>
            </w:r>
          </w:p>
        </w:tc>
        <w:tc>
          <w:tcPr>
            <w:tcW w:type="dxa" w:w="3742"/>
            <w:vAlign w:val="center"/>
          </w:tcPr>
          <w:p>
            <w:pPr>
              <w:keepNext/>
              <w:jc w:val="left"/>
            </w:pPr>
            <w:r>
              <w:rPr>
                <w:b w:val="0"/>
                <w:sz w:val="19"/>
              </w:rPr>
            </w:r>
          </w:p>
        </w:tc>
        <w:tc>
          <w:tcPr>
            <w:tcW w:type="dxa" w:w="1134"/>
            <w:vAlign w:val="center"/>
          </w:tcPr>
          <w:p>
            <w:pPr>
              <w:keepNext/>
              <w:jc w:val="center"/>
            </w:pPr>
            <w:r>
              <w:rPr>
                <w:b w:val="0"/>
                <w:sz w:val="19"/>
              </w:rPr>
            </w:r>
          </w:p>
        </w:tc>
        <w:tc>
          <w:tcPr>
            <w:tcW w:type="dxa" w:w="1361"/>
            <w:vAlign w:val="center"/>
          </w:tcPr>
          <w:p>
            <w:pPr>
              <w:keepNext/>
              <w:jc w:val="center"/>
            </w:pPr>
            <w:r>
              <w:rPr>
                <w:b w:val="0"/>
                <w:sz w:val="19"/>
              </w:rPr>
            </w:r>
          </w:p>
        </w:tc>
        <w:tc>
          <w:tcPr>
            <w:tcW w:type="dxa" w:w="1361"/>
            <w:vAlign w:val="center"/>
          </w:tcPr>
          <w:p>
            <w:pPr>
              <w:keepNext/>
              <w:jc w:val="center"/>
            </w:pPr>
            <w:r>
              <w:rPr>
                <w:b w:val="0"/>
                <w:sz w:val="19"/>
              </w:rPr>
            </w:r>
          </w:p>
        </w:tc>
        <w:tc>
          <w:tcPr>
            <w:tcW w:type="dxa" w:w="1701"/>
            <w:vAlign w:val="center"/>
          </w:tcPr>
          <w:p>
            <w:pPr>
              <w:keepNext/>
              <w:jc w:val="center"/>
            </w:pPr>
            <w:r>
              <w:rPr>
                <w:b w:val="0"/>
                <w:sz w:val="19"/>
              </w:rPr>
            </w:r>
          </w:p>
        </w:tc>
      </w:tr>
      <w:tr>
        <w:trPr>
          <w:cantSplit/>
          <w:trHeight w:val="312"/>
        </w:trPr>
        <w:tc>
          <w:tcPr>
            <w:tcW w:type="dxa" w:w="567"/>
            <w:vAlign w:val="center"/>
          </w:tcPr>
          <w:p>
            <w:pPr>
              <w:keepNext/>
              <w:jc w:val="center"/>
            </w:pPr>
            <w:r>
              <w:rPr>
                <w:b w:val="0"/>
                <w:sz w:val="19"/>
              </w:rPr>
              <w:t>6</w:t>
            </w:r>
          </w:p>
        </w:tc>
        <w:tc>
          <w:tcPr>
            <w:tcW w:type="dxa" w:w="3742"/>
            <w:vAlign w:val="center"/>
          </w:tcPr>
          <w:p>
            <w:pPr>
              <w:keepNext/>
              <w:jc w:val="left"/>
            </w:pPr>
            <w:r>
              <w:rPr>
                <w:b w:val="0"/>
                <w:sz w:val="19"/>
              </w:rPr>
            </w:r>
          </w:p>
        </w:tc>
        <w:tc>
          <w:tcPr>
            <w:tcW w:type="dxa" w:w="1134"/>
            <w:vAlign w:val="center"/>
          </w:tcPr>
          <w:p>
            <w:pPr>
              <w:keepNext/>
              <w:jc w:val="center"/>
            </w:pPr>
            <w:r>
              <w:rPr>
                <w:b w:val="0"/>
                <w:sz w:val="19"/>
              </w:rPr>
            </w:r>
          </w:p>
        </w:tc>
        <w:tc>
          <w:tcPr>
            <w:tcW w:type="dxa" w:w="1361"/>
            <w:vAlign w:val="center"/>
          </w:tcPr>
          <w:p>
            <w:pPr>
              <w:keepNext/>
              <w:jc w:val="center"/>
            </w:pPr>
            <w:r>
              <w:rPr>
                <w:b w:val="0"/>
                <w:sz w:val="19"/>
              </w:rPr>
            </w:r>
          </w:p>
        </w:tc>
        <w:tc>
          <w:tcPr>
            <w:tcW w:type="dxa" w:w="1361"/>
            <w:vAlign w:val="center"/>
          </w:tcPr>
          <w:p>
            <w:pPr>
              <w:keepNext/>
              <w:jc w:val="center"/>
            </w:pPr>
            <w:r>
              <w:rPr>
                <w:b w:val="0"/>
                <w:sz w:val="19"/>
              </w:rPr>
            </w:r>
          </w:p>
        </w:tc>
        <w:tc>
          <w:tcPr>
            <w:tcW w:type="dxa" w:w="1701"/>
            <w:vAlign w:val="center"/>
          </w:tcPr>
          <w:p>
            <w:pPr>
              <w:keepNext/>
              <w:jc w:val="center"/>
            </w:pPr>
            <w:r>
              <w:rPr>
                <w:b w:val="0"/>
                <w:sz w:val="19"/>
              </w:rPr>
            </w:r>
          </w:p>
        </w:tc>
      </w:tr>
      <w:tr>
        <w:trPr>
          <w:cantSplit/>
          <w:trHeight w:val="312"/>
        </w:trPr>
        <w:tc>
          <w:tcPr>
            <w:tcW w:type="dxa" w:w="567"/>
            <w:vAlign w:val="center"/>
          </w:tcPr>
          <w:p>
            <w:pPr>
              <w:keepNext/>
              <w:jc w:val="center"/>
            </w:pPr>
            <w:r>
              <w:rPr>
                <w:b w:val="0"/>
                <w:sz w:val="19"/>
              </w:rPr>
              <w:t>7</w:t>
            </w:r>
          </w:p>
        </w:tc>
        <w:tc>
          <w:tcPr>
            <w:tcW w:type="dxa" w:w="3742"/>
            <w:vAlign w:val="center"/>
          </w:tcPr>
          <w:p>
            <w:pPr>
              <w:keepNext/>
              <w:jc w:val="left"/>
            </w:pPr>
            <w:r>
              <w:rPr>
                <w:b w:val="0"/>
                <w:sz w:val="19"/>
              </w:rPr>
            </w:r>
          </w:p>
        </w:tc>
        <w:tc>
          <w:tcPr>
            <w:tcW w:type="dxa" w:w="1134"/>
            <w:vAlign w:val="center"/>
          </w:tcPr>
          <w:p>
            <w:pPr>
              <w:keepNext/>
              <w:jc w:val="center"/>
            </w:pPr>
            <w:r>
              <w:rPr>
                <w:b w:val="0"/>
                <w:sz w:val="19"/>
              </w:rPr>
            </w:r>
          </w:p>
        </w:tc>
        <w:tc>
          <w:tcPr>
            <w:tcW w:type="dxa" w:w="1361"/>
            <w:vAlign w:val="center"/>
          </w:tcPr>
          <w:p>
            <w:pPr>
              <w:keepNext/>
              <w:jc w:val="center"/>
            </w:pPr>
            <w:r>
              <w:rPr>
                <w:b w:val="0"/>
                <w:sz w:val="19"/>
              </w:rPr>
            </w:r>
          </w:p>
        </w:tc>
        <w:tc>
          <w:tcPr>
            <w:tcW w:type="dxa" w:w="1361"/>
            <w:vAlign w:val="center"/>
          </w:tcPr>
          <w:p>
            <w:pPr>
              <w:keepNext/>
              <w:jc w:val="center"/>
            </w:pPr>
            <w:r>
              <w:rPr>
                <w:b w:val="0"/>
                <w:sz w:val="19"/>
              </w:rPr>
            </w:r>
          </w:p>
        </w:tc>
        <w:tc>
          <w:tcPr>
            <w:tcW w:type="dxa" w:w="1701"/>
            <w:vAlign w:val="center"/>
          </w:tcPr>
          <w:p>
            <w:pPr>
              <w:keepNext/>
              <w:jc w:val="center"/>
            </w:pPr>
            <w:r>
              <w:rPr>
                <w:b w:val="0"/>
                <w:sz w:val="19"/>
              </w:rPr>
            </w:r>
          </w:p>
        </w:tc>
      </w:tr>
      <w:tr>
        <w:trPr>
          <w:cantSplit/>
          <w:trHeight w:val="312"/>
        </w:trPr>
        <w:tc>
          <w:tcPr>
            <w:tcW w:type="dxa" w:w="567"/>
            <w:vAlign w:val="center"/>
          </w:tcPr>
          <w:p>
            <w:pPr>
              <w:keepNext/>
              <w:jc w:val="center"/>
            </w:pPr>
            <w:r>
              <w:rPr>
                <w:b w:val="0"/>
                <w:sz w:val="19"/>
              </w:rPr>
              <w:t>8</w:t>
            </w:r>
          </w:p>
        </w:tc>
        <w:tc>
          <w:tcPr>
            <w:tcW w:type="dxa" w:w="3742"/>
            <w:vAlign w:val="center"/>
          </w:tcPr>
          <w:p>
            <w:pPr>
              <w:keepNext/>
              <w:jc w:val="left"/>
            </w:pPr>
            <w:r>
              <w:rPr>
                <w:b w:val="0"/>
                <w:sz w:val="19"/>
              </w:rPr>
            </w:r>
          </w:p>
        </w:tc>
        <w:tc>
          <w:tcPr>
            <w:tcW w:type="dxa" w:w="1134"/>
            <w:vAlign w:val="center"/>
          </w:tcPr>
          <w:p>
            <w:pPr>
              <w:keepNext/>
              <w:jc w:val="center"/>
            </w:pPr>
            <w:r>
              <w:rPr>
                <w:b w:val="0"/>
                <w:sz w:val="19"/>
              </w:rPr>
            </w:r>
          </w:p>
        </w:tc>
        <w:tc>
          <w:tcPr>
            <w:tcW w:type="dxa" w:w="1361"/>
            <w:vAlign w:val="center"/>
          </w:tcPr>
          <w:p>
            <w:pPr>
              <w:keepNext/>
              <w:jc w:val="center"/>
            </w:pPr>
            <w:r>
              <w:rPr>
                <w:b w:val="0"/>
                <w:sz w:val="19"/>
              </w:rPr>
            </w:r>
          </w:p>
        </w:tc>
        <w:tc>
          <w:tcPr>
            <w:tcW w:type="dxa" w:w="1361"/>
            <w:vAlign w:val="center"/>
          </w:tcPr>
          <w:p>
            <w:pPr>
              <w:keepNext/>
              <w:jc w:val="center"/>
            </w:pPr>
            <w:r>
              <w:rPr>
                <w:b w:val="0"/>
                <w:sz w:val="19"/>
              </w:rPr>
            </w:r>
          </w:p>
        </w:tc>
        <w:tc>
          <w:tcPr>
            <w:tcW w:type="dxa" w:w="1701"/>
            <w:vAlign w:val="center"/>
          </w:tcPr>
          <w:p>
            <w:pPr>
              <w:keepNext/>
              <w:jc w:val="center"/>
            </w:pPr>
            <w:r>
              <w:rPr>
                <w:b w:val="0"/>
                <w:sz w:val="19"/>
              </w:rPr>
            </w:r>
          </w:p>
        </w:tc>
      </w:tr>
      <w:tr>
        <w:trPr>
          <w:cantSplit/>
          <w:trHeight w:val="312"/>
        </w:trPr>
        <w:tc>
          <w:tcPr>
            <w:tcW w:type="dxa" w:w="567"/>
            <w:vAlign w:val="center"/>
          </w:tcPr>
          <w:p>
            <w:pPr>
              <w:keepNext/>
              <w:jc w:val="center"/>
            </w:pPr>
            <w:r>
              <w:rPr>
                <w:b w:val="0"/>
                <w:sz w:val="19"/>
              </w:rPr>
              <w:t>9</w:t>
            </w:r>
          </w:p>
        </w:tc>
        <w:tc>
          <w:tcPr>
            <w:tcW w:type="dxa" w:w="3742"/>
            <w:vAlign w:val="center"/>
          </w:tcPr>
          <w:p>
            <w:pPr>
              <w:keepNext/>
              <w:jc w:val="left"/>
            </w:pPr>
            <w:r>
              <w:rPr>
                <w:b w:val="0"/>
                <w:sz w:val="19"/>
              </w:rPr>
            </w:r>
          </w:p>
        </w:tc>
        <w:tc>
          <w:tcPr>
            <w:tcW w:type="dxa" w:w="1134"/>
            <w:vAlign w:val="center"/>
          </w:tcPr>
          <w:p>
            <w:pPr>
              <w:keepNext/>
              <w:jc w:val="center"/>
            </w:pPr>
            <w:r>
              <w:rPr>
                <w:b w:val="0"/>
                <w:sz w:val="19"/>
              </w:rPr>
            </w:r>
          </w:p>
        </w:tc>
        <w:tc>
          <w:tcPr>
            <w:tcW w:type="dxa" w:w="1361"/>
            <w:vAlign w:val="center"/>
          </w:tcPr>
          <w:p>
            <w:pPr>
              <w:keepNext/>
              <w:jc w:val="center"/>
            </w:pPr>
            <w:r>
              <w:rPr>
                <w:b w:val="0"/>
                <w:sz w:val="19"/>
              </w:rPr>
            </w:r>
          </w:p>
        </w:tc>
        <w:tc>
          <w:tcPr>
            <w:tcW w:type="dxa" w:w="1361"/>
            <w:vAlign w:val="center"/>
          </w:tcPr>
          <w:p>
            <w:pPr>
              <w:keepNext/>
              <w:jc w:val="center"/>
            </w:pPr>
            <w:r>
              <w:rPr>
                <w:b w:val="0"/>
                <w:sz w:val="19"/>
              </w:rPr>
            </w:r>
          </w:p>
        </w:tc>
        <w:tc>
          <w:tcPr>
            <w:tcW w:type="dxa" w:w="1701"/>
            <w:vAlign w:val="center"/>
          </w:tcPr>
          <w:p>
            <w:pPr>
              <w:keepNext/>
              <w:jc w:val="center"/>
            </w:pPr>
            <w:r>
              <w:rPr>
                <w:b w:val="0"/>
                <w:sz w:val="19"/>
              </w:rPr>
            </w:r>
          </w:p>
        </w:tc>
      </w:tr>
      <w:tr>
        <w:trPr>
          <w:cantSplit/>
          <w:trHeight w:val="312"/>
        </w:trPr>
        <w:tc>
          <w:tcPr>
            <w:tcW w:type="dxa" w:w="567"/>
            <w:vAlign w:val="center"/>
          </w:tcPr>
          <w:p>
            <w:pPr>
              <w:keepNext/>
              <w:jc w:val="center"/>
            </w:pPr>
            <w:r>
              <w:rPr>
                <w:b w:val="0"/>
                <w:sz w:val="19"/>
              </w:rPr>
              <w:t>10</w:t>
            </w:r>
          </w:p>
        </w:tc>
        <w:tc>
          <w:tcPr>
            <w:tcW w:type="dxa" w:w="3742"/>
            <w:vAlign w:val="center"/>
          </w:tcPr>
          <w:p>
            <w:pPr>
              <w:keepNext/>
              <w:jc w:val="left"/>
            </w:pPr>
            <w:r>
              <w:rPr>
                <w:b w:val="0"/>
                <w:sz w:val="19"/>
              </w:rPr>
            </w:r>
          </w:p>
        </w:tc>
        <w:tc>
          <w:tcPr>
            <w:tcW w:type="dxa" w:w="1134"/>
            <w:vAlign w:val="center"/>
          </w:tcPr>
          <w:p>
            <w:pPr>
              <w:keepNext/>
              <w:jc w:val="center"/>
            </w:pPr>
            <w:r>
              <w:rPr>
                <w:b w:val="0"/>
                <w:sz w:val="19"/>
              </w:rPr>
            </w:r>
          </w:p>
        </w:tc>
        <w:tc>
          <w:tcPr>
            <w:tcW w:type="dxa" w:w="1361"/>
            <w:vAlign w:val="center"/>
          </w:tcPr>
          <w:p>
            <w:pPr>
              <w:keepNext/>
              <w:jc w:val="center"/>
            </w:pPr>
            <w:r>
              <w:rPr>
                <w:b w:val="0"/>
                <w:sz w:val="19"/>
              </w:rPr>
            </w:r>
          </w:p>
        </w:tc>
        <w:tc>
          <w:tcPr>
            <w:tcW w:type="dxa" w:w="1361"/>
            <w:vAlign w:val="center"/>
          </w:tcPr>
          <w:p>
            <w:pPr>
              <w:keepNext/>
              <w:jc w:val="center"/>
            </w:pPr>
            <w:r>
              <w:rPr>
                <w:b w:val="0"/>
                <w:sz w:val="19"/>
              </w:rPr>
            </w:r>
          </w:p>
        </w:tc>
        <w:tc>
          <w:tcPr>
            <w:tcW w:type="dxa" w:w="1701"/>
            <w:vAlign w:val="center"/>
          </w:tcPr>
          <w:p>
            <w:pPr>
              <w:keepNext/>
              <w:jc w:val="center"/>
            </w:pPr>
            <w:r>
              <w:rPr>
                <w:b w:val="0"/>
                <w:sz w:val="19"/>
              </w:rPr>
            </w:r>
          </w:p>
        </w:tc>
      </w:tr>
      <w:tr>
        <w:trPr>
          <w:cantSplit/>
          <w:trHeight w:val="312"/>
        </w:trPr>
        <w:tc>
          <w:tcPr>
            <w:tcW w:type="dxa" w:w="567"/>
            <w:vAlign w:val="center"/>
          </w:tcPr>
          <w:p>
            <w:pPr>
              <w:keepNext/>
              <w:jc w:val="center"/>
            </w:pPr>
            <w:r>
              <w:rPr>
                <w:b w:val="0"/>
                <w:sz w:val="19"/>
              </w:rPr>
              <w:t>11</w:t>
            </w:r>
          </w:p>
        </w:tc>
        <w:tc>
          <w:tcPr>
            <w:tcW w:type="dxa" w:w="3742"/>
            <w:vAlign w:val="center"/>
          </w:tcPr>
          <w:p>
            <w:pPr>
              <w:keepNext/>
              <w:jc w:val="left"/>
            </w:pPr>
            <w:r>
              <w:rPr>
                <w:b w:val="0"/>
                <w:sz w:val="19"/>
              </w:rPr>
            </w:r>
          </w:p>
        </w:tc>
        <w:tc>
          <w:tcPr>
            <w:tcW w:type="dxa" w:w="1134"/>
            <w:vAlign w:val="center"/>
          </w:tcPr>
          <w:p>
            <w:pPr>
              <w:keepNext/>
              <w:jc w:val="center"/>
            </w:pPr>
            <w:r>
              <w:rPr>
                <w:b w:val="0"/>
                <w:sz w:val="19"/>
              </w:rPr>
            </w:r>
          </w:p>
        </w:tc>
        <w:tc>
          <w:tcPr>
            <w:tcW w:type="dxa" w:w="1361"/>
            <w:vAlign w:val="center"/>
          </w:tcPr>
          <w:p>
            <w:pPr>
              <w:keepNext/>
              <w:jc w:val="center"/>
            </w:pPr>
            <w:r>
              <w:rPr>
                <w:b w:val="0"/>
                <w:sz w:val="19"/>
              </w:rPr>
            </w:r>
          </w:p>
        </w:tc>
        <w:tc>
          <w:tcPr>
            <w:tcW w:type="dxa" w:w="1361"/>
            <w:vAlign w:val="center"/>
          </w:tcPr>
          <w:p>
            <w:pPr>
              <w:keepNext/>
              <w:jc w:val="center"/>
            </w:pPr>
            <w:r>
              <w:rPr>
                <w:b w:val="0"/>
                <w:sz w:val="19"/>
              </w:rPr>
            </w:r>
          </w:p>
        </w:tc>
        <w:tc>
          <w:tcPr>
            <w:tcW w:type="dxa" w:w="1701"/>
            <w:vAlign w:val="center"/>
          </w:tcPr>
          <w:p>
            <w:pPr>
              <w:keepNext/>
              <w:jc w:val="center"/>
            </w:pPr>
            <w:r>
              <w:rPr>
                <w:b w:val="0"/>
                <w:sz w:val="19"/>
              </w:rPr>
            </w:r>
          </w:p>
        </w:tc>
      </w:tr>
      <w:tr>
        <w:trPr>
          <w:cantSplit/>
          <w:trHeight w:val="312"/>
        </w:trPr>
        <w:tc>
          <w:tcPr>
            <w:tcW w:type="dxa" w:w="567"/>
            <w:vAlign w:val="center"/>
          </w:tcPr>
          <w:p>
            <w:pPr>
              <w:keepNext/>
              <w:jc w:val="center"/>
            </w:pPr>
            <w:r>
              <w:rPr>
                <w:b w:val="0"/>
                <w:sz w:val="19"/>
              </w:rPr>
              <w:t>12</w:t>
            </w:r>
          </w:p>
        </w:tc>
        <w:tc>
          <w:tcPr>
            <w:tcW w:type="dxa" w:w="3742"/>
            <w:vAlign w:val="center"/>
          </w:tcPr>
          <w:p>
            <w:pPr>
              <w:keepNext/>
              <w:jc w:val="left"/>
            </w:pPr>
            <w:r>
              <w:rPr>
                <w:b w:val="0"/>
                <w:sz w:val="19"/>
              </w:rPr>
            </w:r>
          </w:p>
        </w:tc>
        <w:tc>
          <w:tcPr>
            <w:tcW w:type="dxa" w:w="1134"/>
            <w:vAlign w:val="center"/>
          </w:tcPr>
          <w:p>
            <w:pPr>
              <w:keepNext/>
              <w:jc w:val="center"/>
            </w:pPr>
            <w:r>
              <w:rPr>
                <w:b w:val="0"/>
                <w:sz w:val="19"/>
              </w:rPr>
            </w:r>
          </w:p>
        </w:tc>
        <w:tc>
          <w:tcPr>
            <w:tcW w:type="dxa" w:w="1361"/>
            <w:vAlign w:val="center"/>
          </w:tcPr>
          <w:p>
            <w:pPr>
              <w:keepNext/>
              <w:jc w:val="center"/>
            </w:pPr>
            <w:r>
              <w:rPr>
                <w:b w:val="0"/>
                <w:sz w:val="19"/>
              </w:rPr>
            </w:r>
          </w:p>
        </w:tc>
        <w:tc>
          <w:tcPr>
            <w:tcW w:type="dxa" w:w="1361"/>
            <w:vAlign w:val="center"/>
          </w:tcPr>
          <w:p>
            <w:pPr>
              <w:keepNext/>
              <w:jc w:val="center"/>
            </w:pPr>
            <w:r>
              <w:rPr>
                <w:b w:val="0"/>
                <w:sz w:val="19"/>
              </w:rPr>
            </w:r>
          </w:p>
        </w:tc>
        <w:tc>
          <w:tcPr>
            <w:tcW w:type="dxa" w:w="1701"/>
            <w:vAlign w:val="center"/>
          </w:tcPr>
          <w:p>
            <w:pPr>
              <w:keepNext/>
              <w:jc w:val="center"/>
            </w:pPr>
            <w:r>
              <w:rPr>
                <w:b w:val="0"/>
                <w:sz w:val="19"/>
              </w:rPr>
            </w:r>
          </w:p>
        </w:tc>
      </w:tr>
      <w:tr>
        <w:trPr>
          <w:cantSplit/>
          <w:trHeight w:val="312"/>
        </w:trPr>
        <w:tc>
          <w:tcPr>
            <w:tcW w:type="dxa" w:w="567"/>
            <w:vAlign w:val="center"/>
          </w:tcPr>
          <w:p>
            <w:pPr>
              <w:jc w:val="center"/>
            </w:pPr>
            <w:r>
              <w:rPr>
                <w:b w:val="0"/>
                <w:sz w:val="19"/>
              </w:rPr>
            </w:r>
          </w:p>
        </w:tc>
        <w:tc>
          <w:tcPr>
            <w:tcW w:type="dxa" w:w="3742"/>
            <w:vAlign w:val="center"/>
          </w:tcPr>
          <w:p>
            <w:pPr>
              <w:jc w:val="left"/>
            </w:pPr>
            <w:r>
              <w:rPr>
                <w:b/>
                <w:sz w:val="19"/>
              </w:rPr>
              <w:t>TOTAL</w:t>
            </w:r>
          </w:p>
        </w:tc>
        <w:tc>
          <w:tcPr>
            <w:tcW w:type="dxa" w:w="1134"/>
            <w:vAlign w:val="center"/>
          </w:tcPr>
          <w:p>
            <w:pPr>
              <w:jc w:val="center"/>
            </w:pPr>
            <w:r>
              <w:rPr>
                <w:b w:val="0"/>
                <w:sz w:val="19"/>
              </w:rPr>
            </w:r>
          </w:p>
        </w:tc>
        <w:tc>
          <w:tcPr>
            <w:tcW w:type="dxa" w:w="1361"/>
            <w:vAlign w:val="center"/>
          </w:tcPr>
          <w:p>
            <w:pPr>
              <w:jc w:val="center"/>
            </w:pPr>
            <w:r>
              <w:rPr>
                <w:b w:val="0"/>
                <w:sz w:val="19"/>
              </w:rPr>
            </w:r>
          </w:p>
        </w:tc>
        <w:tc>
          <w:tcPr>
            <w:tcW w:type="dxa" w:w="1361"/>
            <w:vAlign w:val="center"/>
          </w:tcPr>
          <w:p>
            <w:pPr>
              <w:jc w:val="center"/>
            </w:pPr>
            <w:r>
              <w:rPr>
                <w:b w:val="0"/>
                <w:sz w:val="19"/>
              </w:rPr>
            </w:r>
          </w:p>
        </w:tc>
        <w:tc>
          <w:tcPr>
            <w:tcW w:type="dxa" w:w="1701"/>
            <w:vAlign w:val="center"/>
          </w:tcPr>
          <w:p>
            <w:pPr>
              <w:jc w:val="center"/>
            </w:pPr>
            <w:r>
              <w:rPr>
                <w:b w:val="0"/>
                <w:sz w:val="19"/>
              </w:rPr>
            </w:r>
          </w:p>
        </w:tc>
      </w:tr>
    </w:tbl>
    <w:p>
      <w:pPr>
        <w:keepNext/>
        <w:spacing w:after="40" w:before="120"/>
        <w:jc w:val="left"/>
      </w:pPr>
      <w:r>
        <w:rPr>
          <w:b/>
          <w:color w:val="1F4E79"/>
          <w:sz w:val="22"/>
        </w:rPr>
        <w:t xml:space="preserve">ACTIVIDAD 2: </w:t>
      </w:r>
      <w:r>
        <w:rPr>
          <w:b/>
          <w:color w:val="1F4E79"/>
          <w:sz w:val="22"/>
        </w:rPr>
        <w:t>ESTADO DE RESULTADOS: ¿CUÁNTO GANAMOS?</w:t>
      </w:r>
    </w:p>
    <w:tbl>
      <w:tblPr>
        <w:tblStyle w:val="TableGrid"/>
        <w:tblW w:type="auto" w:w="0"/>
        <w:jc w:val="center"/>
        <w:tblLayout w:type="fixed"/>
        <w:tblLook w:firstColumn="1" w:firstRow="1" w:lastColumn="0" w:lastRow="0" w:noHBand="0" w:noVBand="1" w:val="04A0"/>
      </w:tblPr>
      <w:tblGrid>
        <w:gridCol w:w="3515"/>
        <w:gridCol w:w="2268"/>
        <w:gridCol w:w="2041"/>
        <w:gridCol w:w="2041"/>
      </w:tblGrid>
      <w:tr>
        <w:trPr>
          <w:cantSplit/>
          <w:trHeight w:val="351"/>
          <w:tblHeader/>
        </w:trPr>
        <w:tc>
          <w:tcPr>
            <w:tcW w:type="dxa" w:w="3515"/>
            <w:vAlign w:val="center"/>
            <w:shd w:val="clear" w:color="auto" w:fill="DEEAF6"/>
          </w:tcPr>
          <w:p>
            <w:pPr>
              <w:keepNext/>
              <w:jc w:val="center"/>
            </w:pPr>
            <w:r>
              <w:rPr>
                <w:b/>
                <w:sz w:val="19"/>
              </w:rPr>
              <w:t>Concepto</w:t>
            </w:r>
          </w:p>
        </w:tc>
        <w:tc>
          <w:tcPr>
            <w:tcW w:type="dxa" w:w="2268"/>
            <w:vAlign w:val="center"/>
            <w:shd w:val="clear" w:color="auto" w:fill="DEEAF6"/>
          </w:tcPr>
          <w:p>
            <w:pPr>
              <w:keepNext/>
              <w:jc w:val="center"/>
            </w:pPr>
            <w:r>
              <w:rPr>
                <w:b/>
                <w:sz w:val="19"/>
              </w:rPr>
              <w:t>Esperado (Ficha N° 06)</w:t>
            </w:r>
          </w:p>
        </w:tc>
        <w:tc>
          <w:tcPr>
            <w:tcW w:type="dxa" w:w="2041"/>
            <w:vAlign w:val="center"/>
            <w:shd w:val="clear" w:color="auto" w:fill="DEEAF6"/>
          </w:tcPr>
          <w:p>
            <w:pPr>
              <w:keepNext/>
              <w:jc w:val="center"/>
            </w:pPr>
            <w:r>
              <w:rPr>
                <w:b/>
                <w:sz w:val="19"/>
              </w:rPr>
              <w:t>Real (feria)</w:t>
            </w:r>
          </w:p>
        </w:tc>
        <w:tc>
          <w:tcPr>
            <w:tcW w:type="dxa" w:w="2041"/>
            <w:vAlign w:val="center"/>
            <w:shd w:val="clear" w:color="auto" w:fill="DEEAF6"/>
          </w:tcPr>
          <w:p>
            <w:pPr>
              <w:keepNext/>
              <w:jc w:val="center"/>
            </w:pPr>
            <w:r>
              <w:rPr>
                <w:b/>
                <w:sz w:val="19"/>
              </w:rPr>
              <w:t>Diferencia</w:t>
            </w:r>
          </w:p>
        </w:tc>
      </w:tr>
      <w:tr>
        <w:trPr>
          <w:cantSplit/>
          <w:trHeight w:val="351"/>
        </w:trPr>
        <w:tc>
          <w:tcPr>
            <w:tcW w:type="dxa" w:w="3515"/>
            <w:vAlign w:val="center"/>
            <w:shd w:val="clear" w:color="auto" w:fill="F2F2F2"/>
          </w:tcPr>
          <w:p>
            <w:pPr>
              <w:keepNext/>
              <w:jc w:val="left"/>
            </w:pPr>
            <w:r>
              <w:rPr>
                <w:b w:val="0"/>
                <w:sz w:val="19"/>
              </w:rPr>
              <w:t>Bolsos vendidos</w:t>
            </w:r>
          </w:p>
        </w:tc>
        <w:tc>
          <w:tcPr>
            <w:tcW w:type="dxa" w:w="2268"/>
            <w:vAlign w:val="center"/>
          </w:tcPr>
          <w:p>
            <w:pPr>
              <w:keepNext/>
              <w:jc w:val="left"/>
            </w:pPr>
            <w:r>
              <w:rPr>
                <w:b w:val="0"/>
                <w:sz w:val="19"/>
              </w:rPr>
            </w:r>
          </w:p>
        </w:tc>
        <w:tc>
          <w:tcPr>
            <w:tcW w:type="dxa" w:w="2041"/>
            <w:vAlign w:val="center"/>
          </w:tcPr>
          <w:p>
            <w:pPr>
              <w:keepNext/>
              <w:jc w:val="left"/>
            </w:pPr>
            <w:r>
              <w:rPr>
                <w:b w:val="0"/>
                <w:sz w:val="19"/>
              </w:rPr>
            </w:r>
          </w:p>
        </w:tc>
        <w:tc>
          <w:tcPr>
            <w:tcW w:type="dxa" w:w="2041"/>
            <w:vAlign w:val="center"/>
          </w:tcPr>
          <w:p>
            <w:pPr>
              <w:keepNext/>
              <w:jc w:val="left"/>
            </w:pPr>
            <w:r>
              <w:rPr>
                <w:b w:val="0"/>
                <w:sz w:val="19"/>
              </w:rPr>
            </w:r>
          </w:p>
        </w:tc>
      </w:tr>
      <w:tr>
        <w:trPr>
          <w:cantSplit/>
          <w:trHeight w:val="351"/>
        </w:trPr>
        <w:tc>
          <w:tcPr>
            <w:tcW w:type="dxa" w:w="3515"/>
            <w:vAlign w:val="center"/>
            <w:shd w:val="clear" w:color="auto" w:fill="F2F2F2"/>
          </w:tcPr>
          <w:p>
            <w:pPr>
              <w:keepNext/>
              <w:jc w:val="left"/>
            </w:pPr>
            <w:r>
              <w:rPr>
                <w:b w:val="0"/>
                <w:sz w:val="19"/>
              </w:rPr>
              <w:t>Ingreso total (S/)</w:t>
            </w:r>
          </w:p>
        </w:tc>
        <w:tc>
          <w:tcPr>
            <w:tcW w:type="dxa" w:w="2268"/>
            <w:vAlign w:val="center"/>
          </w:tcPr>
          <w:p>
            <w:pPr>
              <w:keepNext/>
              <w:jc w:val="left"/>
            </w:pPr>
            <w:r>
              <w:rPr>
                <w:b w:val="0"/>
                <w:sz w:val="19"/>
              </w:rPr>
            </w:r>
          </w:p>
        </w:tc>
        <w:tc>
          <w:tcPr>
            <w:tcW w:type="dxa" w:w="2041"/>
            <w:vAlign w:val="center"/>
          </w:tcPr>
          <w:p>
            <w:pPr>
              <w:keepNext/>
              <w:jc w:val="left"/>
            </w:pPr>
            <w:r>
              <w:rPr>
                <w:b w:val="0"/>
                <w:sz w:val="19"/>
              </w:rPr>
            </w:r>
          </w:p>
        </w:tc>
        <w:tc>
          <w:tcPr>
            <w:tcW w:type="dxa" w:w="2041"/>
            <w:vAlign w:val="center"/>
          </w:tcPr>
          <w:p>
            <w:pPr>
              <w:keepNext/>
              <w:jc w:val="left"/>
            </w:pPr>
            <w:r>
              <w:rPr>
                <w:b w:val="0"/>
                <w:sz w:val="19"/>
              </w:rPr>
            </w:r>
          </w:p>
        </w:tc>
      </w:tr>
      <w:tr>
        <w:trPr>
          <w:cantSplit/>
          <w:trHeight w:val="351"/>
        </w:trPr>
        <w:tc>
          <w:tcPr>
            <w:tcW w:type="dxa" w:w="3515"/>
            <w:vAlign w:val="center"/>
            <w:shd w:val="clear" w:color="auto" w:fill="F2F2F2"/>
          </w:tcPr>
          <w:p>
            <w:pPr>
              <w:keepNext/>
              <w:jc w:val="left"/>
            </w:pPr>
            <w:r>
              <w:rPr>
                <w:b w:val="0"/>
                <w:sz w:val="19"/>
              </w:rPr>
              <w:t>Costo total de producción (S/)</w:t>
            </w:r>
          </w:p>
        </w:tc>
        <w:tc>
          <w:tcPr>
            <w:tcW w:type="dxa" w:w="2268"/>
            <w:vAlign w:val="center"/>
          </w:tcPr>
          <w:p>
            <w:pPr>
              <w:keepNext/>
              <w:jc w:val="left"/>
            </w:pPr>
            <w:r>
              <w:rPr>
                <w:b w:val="0"/>
                <w:sz w:val="19"/>
              </w:rPr>
            </w:r>
          </w:p>
        </w:tc>
        <w:tc>
          <w:tcPr>
            <w:tcW w:type="dxa" w:w="2041"/>
            <w:vAlign w:val="center"/>
          </w:tcPr>
          <w:p>
            <w:pPr>
              <w:keepNext/>
              <w:jc w:val="left"/>
            </w:pPr>
            <w:r>
              <w:rPr>
                <w:b w:val="0"/>
                <w:sz w:val="19"/>
              </w:rPr>
            </w:r>
          </w:p>
        </w:tc>
        <w:tc>
          <w:tcPr>
            <w:tcW w:type="dxa" w:w="2041"/>
            <w:vAlign w:val="center"/>
          </w:tcPr>
          <w:p>
            <w:pPr>
              <w:keepNext/>
              <w:jc w:val="left"/>
            </w:pPr>
            <w:r>
              <w:rPr>
                <w:b w:val="0"/>
                <w:sz w:val="19"/>
              </w:rPr>
            </w:r>
          </w:p>
        </w:tc>
      </w:tr>
      <w:tr>
        <w:trPr>
          <w:cantSplit/>
          <w:trHeight w:val="351"/>
        </w:trPr>
        <w:tc>
          <w:tcPr>
            <w:tcW w:type="dxa" w:w="3515"/>
            <w:vAlign w:val="center"/>
            <w:shd w:val="clear" w:color="auto" w:fill="F2F2F2"/>
          </w:tcPr>
          <w:p>
            <w:pPr>
              <w:jc w:val="left"/>
            </w:pPr>
            <w:r>
              <w:rPr>
                <w:b/>
                <w:sz w:val="19"/>
              </w:rPr>
              <w:t>GANANCIA (S/)</w:t>
            </w:r>
          </w:p>
        </w:tc>
        <w:tc>
          <w:tcPr>
            <w:tcW w:type="dxa" w:w="2268"/>
            <w:vAlign w:val="center"/>
          </w:tcPr>
          <w:p>
            <w:pPr>
              <w:jc w:val="left"/>
            </w:pPr>
            <w:r>
              <w:rPr>
                <w:b w:val="0"/>
                <w:sz w:val="19"/>
              </w:rPr>
            </w:r>
          </w:p>
        </w:tc>
        <w:tc>
          <w:tcPr>
            <w:tcW w:type="dxa" w:w="2041"/>
            <w:vAlign w:val="center"/>
          </w:tcPr>
          <w:p>
            <w:pPr>
              <w:jc w:val="left"/>
            </w:pPr>
            <w:r>
              <w:rPr>
                <w:b w:val="0"/>
                <w:sz w:val="19"/>
              </w:rPr>
            </w:r>
          </w:p>
        </w:tc>
        <w:tc>
          <w:tcPr>
            <w:tcW w:type="dxa" w:w="2041"/>
            <w:vAlign w:val="center"/>
          </w:tcPr>
          <w:p>
            <w:pPr>
              <w:jc w:val="left"/>
            </w:pPr>
            <w:r>
              <w:rPr>
                <w:b w:val="0"/>
                <w:sz w:val="19"/>
              </w:rPr>
            </w:r>
          </w:p>
        </w:tc>
      </w:tr>
    </w:tbl>
    <w:p>
      <w:pPr>
        <w:spacing w:after="0" w:line="60" w:lineRule="exact"/>
      </w:pPr>
      <w:r/>
    </w:p>
    <w:p>
      <w:pPr>
        <w:keepNext/>
        <w:spacing w:after="0" w:before="0"/>
        <w:jc w:val="both"/>
      </w:pPr>
      <w:r>
        <w:rPr>
          <w:b w:val="0"/>
        </w:rPr>
        <w:t>a) ¿Alcanzamos el punto de equilibrio? ¿Cuántos bolsos vendimos por encima de él?</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tc>
      </w:tr>
    </w:tbl>
    <w:p>
      <w:pPr>
        <w:spacing w:after="0" w:line="100" w:lineRule="exact"/>
      </w:pPr>
      <w:r/>
    </w:p>
    <w:p>
      <w:pPr>
        <w:keepNext/>
        <w:spacing w:after="0" w:before="0"/>
        <w:jc w:val="both"/>
      </w:pPr>
      <w:r>
        <w:rPr>
          <w:b w:val="0"/>
        </w:rPr>
        <w:t>b) ¿Por qué la ganancia real fue mayor o menor que la esperada?</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pPr>
              <w:keepNext/>
            </w:pPr>
          </w:p>
        </w:tc>
      </w:tr>
      <w:tr>
        <w:trPr>
          <w:trHeight w:val="408"/>
          <w:cantSplit/>
        </w:trPr>
        <w:tc>
          <w:tcPr>
            <w:tcW w:type="dxa" w:w="9865"/>
          </w:tcPr>
          <w:p/>
        </w:tc>
      </w:tr>
    </w:tbl>
    <w:p>
      <w:pPr>
        <w:spacing w:after="0" w:line="100" w:lineRule="exact"/>
      </w:pPr>
      <w:r/>
    </w:p>
    <w:p>
      <w:pPr>
        <w:keepNext/>
        <w:spacing w:after="40" w:before="120"/>
        <w:jc w:val="left"/>
      </w:pPr>
      <w:r>
        <w:rPr>
          <w:b/>
          <w:color w:val="1F4E79"/>
          <w:sz w:val="22"/>
        </w:rPr>
        <w:t xml:space="preserve">ACTIVIDAD 3: </w:t>
      </w:r>
      <w:r>
        <w:rPr>
          <w:b/>
          <w:color w:val="1F4E79"/>
          <w:sz w:val="22"/>
        </w:rPr>
        <w:t>DECIDIMOS QUÉ HACER CON NUESTRA GANANCIA</w:t>
      </w:r>
    </w:p>
    <w:p>
      <w:pPr>
        <w:keepNext/>
        <w:spacing w:after="80" w:before="0"/>
        <w:jc w:val="both"/>
      </w:pPr>
      <w:r>
        <w:rPr>
          <w:b w:val="0"/>
        </w:rPr>
        <w:t>Como referencia, muchas personas emprendedoras usan la regla 50 – 30 – 20. Decidan en equipo sus propios porcentajes y justifiquen su decisión.</w:t>
      </w:r>
    </w:p>
    <w:tbl>
      <w:tblPr>
        <w:tblStyle w:val="TableGrid"/>
        <w:tblW w:type="auto" w:w="0"/>
        <w:jc w:val="center"/>
        <w:tblLayout w:type="fixed"/>
        <w:tblLook w:firstColumn="1" w:firstRow="1" w:lastColumn="0" w:lastRow="0" w:noHBand="0" w:noVBand="1" w:val="04A0"/>
      </w:tblPr>
      <w:tblGrid>
        <w:gridCol w:w="2041"/>
        <w:gridCol w:w="5102"/>
        <w:gridCol w:w="1020"/>
        <w:gridCol w:w="1701"/>
      </w:tblGrid>
      <w:tr>
        <w:trPr>
          <w:cantSplit/>
          <w:trHeight w:val="351"/>
          <w:tblHeader/>
        </w:trPr>
        <w:tc>
          <w:tcPr>
            <w:tcW w:type="dxa" w:w="2041"/>
            <w:vAlign w:val="center"/>
            <w:shd w:val="clear" w:color="auto" w:fill="DEEAF6"/>
          </w:tcPr>
          <w:p>
            <w:pPr>
              <w:keepNext/>
              <w:jc w:val="center"/>
            </w:pPr>
            <w:r>
              <w:rPr>
                <w:b/>
                <w:sz w:val="19"/>
              </w:rPr>
              <w:t>Destino</w:t>
            </w:r>
          </w:p>
        </w:tc>
        <w:tc>
          <w:tcPr>
            <w:tcW w:type="dxa" w:w="5102"/>
            <w:vAlign w:val="center"/>
            <w:shd w:val="clear" w:color="auto" w:fill="DEEAF6"/>
          </w:tcPr>
          <w:p>
            <w:pPr>
              <w:keepNext/>
              <w:jc w:val="center"/>
            </w:pPr>
            <w:r>
              <w:rPr>
                <w:b/>
                <w:sz w:val="19"/>
              </w:rPr>
              <w:t>¿Para qué sirve?</w:t>
            </w:r>
          </w:p>
        </w:tc>
        <w:tc>
          <w:tcPr>
            <w:tcW w:type="dxa" w:w="1020"/>
            <w:vAlign w:val="center"/>
            <w:shd w:val="clear" w:color="auto" w:fill="DEEAF6"/>
          </w:tcPr>
          <w:p>
            <w:pPr>
              <w:keepNext/>
              <w:jc w:val="center"/>
            </w:pPr>
            <w:r>
              <w:rPr>
                <w:b/>
                <w:sz w:val="19"/>
              </w:rPr>
              <w:t>%</w:t>
            </w:r>
          </w:p>
        </w:tc>
        <w:tc>
          <w:tcPr>
            <w:tcW w:type="dxa" w:w="1701"/>
            <w:vAlign w:val="center"/>
            <w:shd w:val="clear" w:color="auto" w:fill="DEEAF6"/>
          </w:tcPr>
          <w:p>
            <w:pPr>
              <w:keepNext/>
              <w:jc w:val="center"/>
            </w:pPr>
            <w:r>
              <w:rPr>
                <w:b/>
                <w:sz w:val="19"/>
              </w:rPr>
              <w:t>Monto (S/)</w:t>
            </w:r>
          </w:p>
        </w:tc>
      </w:tr>
      <w:tr>
        <w:trPr>
          <w:cantSplit/>
          <w:trHeight w:val="351"/>
        </w:trPr>
        <w:tc>
          <w:tcPr>
            <w:tcW w:type="dxa" w:w="2041"/>
            <w:vAlign w:val="center"/>
          </w:tcPr>
          <w:p>
            <w:pPr>
              <w:keepNext/>
              <w:jc w:val="left"/>
            </w:pPr>
            <w:r>
              <w:rPr>
                <w:b w:val="0"/>
                <w:sz w:val="19"/>
              </w:rPr>
              <w:t>Ahorro</w:t>
            </w:r>
          </w:p>
        </w:tc>
        <w:tc>
          <w:tcPr>
            <w:tcW w:type="dxa" w:w="5102"/>
            <w:vAlign w:val="center"/>
          </w:tcPr>
          <w:p>
            <w:pPr>
              <w:keepNext/>
              <w:jc w:val="left"/>
            </w:pPr>
            <w:r>
              <w:rPr>
                <w:b w:val="0"/>
                <w:sz w:val="19"/>
              </w:rPr>
              <w:t>Lograr una meta futura (por ejemplo, una máquina de coser).</w:t>
            </w:r>
          </w:p>
        </w:tc>
        <w:tc>
          <w:tcPr>
            <w:tcW w:type="dxa" w:w="1020"/>
            <w:vAlign w:val="center"/>
          </w:tcPr>
          <w:p>
            <w:pPr>
              <w:keepNext/>
              <w:jc w:val="center"/>
            </w:pPr>
            <w:r>
              <w:rPr>
                <w:b w:val="0"/>
                <w:sz w:val="19"/>
              </w:rPr>
            </w:r>
          </w:p>
        </w:tc>
        <w:tc>
          <w:tcPr>
            <w:tcW w:type="dxa" w:w="1701"/>
            <w:vAlign w:val="center"/>
          </w:tcPr>
          <w:p>
            <w:pPr>
              <w:keepNext/>
              <w:jc w:val="center"/>
            </w:pPr>
            <w:r>
              <w:rPr>
                <w:b w:val="0"/>
                <w:sz w:val="19"/>
              </w:rPr>
            </w:r>
          </w:p>
        </w:tc>
      </w:tr>
      <w:tr>
        <w:trPr>
          <w:cantSplit/>
          <w:trHeight w:val="351"/>
        </w:trPr>
        <w:tc>
          <w:tcPr>
            <w:tcW w:type="dxa" w:w="2041"/>
            <w:vAlign w:val="center"/>
          </w:tcPr>
          <w:p>
            <w:pPr>
              <w:keepNext/>
              <w:jc w:val="left"/>
            </w:pPr>
            <w:r>
              <w:rPr>
                <w:b w:val="0"/>
                <w:sz w:val="19"/>
              </w:rPr>
              <w:t>Reinversión</w:t>
            </w:r>
          </w:p>
        </w:tc>
        <w:tc>
          <w:tcPr>
            <w:tcW w:type="dxa" w:w="5102"/>
            <w:vAlign w:val="center"/>
          </w:tcPr>
          <w:p>
            <w:pPr>
              <w:keepNext/>
              <w:jc w:val="left"/>
            </w:pPr>
            <w:r>
              <w:rPr>
                <w:b w:val="0"/>
                <w:sz w:val="19"/>
              </w:rPr>
              <w:t>Comprar materiales para producir más bolsos.</w:t>
            </w:r>
          </w:p>
        </w:tc>
        <w:tc>
          <w:tcPr>
            <w:tcW w:type="dxa" w:w="1020"/>
            <w:vAlign w:val="center"/>
          </w:tcPr>
          <w:p>
            <w:pPr>
              <w:keepNext/>
              <w:jc w:val="center"/>
            </w:pPr>
            <w:r>
              <w:rPr>
                <w:b w:val="0"/>
                <w:sz w:val="19"/>
              </w:rPr>
            </w:r>
          </w:p>
        </w:tc>
        <w:tc>
          <w:tcPr>
            <w:tcW w:type="dxa" w:w="1701"/>
            <w:vAlign w:val="center"/>
          </w:tcPr>
          <w:p>
            <w:pPr>
              <w:keepNext/>
              <w:jc w:val="center"/>
            </w:pPr>
            <w:r>
              <w:rPr>
                <w:b w:val="0"/>
                <w:sz w:val="19"/>
              </w:rPr>
            </w:r>
          </w:p>
        </w:tc>
      </w:tr>
      <w:tr>
        <w:trPr>
          <w:cantSplit/>
          <w:trHeight w:val="351"/>
        </w:trPr>
        <w:tc>
          <w:tcPr>
            <w:tcW w:type="dxa" w:w="2041"/>
            <w:vAlign w:val="center"/>
          </w:tcPr>
          <w:p>
            <w:pPr>
              <w:keepNext/>
              <w:jc w:val="left"/>
            </w:pPr>
            <w:r>
              <w:rPr>
                <w:b w:val="0"/>
                <w:sz w:val="19"/>
              </w:rPr>
              <w:t>Fondo de reserva</w:t>
            </w:r>
          </w:p>
        </w:tc>
        <w:tc>
          <w:tcPr>
            <w:tcW w:type="dxa" w:w="5102"/>
            <w:vAlign w:val="center"/>
          </w:tcPr>
          <w:p>
            <w:pPr>
              <w:keepNext/>
              <w:jc w:val="left"/>
            </w:pPr>
            <w:r>
              <w:rPr>
                <w:b w:val="0"/>
                <w:sz w:val="19"/>
              </w:rPr>
              <w:t>Cubrir imprevistos sin pedir préstamos.</w:t>
            </w:r>
          </w:p>
        </w:tc>
        <w:tc>
          <w:tcPr>
            <w:tcW w:type="dxa" w:w="1020"/>
            <w:vAlign w:val="center"/>
          </w:tcPr>
          <w:p>
            <w:pPr>
              <w:keepNext/>
              <w:jc w:val="center"/>
            </w:pPr>
            <w:r>
              <w:rPr>
                <w:b w:val="0"/>
                <w:sz w:val="19"/>
              </w:rPr>
            </w:r>
          </w:p>
        </w:tc>
        <w:tc>
          <w:tcPr>
            <w:tcW w:type="dxa" w:w="1701"/>
            <w:vAlign w:val="center"/>
          </w:tcPr>
          <w:p>
            <w:pPr>
              <w:keepNext/>
              <w:jc w:val="center"/>
            </w:pPr>
            <w:r>
              <w:rPr>
                <w:b w:val="0"/>
                <w:sz w:val="19"/>
              </w:rPr>
            </w:r>
          </w:p>
        </w:tc>
      </w:tr>
      <w:tr>
        <w:trPr>
          <w:cantSplit/>
          <w:trHeight w:val="351"/>
        </w:trPr>
        <w:tc>
          <w:tcPr>
            <w:tcW w:type="dxa" w:w="2041"/>
            <w:vAlign w:val="center"/>
          </w:tcPr>
          <w:p>
            <w:pPr>
              <w:jc w:val="left"/>
            </w:pPr>
            <w:r>
              <w:rPr>
                <w:b/>
                <w:sz w:val="19"/>
              </w:rPr>
              <w:t>TOTAL</w:t>
            </w:r>
          </w:p>
        </w:tc>
        <w:tc>
          <w:tcPr>
            <w:tcW w:type="dxa" w:w="5102"/>
            <w:vAlign w:val="center"/>
          </w:tcPr>
          <w:p>
            <w:pPr>
              <w:jc w:val="left"/>
            </w:pPr>
            <w:r>
              <w:rPr>
                <w:b w:val="0"/>
                <w:sz w:val="19"/>
              </w:rPr>
            </w:r>
          </w:p>
        </w:tc>
        <w:tc>
          <w:tcPr>
            <w:tcW w:type="dxa" w:w="1020"/>
            <w:vAlign w:val="center"/>
          </w:tcPr>
          <w:p>
            <w:pPr>
              <w:jc w:val="center"/>
            </w:pPr>
            <w:r>
              <w:rPr>
                <w:b w:val="0"/>
                <w:sz w:val="19"/>
              </w:rPr>
              <w:t>100 %</w:t>
            </w:r>
          </w:p>
        </w:tc>
        <w:tc>
          <w:tcPr>
            <w:tcW w:type="dxa" w:w="1701"/>
            <w:vAlign w:val="center"/>
          </w:tcPr>
          <w:p>
            <w:pPr>
              <w:jc w:val="center"/>
            </w:pPr>
            <w:r>
              <w:rPr>
                <w:b w:val="0"/>
                <w:sz w:val="19"/>
              </w:rPr>
            </w:r>
          </w:p>
        </w:tc>
      </w:tr>
    </w:tbl>
    <w:p>
      <w:pPr>
        <w:spacing w:after="0" w:line="60" w:lineRule="exact"/>
      </w:pPr>
      <w:r/>
    </w:p>
    <w:p>
      <w:pPr>
        <w:keepNext/>
        <w:spacing w:after="20" w:before="0"/>
        <w:jc w:val="both"/>
      </w:pPr>
      <w:r>
        <w:rPr>
          <w:b/>
        </w:rPr>
        <w:t xml:space="preserve">Justificamos nuestra decisión: </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pPr>
              <w:keepNext/>
            </w:pPr>
          </w:p>
        </w:tc>
      </w:tr>
      <w:tr>
        <w:trPr>
          <w:trHeight w:val="408"/>
          <w:cantSplit/>
        </w:trPr>
        <w:tc>
          <w:tcPr>
            <w:tcW w:type="dxa" w:w="9865"/>
          </w:tcPr>
          <w:p/>
        </w:tc>
      </w:tr>
    </w:tbl>
    <w:p>
      <w:pPr>
        <w:spacing w:after="0" w:line="100" w:lineRule="exact"/>
      </w:pPr>
      <w:r/>
    </w:p>
    <w:p>
      <w:pPr>
        <w:keepNext/>
        <w:spacing w:after="40" w:before="120"/>
        <w:jc w:val="left"/>
      </w:pPr>
      <w:r>
        <w:rPr>
          <w:b/>
          <w:color w:val="1F4E79"/>
          <w:sz w:val="22"/>
        </w:rPr>
        <w:t xml:space="preserve">ACTIVIDAD 4: </w:t>
      </w:r>
      <w:r>
        <w:rPr>
          <w:b/>
          <w:color w:val="1F4E79"/>
          <w:sz w:val="22"/>
        </w:rPr>
        <w:t>OPINIÓN DE NUESTROS CLIENTES</w:t>
      </w:r>
    </w:p>
    <w:tbl>
      <w:tblPr>
        <w:tblStyle w:val="TableGrid"/>
        <w:tblW w:type="auto" w:w="0"/>
        <w:jc w:val="center"/>
        <w:tblLayout w:type="fixed"/>
        <w:tblLook w:firstColumn="1" w:firstRow="1" w:lastColumn="0" w:lastRow="0" w:noHBand="0" w:noVBand="1" w:val="04A0"/>
      </w:tblPr>
      <w:tblGrid>
        <w:gridCol w:w="4932"/>
        <w:gridCol w:w="4932"/>
      </w:tblGrid>
      <w:tr>
        <w:trPr>
          <w:cantSplit/>
          <w:trHeight w:val="340"/>
          <w:tblHeader/>
        </w:trPr>
        <w:tc>
          <w:tcPr>
            <w:tcW w:type="dxa" w:w="4932"/>
            <w:vAlign w:val="center"/>
            <w:shd w:val="clear" w:color="auto" w:fill="DEEAF6"/>
          </w:tcPr>
          <w:p>
            <w:pPr>
              <w:keepNext/>
              <w:jc w:val="center"/>
            </w:pPr>
            <w:r>
              <w:rPr>
                <w:b/>
                <w:sz w:val="19"/>
              </w:rPr>
              <w:t>Lo que más les gustó de nuestro bolso</w:t>
            </w:r>
          </w:p>
        </w:tc>
        <w:tc>
          <w:tcPr>
            <w:tcW w:type="dxa" w:w="4932"/>
            <w:vAlign w:val="center"/>
            <w:shd w:val="clear" w:color="auto" w:fill="DEEAF6"/>
          </w:tcPr>
          <w:p>
            <w:pPr>
              <w:keepNext/>
              <w:jc w:val="center"/>
            </w:pPr>
            <w:r>
              <w:rPr>
                <w:b/>
                <w:sz w:val="19"/>
              </w:rPr>
              <w:t>Lo que debemos mejorar</w:t>
            </w:r>
          </w:p>
        </w:tc>
      </w:tr>
      <w:tr>
        <w:trPr>
          <w:cantSplit/>
          <w:trHeight w:val="340"/>
        </w:trPr>
        <w:tc>
          <w:tcPr>
            <w:tcW w:type="dxa" w:w="4932"/>
            <w:vAlign w:val="center"/>
          </w:tcPr>
          <w:p>
            <w:pPr>
              <w:keepNext/>
              <w:jc w:val="left"/>
            </w:pPr>
            <w:r>
              <w:rPr>
                <w:b w:val="0"/>
                <w:sz w:val="19"/>
              </w:rPr>
            </w:r>
          </w:p>
        </w:tc>
        <w:tc>
          <w:tcPr>
            <w:tcW w:type="dxa" w:w="4932"/>
            <w:vAlign w:val="center"/>
          </w:tcPr>
          <w:p>
            <w:pPr>
              <w:keepNext/>
              <w:jc w:val="left"/>
            </w:pPr>
            <w:r>
              <w:rPr>
                <w:b w:val="0"/>
                <w:sz w:val="19"/>
              </w:rPr>
            </w:r>
          </w:p>
        </w:tc>
      </w:tr>
      <w:tr>
        <w:trPr>
          <w:cantSplit/>
          <w:trHeight w:val="340"/>
        </w:trPr>
        <w:tc>
          <w:tcPr>
            <w:tcW w:type="dxa" w:w="4932"/>
            <w:vAlign w:val="center"/>
          </w:tcPr>
          <w:p>
            <w:pPr>
              <w:keepNext/>
              <w:jc w:val="left"/>
            </w:pPr>
            <w:r>
              <w:rPr>
                <w:b w:val="0"/>
                <w:sz w:val="19"/>
              </w:rPr>
            </w:r>
          </w:p>
        </w:tc>
        <w:tc>
          <w:tcPr>
            <w:tcW w:type="dxa" w:w="4932"/>
            <w:vAlign w:val="center"/>
          </w:tcPr>
          <w:p>
            <w:pPr>
              <w:keepNext/>
              <w:jc w:val="left"/>
            </w:pPr>
            <w:r>
              <w:rPr>
                <w:b w:val="0"/>
                <w:sz w:val="19"/>
              </w:rPr>
            </w:r>
          </w:p>
        </w:tc>
      </w:tr>
      <w:tr>
        <w:trPr>
          <w:cantSplit/>
          <w:trHeight w:val="340"/>
        </w:trPr>
        <w:tc>
          <w:tcPr>
            <w:tcW w:type="dxa" w:w="4932"/>
            <w:vAlign w:val="center"/>
          </w:tcPr>
          <w:p>
            <w:pPr>
              <w:jc w:val="left"/>
            </w:pPr>
            <w:r>
              <w:rPr>
                <w:b w:val="0"/>
                <w:sz w:val="19"/>
              </w:rPr>
            </w:r>
          </w:p>
        </w:tc>
        <w:tc>
          <w:tcPr>
            <w:tcW w:type="dxa" w:w="4932"/>
            <w:vAlign w:val="center"/>
          </w:tcPr>
          <w:p>
            <w:pPr>
              <w:jc w:val="left"/>
            </w:pPr>
            <w:r>
              <w:rPr>
                <w:b w:val="0"/>
                <w:sz w:val="19"/>
              </w:rPr>
            </w:r>
          </w:p>
        </w:tc>
      </w:tr>
    </w:tbl>
    <w:p>
      <w:pPr>
        <w:keepNext/>
        <w:spacing w:after="40" w:before="120"/>
        <w:jc w:val="left"/>
      </w:pPr>
      <w:r>
        <w:rPr>
          <w:b/>
          <w:color w:val="1F4E79"/>
          <w:sz w:val="22"/>
        </w:rPr>
        <w:t xml:space="preserve">ACTIVIDAD 5: </w:t>
      </w:r>
      <w:r>
        <w:rPr>
          <w:b/>
          <w:color w:val="1F4E79"/>
          <w:sz w:val="22"/>
        </w:rPr>
        <w:t>COEVALUACIÓN DEL TRABAJO EN LA AGENCIA</w:t>
      </w:r>
    </w:p>
    <w:p>
      <w:pPr>
        <w:keepNext/>
        <w:spacing w:after="80" w:before="0"/>
        <w:jc w:val="both"/>
      </w:pPr>
      <w:r>
        <w:rPr>
          <w:b w:val="0"/>
        </w:rPr>
        <w:t>Evalúa a cada integrante con la escala: 4 = siempre, 3 = casi siempre, 2 = a veces, 1 = nunca.</w:t>
      </w:r>
    </w:p>
    <w:tbl>
      <w:tblPr>
        <w:tblStyle w:val="TableGrid"/>
        <w:tblW w:type="auto" w:w="0"/>
        <w:jc w:val="center"/>
        <w:tblLayout w:type="fixed"/>
        <w:tblLook w:firstColumn="1" w:firstRow="1" w:lastColumn="0" w:lastRow="0" w:noHBand="0" w:noVBand="1" w:val="04A0"/>
      </w:tblPr>
      <w:tblGrid>
        <w:gridCol w:w="2835"/>
        <w:gridCol w:w="1304"/>
        <w:gridCol w:w="1304"/>
        <w:gridCol w:w="1701"/>
        <w:gridCol w:w="1701"/>
        <w:gridCol w:w="1020"/>
      </w:tblGrid>
      <w:tr>
        <w:trPr>
          <w:cantSplit/>
          <w:trHeight w:val="351"/>
          <w:tblHeader/>
        </w:trPr>
        <w:tc>
          <w:tcPr>
            <w:tcW w:type="dxa" w:w="2835"/>
            <w:vAlign w:val="center"/>
            <w:shd w:val="clear" w:color="auto" w:fill="DEEAF6"/>
          </w:tcPr>
          <w:p>
            <w:pPr>
              <w:keepNext/>
              <w:jc w:val="center"/>
            </w:pPr>
            <w:r>
              <w:rPr>
                <w:b/>
                <w:sz w:val="18"/>
              </w:rPr>
              <w:t>Integrante</w:t>
            </w:r>
          </w:p>
        </w:tc>
        <w:tc>
          <w:tcPr>
            <w:tcW w:type="dxa" w:w="1304"/>
            <w:vAlign w:val="center"/>
            <w:shd w:val="clear" w:color="auto" w:fill="DEEAF6"/>
          </w:tcPr>
          <w:p>
            <w:pPr>
              <w:keepNext/>
              <w:jc w:val="center"/>
            </w:pPr>
            <w:r>
              <w:rPr>
                <w:b/>
                <w:sz w:val="18"/>
              </w:rPr>
              <w:t>Cumplió su rol</w:t>
            </w:r>
          </w:p>
        </w:tc>
        <w:tc>
          <w:tcPr>
            <w:tcW w:type="dxa" w:w="1304"/>
            <w:vAlign w:val="center"/>
            <w:shd w:val="clear" w:color="auto" w:fill="DEEAF6"/>
          </w:tcPr>
          <w:p>
            <w:pPr>
              <w:keepNext/>
              <w:jc w:val="center"/>
            </w:pPr>
            <w:r>
              <w:rPr>
                <w:b/>
                <w:sz w:val="18"/>
              </w:rPr>
              <w:t>Aportó ideas</w:t>
            </w:r>
          </w:p>
        </w:tc>
        <w:tc>
          <w:tcPr>
            <w:tcW w:type="dxa" w:w="1701"/>
            <w:vAlign w:val="center"/>
            <w:shd w:val="clear" w:color="auto" w:fill="DEEAF6"/>
          </w:tcPr>
          <w:p>
            <w:pPr>
              <w:keepNext/>
              <w:jc w:val="center"/>
            </w:pPr>
            <w:r>
              <w:rPr>
                <w:b/>
                <w:sz w:val="18"/>
              </w:rPr>
              <w:t>Trabajó con seguridad y orden</w:t>
            </w:r>
          </w:p>
        </w:tc>
        <w:tc>
          <w:tcPr>
            <w:tcW w:type="dxa" w:w="1701"/>
            <w:vAlign w:val="center"/>
            <w:shd w:val="clear" w:color="auto" w:fill="DEEAF6"/>
          </w:tcPr>
          <w:p>
            <w:pPr>
              <w:keepNext/>
              <w:jc w:val="center"/>
            </w:pPr>
            <w:r>
              <w:rPr>
                <w:b/>
                <w:sz w:val="18"/>
              </w:rPr>
              <w:t>Respetó a sus compañeros</w:t>
            </w:r>
          </w:p>
        </w:tc>
        <w:tc>
          <w:tcPr>
            <w:tcW w:type="dxa" w:w="1020"/>
            <w:vAlign w:val="center"/>
            <w:shd w:val="clear" w:color="auto" w:fill="DEEAF6"/>
          </w:tcPr>
          <w:p>
            <w:pPr>
              <w:keepNext/>
              <w:jc w:val="center"/>
            </w:pPr>
            <w:r>
              <w:rPr>
                <w:b/>
                <w:sz w:val="18"/>
              </w:rPr>
              <w:t>Total</w:t>
            </w:r>
          </w:p>
        </w:tc>
      </w:tr>
      <w:tr>
        <w:trPr>
          <w:cantSplit/>
          <w:trHeight w:val="351"/>
        </w:trPr>
        <w:tc>
          <w:tcPr>
            <w:tcW w:type="dxa" w:w="2835"/>
            <w:vAlign w:val="center"/>
          </w:tcPr>
          <w:p>
            <w:pPr>
              <w:keepNext/>
              <w:jc w:val="left"/>
            </w:pPr>
            <w:r>
              <w:rPr>
                <w:b w:val="0"/>
                <w:sz w:val="18"/>
              </w:rPr>
            </w:r>
          </w:p>
        </w:tc>
        <w:tc>
          <w:tcPr>
            <w:tcW w:type="dxa" w:w="1304"/>
            <w:vAlign w:val="center"/>
          </w:tcPr>
          <w:p>
            <w:pPr>
              <w:keepNext/>
              <w:jc w:val="center"/>
            </w:pPr>
            <w:r>
              <w:rPr>
                <w:b w:val="0"/>
                <w:sz w:val="18"/>
              </w:rPr>
            </w:r>
          </w:p>
        </w:tc>
        <w:tc>
          <w:tcPr>
            <w:tcW w:type="dxa" w:w="1304"/>
            <w:vAlign w:val="center"/>
          </w:tcPr>
          <w:p>
            <w:pPr>
              <w:keepNext/>
              <w:jc w:val="center"/>
            </w:pPr>
            <w:r>
              <w:rPr>
                <w:b w:val="0"/>
                <w:sz w:val="18"/>
              </w:rPr>
            </w:r>
          </w:p>
        </w:tc>
        <w:tc>
          <w:tcPr>
            <w:tcW w:type="dxa" w:w="1701"/>
            <w:vAlign w:val="center"/>
          </w:tcPr>
          <w:p>
            <w:pPr>
              <w:keepNext/>
              <w:jc w:val="center"/>
            </w:pPr>
            <w:r>
              <w:rPr>
                <w:b w:val="0"/>
                <w:sz w:val="18"/>
              </w:rPr>
            </w:r>
          </w:p>
        </w:tc>
        <w:tc>
          <w:tcPr>
            <w:tcW w:type="dxa" w:w="1701"/>
            <w:vAlign w:val="center"/>
          </w:tcPr>
          <w:p>
            <w:pPr>
              <w:keepNext/>
              <w:jc w:val="center"/>
            </w:pPr>
            <w:r>
              <w:rPr>
                <w:b w:val="0"/>
                <w:sz w:val="18"/>
              </w:rPr>
            </w:r>
          </w:p>
        </w:tc>
        <w:tc>
          <w:tcPr>
            <w:tcW w:type="dxa" w:w="1020"/>
            <w:vAlign w:val="center"/>
          </w:tcPr>
          <w:p>
            <w:pPr>
              <w:keepNext/>
              <w:jc w:val="center"/>
            </w:pPr>
            <w:r>
              <w:rPr>
                <w:b w:val="0"/>
                <w:sz w:val="18"/>
              </w:rPr>
            </w:r>
          </w:p>
        </w:tc>
      </w:tr>
      <w:tr>
        <w:trPr>
          <w:cantSplit/>
          <w:trHeight w:val="351"/>
        </w:trPr>
        <w:tc>
          <w:tcPr>
            <w:tcW w:type="dxa" w:w="2835"/>
            <w:vAlign w:val="center"/>
          </w:tcPr>
          <w:p>
            <w:pPr>
              <w:keepNext/>
              <w:jc w:val="left"/>
            </w:pPr>
            <w:r>
              <w:rPr>
                <w:b w:val="0"/>
                <w:sz w:val="18"/>
              </w:rPr>
            </w:r>
          </w:p>
        </w:tc>
        <w:tc>
          <w:tcPr>
            <w:tcW w:type="dxa" w:w="1304"/>
            <w:vAlign w:val="center"/>
          </w:tcPr>
          <w:p>
            <w:pPr>
              <w:keepNext/>
              <w:jc w:val="center"/>
            </w:pPr>
            <w:r>
              <w:rPr>
                <w:b w:val="0"/>
                <w:sz w:val="18"/>
              </w:rPr>
            </w:r>
          </w:p>
        </w:tc>
        <w:tc>
          <w:tcPr>
            <w:tcW w:type="dxa" w:w="1304"/>
            <w:vAlign w:val="center"/>
          </w:tcPr>
          <w:p>
            <w:pPr>
              <w:keepNext/>
              <w:jc w:val="center"/>
            </w:pPr>
            <w:r>
              <w:rPr>
                <w:b w:val="0"/>
                <w:sz w:val="18"/>
              </w:rPr>
            </w:r>
          </w:p>
        </w:tc>
        <w:tc>
          <w:tcPr>
            <w:tcW w:type="dxa" w:w="1701"/>
            <w:vAlign w:val="center"/>
          </w:tcPr>
          <w:p>
            <w:pPr>
              <w:keepNext/>
              <w:jc w:val="center"/>
            </w:pPr>
            <w:r>
              <w:rPr>
                <w:b w:val="0"/>
                <w:sz w:val="18"/>
              </w:rPr>
            </w:r>
          </w:p>
        </w:tc>
        <w:tc>
          <w:tcPr>
            <w:tcW w:type="dxa" w:w="1701"/>
            <w:vAlign w:val="center"/>
          </w:tcPr>
          <w:p>
            <w:pPr>
              <w:keepNext/>
              <w:jc w:val="center"/>
            </w:pPr>
            <w:r>
              <w:rPr>
                <w:b w:val="0"/>
                <w:sz w:val="18"/>
              </w:rPr>
            </w:r>
          </w:p>
        </w:tc>
        <w:tc>
          <w:tcPr>
            <w:tcW w:type="dxa" w:w="1020"/>
            <w:vAlign w:val="center"/>
          </w:tcPr>
          <w:p>
            <w:pPr>
              <w:keepNext/>
              <w:jc w:val="center"/>
            </w:pPr>
            <w:r>
              <w:rPr>
                <w:b w:val="0"/>
                <w:sz w:val="18"/>
              </w:rPr>
            </w:r>
          </w:p>
        </w:tc>
      </w:tr>
      <w:tr>
        <w:trPr>
          <w:cantSplit/>
          <w:trHeight w:val="351"/>
        </w:trPr>
        <w:tc>
          <w:tcPr>
            <w:tcW w:type="dxa" w:w="2835"/>
            <w:vAlign w:val="center"/>
          </w:tcPr>
          <w:p>
            <w:pPr>
              <w:keepNext/>
              <w:jc w:val="left"/>
            </w:pPr>
            <w:r>
              <w:rPr>
                <w:b w:val="0"/>
                <w:sz w:val="18"/>
              </w:rPr>
            </w:r>
          </w:p>
        </w:tc>
        <w:tc>
          <w:tcPr>
            <w:tcW w:type="dxa" w:w="1304"/>
            <w:vAlign w:val="center"/>
          </w:tcPr>
          <w:p>
            <w:pPr>
              <w:keepNext/>
              <w:jc w:val="center"/>
            </w:pPr>
            <w:r>
              <w:rPr>
                <w:b w:val="0"/>
                <w:sz w:val="18"/>
              </w:rPr>
            </w:r>
          </w:p>
        </w:tc>
        <w:tc>
          <w:tcPr>
            <w:tcW w:type="dxa" w:w="1304"/>
            <w:vAlign w:val="center"/>
          </w:tcPr>
          <w:p>
            <w:pPr>
              <w:keepNext/>
              <w:jc w:val="center"/>
            </w:pPr>
            <w:r>
              <w:rPr>
                <w:b w:val="0"/>
                <w:sz w:val="18"/>
              </w:rPr>
            </w:r>
          </w:p>
        </w:tc>
        <w:tc>
          <w:tcPr>
            <w:tcW w:type="dxa" w:w="1701"/>
            <w:vAlign w:val="center"/>
          </w:tcPr>
          <w:p>
            <w:pPr>
              <w:keepNext/>
              <w:jc w:val="center"/>
            </w:pPr>
            <w:r>
              <w:rPr>
                <w:b w:val="0"/>
                <w:sz w:val="18"/>
              </w:rPr>
            </w:r>
          </w:p>
        </w:tc>
        <w:tc>
          <w:tcPr>
            <w:tcW w:type="dxa" w:w="1701"/>
            <w:vAlign w:val="center"/>
          </w:tcPr>
          <w:p>
            <w:pPr>
              <w:keepNext/>
              <w:jc w:val="center"/>
            </w:pPr>
            <w:r>
              <w:rPr>
                <w:b w:val="0"/>
                <w:sz w:val="18"/>
              </w:rPr>
            </w:r>
          </w:p>
        </w:tc>
        <w:tc>
          <w:tcPr>
            <w:tcW w:type="dxa" w:w="1020"/>
            <w:vAlign w:val="center"/>
          </w:tcPr>
          <w:p>
            <w:pPr>
              <w:keepNext/>
              <w:jc w:val="center"/>
            </w:pPr>
            <w:r>
              <w:rPr>
                <w:b w:val="0"/>
                <w:sz w:val="18"/>
              </w:rPr>
            </w:r>
          </w:p>
        </w:tc>
      </w:tr>
      <w:tr>
        <w:trPr>
          <w:cantSplit/>
          <w:trHeight w:val="351"/>
        </w:trPr>
        <w:tc>
          <w:tcPr>
            <w:tcW w:type="dxa" w:w="2835"/>
            <w:vAlign w:val="center"/>
          </w:tcPr>
          <w:p>
            <w:pPr>
              <w:keepNext/>
              <w:jc w:val="left"/>
            </w:pPr>
            <w:r>
              <w:rPr>
                <w:b w:val="0"/>
                <w:sz w:val="18"/>
              </w:rPr>
            </w:r>
          </w:p>
        </w:tc>
        <w:tc>
          <w:tcPr>
            <w:tcW w:type="dxa" w:w="1304"/>
            <w:vAlign w:val="center"/>
          </w:tcPr>
          <w:p>
            <w:pPr>
              <w:keepNext/>
              <w:jc w:val="center"/>
            </w:pPr>
            <w:r>
              <w:rPr>
                <w:b w:val="0"/>
                <w:sz w:val="18"/>
              </w:rPr>
            </w:r>
          </w:p>
        </w:tc>
        <w:tc>
          <w:tcPr>
            <w:tcW w:type="dxa" w:w="1304"/>
            <w:vAlign w:val="center"/>
          </w:tcPr>
          <w:p>
            <w:pPr>
              <w:keepNext/>
              <w:jc w:val="center"/>
            </w:pPr>
            <w:r>
              <w:rPr>
                <w:b w:val="0"/>
                <w:sz w:val="18"/>
              </w:rPr>
            </w:r>
          </w:p>
        </w:tc>
        <w:tc>
          <w:tcPr>
            <w:tcW w:type="dxa" w:w="1701"/>
            <w:vAlign w:val="center"/>
          </w:tcPr>
          <w:p>
            <w:pPr>
              <w:keepNext/>
              <w:jc w:val="center"/>
            </w:pPr>
            <w:r>
              <w:rPr>
                <w:b w:val="0"/>
                <w:sz w:val="18"/>
              </w:rPr>
            </w:r>
          </w:p>
        </w:tc>
        <w:tc>
          <w:tcPr>
            <w:tcW w:type="dxa" w:w="1701"/>
            <w:vAlign w:val="center"/>
          </w:tcPr>
          <w:p>
            <w:pPr>
              <w:keepNext/>
              <w:jc w:val="center"/>
            </w:pPr>
            <w:r>
              <w:rPr>
                <w:b w:val="0"/>
                <w:sz w:val="18"/>
              </w:rPr>
            </w:r>
          </w:p>
        </w:tc>
        <w:tc>
          <w:tcPr>
            <w:tcW w:type="dxa" w:w="1020"/>
            <w:vAlign w:val="center"/>
          </w:tcPr>
          <w:p>
            <w:pPr>
              <w:keepNext/>
              <w:jc w:val="center"/>
            </w:pPr>
            <w:r>
              <w:rPr>
                <w:b w:val="0"/>
                <w:sz w:val="18"/>
              </w:rPr>
            </w:r>
          </w:p>
        </w:tc>
      </w:tr>
      <w:tr>
        <w:trPr>
          <w:cantSplit/>
          <w:trHeight w:val="351"/>
        </w:trPr>
        <w:tc>
          <w:tcPr>
            <w:tcW w:type="dxa" w:w="2835"/>
            <w:vAlign w:val="center"/>
          </w:tcPr>
          <w:p>
            <w:pPr>
              <w:jc w:val="left"/>
            </w:pPr>
            <w:r>
              <w:rPr>
                <w:b w:val="0"/>
                <w:sz w:val="18"/>
              </w:rPr>
            </w:r>
          </w:p>
        </w:tc>
        <w:tc>
          <w:tcPr>
            <w:tcW w:type="dxa" w:w="1304"/>
            <w:vAlign w:val="center"/>
          </w:tcPr>
          <w:p>
            <w:pPr>
              <w:jc w:val="center"/>
            </w:pPr>
            <w:r>
              <w:rPr>
                <w:b w:val="0"/>
                <w:sz w:val="18"/>
              </w:rPr>
            </w:r>
          </w:p>
        </w:tc>
        <w:tc>
          <w:tcPr>
            <w:tcW w:type="dxa" w:w="1304"/>
            <w:vAlign w:val="center"/>
          </w:tcPr>
          <w:p>
            <w:pPr>
              <w:jc w:val="center"/>
            </w:pPr>
            <w:r>
              <w:rPr>
                <w:b w:val="0"/>
                <w:sz w:val="18"/>
              </w:rPr>
            </w:r>
          </w:p>
        </w:tc>
        <w:tc>
          <w:tcPr>
            <w:tcW w:type="dxa" w:w="1701"/>
            <w:vAlign w:val="center"/>
          </w:tcPr>
          <w:p>
            <w:pPr>
              <w:jc w:val="center"/>
            </w:pPr>
            <w:r>
              <w:rPr>
                <w:b w:val="0"/>
                <w:sz w:val="18"/>
              </w:rPr>
            </w:r>
          </w:p>
        </w:tc>
        <w:tc>
          <w:tcPr>
            <w:tcW w:type="dxa" w:w="1701"/>
            <w:vAlign w:val="center"/>
          </w:tcPr>
          <w:p>
            <w:pPr>
              <w:jc w:val="center"/>
            </w:pPr>
            <w:r>
              <w:rPr>
                <w:b w:val="0"/>
                <w:sz w:val="18"/>
              </w:rPr>
            </w:r>
          </w:p>
        </w:tc>
        <w:tc>
          <w:tcPr>
            <w:tcW w:type="dxa" w:w="1020"/>
            <w:vAlign w:val="center"/>
          </w:tcPr>
          <w:p>
            <w:pPr>
              <w:jc w:val="center"/>
            </w:pPr>
            <w:r>
              <w:rPr>
                <w:b w:val="0"/>
                <w:sz w:val="18"/>
              </w:rPr>
            </w:r>
          </w:p>
        </w:tc>
      </w:tr>
    </w:tbl>
    <w:p>
      <w:pPr>
        <w:keepNext/>
        <w:spacing w:after="40" w:before="120"/>
        <w:jc w:val="left"/>
      </w:pPr>
      <w:r>
        <w:rPr>
          <w:b/>
          <w:color w:val="1F4E79"/>
          <w:sz w:val="22"/>
        </w:rPr>
        <w:t xml:space="preserve">ACTIVIDAD 6: </w:t>
      </w:r>
      <w:r>
        <w:rPr>
          <w:b/>
          <w:color w:val="1F4E79"/>
          <w:sz w:val="22"/>
        </w:rPr>
        <w:t>METACOGNICIÓN</w:t>
      </w:r>
    </w:p>
    <w:p>
      <w:pPr>
        <w:keepNext/>
        <w:spacing w:after="0" w:before="0"/>
        <w:jc w:val="both"/>
      </w:pPr>
      <w:r>
        <w:rPr>
          <w:b w:val="0"/>
        </w:rPr>
        <w:t>a) ¿Qué aprendí sobre emprender y manejar el dinero de un negocio?</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pPr>
              <w:keepNext/>
            </w:pPr>
          </w:p>
        </w:tc>
      </w:tr>
      <w:tr>
        <w:trPr>
          <w:trHeight w:val="408"/>
          <w:cantSplit/>
        </w:trPr>
        <w:tc>
          <w:tcPr>
            <w:tcW w:type="dxa" w:w="9865"/>
          </w:tcPr>
          <w:p/>
        </w:tc>
      </w:tr>
    </w:tbl>
    <w:p>
      <w:pPr>
        <w:spacing w:after="0" w:line="100" w:lineRule="exact"/>
      </w:pPr>
      <w:r/>
    </w:p>
    <w:p>
      <w:pPr>
        <w:keepNext/>
        <w:spacing w:after="0" w:before="0"/>
        <w:jc w:val="both"/>
      </w:pPr>
      <w:r>
        <w:rPr>
          <w:b w:val="0"/>
        </w:rPr>
        <w:t>b) ¿Qué decisión financiera responsable aplicaré en mi vida o en mi familia?</w:t>
      </w:r>
    </w:p>
    <w:tbl>
      <w:tblPr>
        <w:tblW w:type="auto" w:w="0"/>
        <w:jc w:val="center"/>
        <w:tblLayout w:type="fixed"/>
        <w:tblLook w:firstColumn="1" w:firstRow="1" w:lastColumn="0" w:lastRow="0" w:noHBand="0" w:noVBand="1" w:val="04A0"/>
        <w:tblBorders>
          <w:top w:val="nil"/>
          <w:left w:val="nil"/>
          <w:bottom w:val="single" w:sz="4" w:space="0" w:color="A6A6A6"/>
          <w:right w:val="nil"/>
          <w:insideH w:val="single" w:sz="4" w:space="0" w:color="A6A6A6"/>
          <w:insideV w:val="nil"/>
        </w:tblBorders>
      </w:tblPr>
      <w:tblGrid>
        <w:gridCol w:w="9865"/>
      </w:tblGrid>
      <w:tr>
        <w:trPr>
          <w:trHeight w:val="408"/>
          <w:cantSplit/>
        </w:trPr>
        <w:tc>
          <w:tcPr>
            <w:tcW w:type="dxa" w:w="9865"/>
          </w:tcPr>
          <w:p>
            <w:pPr>
              <w:keepNext/>
            </w:pPr>
          </w:p>
        </w:tc>
      </w:tr>
      <w:tr>
        <w:trPr>
          <w:trHeight w:val="408"/>
          <w:cantSplit/>
        </w:trPr>
        <w:tc>
          <w:tcPr>
            <w:tcW w:type="dxa" w:w="9865"/>
          </w:tcPr>
          <w:p/>
        </w:tc>
      </w:tr>
    </w:tbl>
    <w:p>
      <w:pPr>
        <w:spacing w:after="0" w:line="100" w:lineRule="exact"/>
      </w:pPr>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866"/>
      </w:tblGrid>
      <w:tr>
        <w:tc>
          <w:tcPr>
            <w:tcW w:type="dxa" w:w="9865"/>
            <w:shd w:val="clear" w:color="auto" w:fill="1F4E79"/>
          </w:tcPr>
          <w:p>
            <w:pPr>
              <w:spacing w:before="60" w:after="60"/>
              <w:jc w:val="center"/>
            </w:pPr>
            <w:r>
              <w:rPr>
                <w:b/>
                <w:color w:val="FFFFFF"/>
                <w:sz w:val="28"/>
              </w:rPr>
              <w:t>ANEXO: SOLUCIONARIO PARA LA DOCENTE</w:t>
            </w:r>
          </w:p>
        </w:tc>
      </w:tr>
    </w:tbl>
    <w:p>
      <w:pPr>
        <w:spacing w:after="0" w:line="120" w:lineRule="exact"/>
      </w:pPr>
      <w:r/>
    </w:p>
    <w:p>
      <w:pPr>
        <w:keepNext/>
        <w:spacing w:after="40" w:before="0"/>
        <w:jc w:val="left"/>
      </w:pPr>
      <w:r>
        <w:rPr>
          <w:b/>
          <w:color w:val="1F4E79"/>
        </w:rPr>
        <w:t>Ficha N° 01</w:t>
      </w:r>
    </w:p>
    <w:tbl>
      <w:tblPr>
        <w:tblStyle w:val="TableGrid"/>
        <w:tblW w:type="auto" w:w="0"/>
        <w:jc w:val="center"/>
        <w:tblLayout w:type="fixed"/>
        <w:tblLook w:firstColumn="1" w:firstRow="1" w:lastColumn="0" w:lastRow="0" w:noHBand="0" w:noVBand="1" w:val="04A0"/>
      </w:tblPr>
      <w:tblGrid>
        <w:gridCol w:w="2608"/>
        <w:gridCol w:w="7257"/>
      </w:tblGrid>
      <w:tr>
        <w:trPr>
          <w:cantSplit/>
          <w:trHeight w:val="312"/>
          <w:tblHeader/>
        </w:trPr>
        <w:tc>
          <w:tcPr>
            <w:tcW w:type="dxa" w:w="2608"/>
            <w:vAlign w:val="center"/>
            <w:shd w:val="clear" w:color="auto" w:fill="DEEAF6"/>
          </w:tcPr>
          <w:p>
            <w:pPr>
              <w:keepNext/>
              <w:jc w:val="center"/>
            </w:pPr>
            <w:r>
              <w:rPr>
                <w:b/>
                <w:sz w:val="19"/>
              </w:rPr>
              <w:t>Pregunta</w:t>
            </w:r>
          </w:p>
        </w:tc>
        <w:tc>
          <w:tcPr>
            <w:tcW w:type="dxa" w:w="7257"/>
            <w:vAlign w:val="center"/>
            <w:shd w:val="clear" w:color="auto" w:fill="DEEAF6"/>
          </w:tcPr>
          <w:p>
            <w:pPr>
              <w:keepNext/>
              <w:jc w:val="center"/>
            </w:pPr>
            <w:r>
              <w:rPr>
                <w:b/>
                <w:sz w:val="19"/>
              </w:rPr>
              <w:t>Respuesta esperada</w:t>
            </w:r>
          </w:p>
        </w:tc>
      </w:tr>
      <w:tr>
        <w:trPr>
          <w:cantSplit/>
          <w:trHeight w:val="312"/>
        </w:trPr>
        <w:tc>
          <w:tcPr>
            <w:tcW w:type="dxa" w:w="2608"/>
            <w:vAlign w:val="center"/>
            <w:shd w:val="clear" w:color="auto" w:fill="F2F2F2"/>
          </w:tcPr>
          <w:p>
            <w:pPr>
              <w:keepNext/>
              <w:jc w:val="left"/>
            </w:pPr>
            <w:r>
              <w:rPr>
                <w:b w:val="0"/>
                <w:sz w:val="19"/>
              </w:rPr>
              <w:t>Meta financiera</w:t>
            </w:r>
          </w:p>
        </w:tc>
        <w:tc>
          <w:tcPr>
            <w:tcW w:type="dxa" w:w="7257"/>
            <w:vAlign w:val="center"/>
          </w:tcPr>
          <w:p>
            <w:pPr>
              <w:keepNext/>
              <w:jc w:val="left"/>
            </w:pPr>
            <w:r>
              <w:rPr>
                <w:b w:val="0"/>
                <w:sz w:val="19"/>
              </w:rPr>
              <w:t>Ahorrar la ganancia para comprar una máquina de coser usada de S/ 450.</w:t>
            </w:r>
          </w:p>
        </w:tc>
      </w:tr>
      <w:tr>
        <w:trPr>
          <w:cantSplit/>
          <w:trHeight w:val="312"/>
        </w:trPr>
        <w:tc>
          <w:tcPr>
            <w:tcW w:type="dxa" w:w="2608"/>
            <w:vAlign w:val="center"/>
            <w:shd w:val="clear" w:color="auto" w:fill="F2F2F2"/>
          </w:tcPr>
          <w:p>
            <w:pPr>
              <w:keepNext/>
              <w:jc w:val="left"/>
            </w:pPr>
            <w:r>
              <w:rPr>
                <w:b w:val="0"/>
                <w:sz w:val="19"/>
              </w:rPr>
              <w:t>Dinero disponible</w:t>
            </w:r>
          </w:p>
        </w:tc>
        <w:tc>
          <w:tcPr>
            <w:tcW w:type="dxa" w:w="7257"/>
            <w:vAlign w:val="center"/>
          </w:tcPr>
          <w:p>
            <w:pPr>
              <w:keepNext/>
              <w:jc w:val="left"/>
            </w:pPr>
            <w:r>
              <w:rPr>
                <w:b w:val="0"/>
                <w:sz w:val="19"/>
              </w:rPr>
              <w:t>S/ 120 de ahorro + S/ 60 de propinas (15 × 4) = S/ 180.</w:t>
            </w:r>
          </w:p>
        </w:tc>
      </w:tr>
      <w:tr>
        <w:trPr>
          <w:cantSplit/>
          <w:trHeight w:val="312"/>
        </w:trPr>
        <w:tc>
          <w:tcPr>
            <w:tcW w:type="dxa" w:w="2608"/>
            <w:vAlign w:val="center"/>
            <w:shd w:val="clear" w:color="auto" w:fill="F2F2F2"/>
          </w:tcPr>
          <w:p>
            <w:pPr>
              <w:keepNext/>
              <w:jc w:val="left"/>
            </w:pPr>
            <w:r>
              <w:rPr>
                <w:b w:val="0"/>
                <w:sz w:val="19"/>
              </w:rPr>
              <w:t>Dinero necesario</w:t>
            </w:r>
          </w:p>
        </w:tc>
        <w:tc>
          <w:tcPr>
            <w:tcW w:type="dxa" w:w="7257"/>
            <w:vAlign w:val="center"/>
          </w:tcPr>
          <w:p>
            <w:pPr>
              <w:keepNext/>
              <w:jc w:val="left"/>
            </w:pPr>
            <w:r>
              <w:rPr>
                <w:b w:val="0"/>
                <w:sz w:val="19"/>
              </w:rPr>
              <w:t>Materiales S/ 219 (7,30 × 30) + gastos fijos S/ 45 = S/ 264.</w:t>
            </w:r>
          </w:p>
        </w:tc>
      </w:tr>
      <w:tr>
        <w:trPr>
          <w:cantSplit/>
          <w:trHeight w:val="312"/>
        </w:trPr>
        <w:tc>
          <w:tcPr>
            <w:tcW w:type="dxa" w:w="2608"/>
            <w:vAlign w:val="center"/>
            <w:shd w:val="clear" w:color="auto" w:fill="F2F2F2"/>
          </w:tcPr>
          <w:p>
            <w:pPr>
              <w:keepNext/>
              <w:jc w:val="left"/>
            </w:pPr>
            <w:r>
              <w:rPr>
                <w:b w:val="0"/>
                <w:sz w:val="19"/>
              </w:rPr>
              <w:t>Dinero que falta</w:t>
            </w:r>
          </w:p>
        </w:tc>
        <w:tc>
          <w:tcPr>
            <w:tcW w:type="dxa" w:w="7257"/>
            <w:vAlign w:val="center"/>
          </w:tcPr>
          <w:p>
            <w:pPr>
              <w:keepNext/>
              <w:jc w:val="left"/>
            </w:pPr>
            <w:r>
              <w:rPr>
                <w:b w:val="0"/>
                <w:sz w:val="19"/>
              </w:rPr>
              <w:t>S/ 264 – S/ 180 = S/ 84.</w:t>
            </w:r>
          </w:p>
        </w:tc>
      </w:tr>
      <w:tr>
        <w:trPr>
          <w:cantSplit/>
          <w:trHeight w:val="312"/>
        </w:trPr>
        <w:tc>
          <w:tcPr>
            <w:tcW w:type="dxa" w:w="2608"/>
            <w:vAlign w:val="center"/>
            <w:shd w:val="clear" w:color="auto" w:fill="F2F2F2"/>
          </w:tcPr>
          <w:p>
            <w:pPr>
              <w:jc w:val="left"/>
            </w:pPr>
            <w:r>
              <w:rPr>
                <w:b w:val="0"/>
                <w:sz w:val="19"/>
              </w:rPr>
              <w:t>Interés del préstamo</w:t>
            </w:r>
          </w:p>
        </w:tc>
        <w:tc>
          <w:tcPr>
            <w:tcW w:type="dxa" w:w="7257"/>
            <w:vAlign w:val="center"/>
          </w:tcPr>
          <w:p>
            <w:pPr>
              <w:jc w:val="left"/>
            </w:pPr>
            <w:r>
              <w:rPr>
                <w:b w:val="0"/>
                <w:sz w:val="19"/>
              </w:rPr>
              <w:t>S/ 180 – S/ 150 = S/ 30, es decir, el 20 % en un solo mes (30 ÷ 150 × 100).</w:t>
            </w:r>
          </w:p>
        </w:tc>
      </w:tr>
    </w:tbl>
    <w:p>
      <w:pPr>
        <w:spacing w:after="0" w:line="80" w:lineRule="exact"/>
      </w:pPr>
      <w:r/>
    </w:p>
    <w:p>
      <w:pPr>
        <w:keepNext/>
        <w:spacing w:after="40" w:before="0"/>
        <w:jc w:val="left"/>
      </w:pPr>
      <w:r>
        <w:rPr>
          <w:b/>
          <w:color w:val="1F4E79"/>
        </w:rPr>
        <w:t>Ficha N° 02</w:t>
      </w:r>
    </w:p>
    <w:tbl>
      <w:tblPr>
        <w:tblStyle w:val="TableGrid"/>
        <w:tblW w:type="auto" w:w="0"/>
        <w:jc w:val="center"/>
        <w:tblLayout w:type="fixed"/>
        <w:tblLook w:firstColumn="1" w:firstRow="1" w:lastColumn="0" w:lastRow="0" w:noHBand="0" w:noVBand="1" w:val="04A0"/>
      </w:tblPr>
      <w:tblGrid>
        <w:gridCol w:w="2041"/>
        <w:gridCol w:w="7824"/>
      </w:tblGrid>
      <w:tr>
        <w:trPr>
          <w:cantSplit/>
          <w:trHeight w:val="312"/>
          <w:tblHeader/>
        </w:trPr>
        <w:tc>
          <w:tcPr>
            <w:tcW w:type="dxa" w:w="2041"/>
            <w:vAlign w:val="center"/>
            <w:shd w:val="clear" w:color="auto" w:fill="DEEAF6"/>
          </w:tcPr>
          <w:p>
            <w:pPr>
              <w:keepNext/>
              <w:jc w:val="center"/>
            </w:pPr>
            <w:r>
              <w:rPr>
                <w:b/>
                <w:sz w:val="19"/>
              </w:rPr>
              <w:t>Actividad</w:t>
            </w:r>
          </w:p>
        </w:tc>
        <w:tc>
          <w:tcPr>
            <w:tcW w:type="dxa" w:w="7824"/>
            <w:vAlign w:val="center"/>
            <w:shd w:val="clear" w:color="auto" w:fill="DEEAF6"/>
          </w:tcPr>
          <w:p>
            <w:pPr>
              <w:keepNext/>
              <w:jc w:val="center"/>
            </w:pPr>
            <w:r>
              <w:rPr>
                <w:b/>
                <w:sz w:val="19"/>
              </w:rPr>
              <w:t>Respuesta esperada</w:t>
            </w:r>
          </w:p>
        </w:tc>
      </w:tr>
      <w:tr>
        <w:trPr>
          <w:cantSplit/>
          <w:trHeight w:val="312"/>
        </w:trPr>
        <w:tc>
          <w:tcPr>
            <w:tcW w:type="dxa" w:w="2041"/>
            <w:vAlign w:val="center"/>
            <w:shd w:val="clear" w:color="auto" w:fill="F2F2F2"/>
          </w:tcPr>
          <w:p>
            <w:pPr>
              <w:keepNext/>
              <w:jc w:val="left"/>
            </w:pPr>
            <w:r>
              <w:rPr>
                <w:b w:val="0"/>
                <w:sz w:val="19"/>
              </w:rPr>
              <w:t>Diccionario</w:t>
            </w:r>
          </w:p>
        </w:tc>
        <w:tc>
          <w:tcPr>
            <w:tcW w:type="dxa" w:w="7824"/>
            <w:vAlign w:val="center"/>
          </w:tcPr>
          <w:p>
            <w:pPr>
              <w:keepNext/>
              <w:jc w:val="left"/>
            </w:pPr>
            <w:r>
              <w:rPr>
                <w:b w:val="0"/>
                <w:sz w:val="19"/>
              </w:rPr>
              <w:t>1-F, 2-B, 3-H, 4-J, 5-I, 6-D, 7-G, 8-E, 9-A, 10-C.</w:t>
            </w:r>
          </w:p>
        </w:tc>
      </w:tr>
      <w:tr>
        <w:trPr>
          <w:cantSplit/>
          <w:trHeight w:val="312"/>
        </w:trPr>
        <w:tc>
          <w:tcPr>
            <w:tcW w:type="dxa" w:w="2041"/>
            <w:vAlign w:val="center"/>
            <w:shd w:val="clear" w:color="auto" w:fill="F2F2F2"/>
          </w:tcPr>
          <w:p>
            <w:pPr>
              <w:keepNext/>
              <w:jc w:val="left"/>
            </w:pPr>
            <w:r>
              <w:rPr>
                <w:b w:val="0"/>
                <w:sz w:val="19"/>
              </w:rPr>
              <w:t>Clasificación</w:t>
            </w:r>
          </w:p>
        </w:tc>
        <w:tc>
          <w:tcPr>
            <w:tcW w:type="dxa" w:w="7824"/>
            <w:vAlign w:val="center"/>
          </w:tcPr>
          <w:p>
            <w:pPr>
              <w:keepNext/>
              <w:jc w:val="left"/>
            </w:pPr>
            <w:r>
              <w:rPr>
                <w:b w:val="0"/>
                <w:sz w:val="19"/>
              </w:rPr>
              <w:t>Variables: lona, hilo, cinta, vinil y etiqueta (S/ 7,30 por bolso). Fijos: alquiler de máquina, pasaje y moldes (S/ 45).</w:t>
            </w:r>
          </w:p>
        </w:tc>
      </w:tr>
      <w:tr>
        <w:trPr>
          <w:cantSplit/>
          <w:trHeight w:val="312"/>
        </w:trPr>
        <w:tc>
          <w:tcPr>
            <w:tcW w:type="dxa" w:w="2041"/>
            <w:vAlign w:val="center"/>
            <w:shd w:val="clear" w:color="auto" w:fill="F2F2F2"/>
          </w:tcPr>
          <w:p>
            <w:pPr>
              <w:keepNext/>
              <w:jc w:val="left"/>
            </w:pPr>
            <w:r>
              <w:rPr>
                <w:b w:val="0"/>
                <w:sz w:val="19"/>
              </w:rPr>
              <w:t>Costo de producción</w:t>
            </w:r>
          </w:p>
        </w:tc>
        <w:tc>
          <w:tcPr>
            <w:tcW w:type="dxa" w:w="7824"/>
            <w:vAlign w:val="center"/>
          </w:tcPr>
          <w:p>
            <w:pPr>
              <w:keepNext/>
              <w:jc w:val="left"/>
            </w:pPr>
            <w:r>
              <w:rPr>
                <w:b w:val="0"/>
                <w:sz w:val="19"/>
              </w:rPr>
              <w:t>Costo total S/ 264; costo unitario S/ 8,80; ingreso S/ 450; ganancia esperada S/ 186.</w:t>
            </w:r>
          </w:p>
        </w:tc>
      </w:tr>
      <w:tr>
        <w:trPr>
          <w:cantSplit/>
          <w:trHeight w:val="312"/>
        </w:trPr>
        <w:tc>
          <w:tcPr>
            <w:tcW w:type="dxa" w:w="2041"/>
            <w:vAlign w:val="center"/>
            <w:shd w:val="clear" w:color="auto" w:fill="F2F2F2"/>
          </w:tcPr>
          <w:p>
            <w:pPr>
              <w:keepNext/>
              <w:jc w:val="left"/>
            </w:pPr>
            <w:r>
              <w:rPr>
                <w:b w:val="0"/>
                <w:sz w:val="19"/>
              </w:rPr>
              <w:t>Alternativa A</w:t>
            </w:r>
          </w:p>
        </w:tc>
        <w:tc>
          <w:tcPr>
            <w:tcW w:type="dxa" w:w="7824"/>
            <w:vAlign w:val="center"/>
          </w:tcPr>
          <w:p>
            <w:pPr>
              <w:keepNext/>
              <w:jc w:val="left"/>
            </w:pPr>
            <w:r>
              <w:rPr>
                <w:b w:val="0"/>
                <w:sz w:val="19"/>
              </w:rPr>
              <w:t>10 primeros bolsos: 45 + 73 = S/ 118 (sí alcanza con S/ 120). Ganancia final S/ 186 si vende los 30. Sin deuda, pero más lenta y con riesgo de no tener todos los bolsos listos para la feria.</w:t>
            </w:r>
          </w:p>
        </w:tc>
      </w:tr>
      <w:tr>
        <w:trPr>
          <w:cantSplit/>
          <w:trHeight w:val="312"/>
        </w:trPr>
        <w:tc>
          <w:tcPr>
            <w:tcW w:type="dxa" w:w="2041"/>
            <w:vAlign w:val="center"/>
            <w:shd w:val="clear" w:color="auto" w:fill="F2F2F2"/>
          </w:tcPr>
          <w:p>
            <w:pPr>
              <w:keepNext/>
              <w:jc w:val="left"/>
            </w:pPr>
            <w:r>
              <w:rPr>
                <w:b w:val="0"/>
                <w:sz w:val="19"/>
              </w:rPr>
              <w:t>Alternativa B</w:t>
            </w:r>
          </w:p>
        </w:tc>
        <w:tc>
          <w:tcPr>
            <w:tcW w:type="dxa" w:w="7824"/>
            <w:vAlign w:val="center"/>
          </w:tcPr>
          <w:p>
            <w:pPr>
              <w:keepNext/>
              <w:jc w:val="left"/>
            </w:pPr>
            <w:r>
              <w:rPr>
                <w:b w:val="0"/>
                <w:sz w:val="19"/>
              </w:rPr>
              <w:t>Interés S/ 30. Ganancia final 186 – 30 = S/ 156. Riesgo alto: debe pagar cuotas diarias aunque no venda, sin contrato y con posibles cobros con presión.</w:t>
            </w:r>
          </w:p>
        </w:tc>
      </w:tr>
      <w:tr>
        <w:trPr>
          <w:cantSplit/>
          <w:trHeight w:val="312"/>
        </w:trPr>
        <w:tc>
          <w:tcPr>
            <w:tcW w:type="dxa" w:w="2041"/>
            <w:vAlign w:val="center"/>
            <w:shd w:val="clear" w:color="auto" w:fill="F2F2F2"/>
          </w:tcPr>
          <w:p>
            <w:pPr>
              <w:jc w:val="left"/>
            </w:pPr>
            <w:r>
              <w:rPr>
                <w:b w:val="0"/>
                <w:sz w:val="19"/>
              </w:rPr>
              <w:t>Alternativa C</w:t>
            </w:r>
          </w:p>
        </w:tc>
        <w:tc>
          <w:tcPr>
            <w:tcW w:type="dxa" w:w="7824"/>
            <w:vAlign w:val="center"/>
          </w:tcPr>
          <w:p>
            <w:pPr>
              <w:jc w:val="left"/>
            </w:pPr>
            <w:r>
              <w:rPr>
                <w:b w:val="0"/>
                <w:sz w:val="19"/>
              </w:rPr>
              <w:t>Dinero disponible 90 + 120 + 60 = S/ 270, sí cubre los S/ 264. Ganancia final S/ 186 (el adelanto es parte del precio). Riesgo bajo: asegura 12 ventas; debe cumplir con los pedidos a tiempo.</w:t>
            </w:r>
          </w:p>
        </w:tc>
      </w:tr>
    </w:tbl>
    <w:p>
      <w:pPr>
        <w:spacing w:after="0" w:line="80" w:lineRule="exact"/>
      </w:pPr>
      <w:r/>
    </w:p>
    <w:p>
      <w:pPr>
        <w:keepNext/>
        <w:spacing w:after="40" w:before="0"/>
        <w:jc w:val="left"/>
      </w:pPr>
      <w:r>
        <w:rPr>
          <w:b/>
          <w:color w:val="1F4E79"/>
        </w:rPr>
        <w:t>Fichas N° 03 a 06</w:t>
      </w:r>
    </w:p>
    <w:tbl>
      <w:tblPr>
        <w:tblStyle w:val="TableGrid"/>
        <w:tblW w:type="auto" w:w="0"/>
        <w:jc w:val="center"/>
        <w:tblLayout w:type="fixed"/>
        <w:tblLook w:firstColumn="1" w:firstRow="1" w:lastColumn="0" w:lastRow="0" w:noHBand="0" w:noVBand="1" w:val="04A0"/>
      </w:tblPr>
      <w:tblGrid>
        <w:gridCol w:w="2608"/>
        <w:gridCol w:w="7257"/>
      </w:tblGrid>
      <w:tr>
        <w:trPr>
          <w:cantSplit/>
          <w:trHeight w:val="312"/>
          <w:tblHeader/>
        </w:trPr>
        <w:tc>
          <w:tcPr>
            <w:tcW w:type="dxa" w:w="2608"/>
            <w:vAlign w:val="center"/>
            <w:shd w:val="clear" w:color="auto" w:fill="DEEAF6"/>
          </w:tcPr>
          <w:p>
            <w:pPr>
              <w:keepNext/>
              <w:jc w:val="center"/>
            </w:pPr>
            <w:r>
              <w:rPr>
                <w:b/>
                <w:sz w:val="19"/>
              </w:rPr>
              <w:t>Actividad</w:t>
            </w:r>
          </w:p>
        </w:tc>
        <w:tc>
          <w:tcPr>
            <w:tcW w:type="dxa" w:w="7257"/>
            <w:vAlign w:val="center"/>
            <w:shd w:val="clear" w:color="auto" w:fill="DEEAF6"/>
          </w:tcPr>
          <w:p>
            <w:pPr>
              <w:keepNext/>
              <w:jc w:val="center"/>
            </w:pPr>
            <w:r>
              <w:rPr>
                <w:b/>
                <w:sz w:val="19"/>
              </w:rPr>
              <w:t>Respuesta esperada</w:t>
            </w:r>
          </w:p>
        </w:tc>
      </w:tr>
      <w:tr>
        <w:trPr>
          <w:cantSplit/>
          <w:trHeight w:val="312"/>
        </w:trPr>
        <w:tc>
          <w:tcPr>
            <w:tcW w:type="dxa" w:w="2608"/>
            <w:vAlign w:val="center"/>
            <w:shd w:val="clear" w:color="auto" w:fill="F2F2F2"/>
          </w:tcPr>
          <w:p>
            <w:pPr>
              <w:keepNext/>
              <w:jc w:val="left"/>
            </w:pPr>
            <w:r>
              <w:rPr>
                <w:b w:val="0"/>
                <w:sz w:val="19"/>
              </w:rPr>
              <w:t>Recomendación (A.R.E.)</w:t>
            </w:r>
          </w:p>
        </w:tc>
        <w:tc>
          <w:tcPr>
            <w:tcW w:type="dxa" w:w="7257"/>
            <w:vAlign w:val="center"/>
          </w:tcPr>
          <w:p>
            <w:pPr>
              <w:keepNext/>
              <w:jc w:val="left"/>
            </w:pPr>
            <w:r>
              <w:rPr>
                <w:b w:val="0"/>
                <w:sz w:val="19"/>
              </w:rPr>
              <w:t>Se espera que recomienden la Alternativa C (o la A) y descarten la B, argumentando con costo total, ganancia, interés y ahorro, y proponiendo vender primero a quienes pagaron adelanto.</w:t>
            </w:r>
          </w:p>
        </w:tc>
      </w:tr>
      <w:tr>
        <w:trPr>
          <w:cantSplit/>
          <w:trHeight w:val="312"/>
        </w:trPr>
        <w:tc>
          <w:tcPr>
            <w:tcW w:type="dxa" w:w="2608"/>
            <w:vAlign w:val="center"/>
            <w:shd w:val="clear" w:color="auto" w:fill="F2F2F2"/>
          </w:tcPr>
          <w:p>
            <w:pPr>
              <w:keepNext/>
              <w:jc w:val="left"/>
            </w:pPr>
            <w:r>
              <w:rPr>
                <w:b w:val="0"/>
                <w:sz w:val="19"/>
              </w:rPr>
              <w:t>Medidas de corte</w:t>
            </w:r>
          </w:p>
        </w:tc>
        <w:tc>
          <w:tcPr>
            <w:tcW w:type="dxa" w:w="7257"/>
            <w:vAlign w:val="center"/>
          </w:tcPr>
          <w:p>
            <w:pPr>
              <w:keepNext/>
              <w:jc w:val="left"/>
            </w:pPr>
            <w:r>
              <w:rPr>
                <w:b w:val="0"/>
                <w:sz w:val="19"/>
              </w:rPr>
              <w:t>Cuerpo 42 × 40 cm; base 42 × 12 cm; asas 62 × 10 cm.</w:t>
            </w:r>
          </w:p>
        </w:tc>
      </w:tr>
      <w:tr>
        <w:trPr>
          <w:cantSplit/>
          <w:trHeight w:val="312"/>
        </w:trPr>
        <w:tc>
          <w:tcPr>
            <w:tcW w:type="dxa" w:w="2608"/>
            <w:vAlign w:val="center"/>
            <w:shd w:val="clear" w:color="auto" w:fill="F2F2F2"/>
          </w:tcPr>
          <w:p>
            <w:pPr>
              <w:keepNext/>
              <w:jc w:val="left"/>
            </w:pPr>
            <w:r>
              <w:rPr>
                <w:b w:val="0"/>
                <w:sz w:val="19"/>
              </w:rPr>
              <w:t>Ahorro por merma</w:t>
            </w:r>
          </w:p>
        </w:tc>
        <w:tc>
          <w:tcPr>
            <w:tcW w:type="dxa" w:w="7257"/>
            <w:vAlign w:val="center"/>
          </w:tcPr>
          <w:p>
            <w:pPr>
              <w:keepNext/>
              <w:jc w:val="left"/>
            </w:pPr>
            <w:r>
              <w:rPr>
                <w:b w:val="0"/>
                <w:sz w:val="19"/>
              </w:rPr>
              <w:t>0,1 m por bolso; 3 m en 30 bolsos; 3 × S/ 8 = S/ 24.</w:t>
            </w:r>
          </w:p>
        </w:tc>
      </w:tr>
      <w:tr>
        <w:trPr>
          <w:cantSplit/>
          <w:trHeight w:val="312"/>
        </w:trPr>
        <w:tc>
          <w:tcPr>
            <w:tcW w:type="dxa" w:w="2608"/>
            <w:vAlign w:val="center"/>
            <w:shd w:val="clear" w:color="auto" w:fill="F2F2F2"/>
          </w:tcPr>
          <w:p>
            <w:pPr>
              <w:keepNext/>
              <w:jc w:val="left"/>
            </w:pPr>
            <w:r>
              <w:rPr>
                <w:b w:val="0"/>
                <w:sz w:val="19"/>
              </w:rPr>
              <w:t>Secuencia de operaciones</w:t>
            </w:r>
          </w:p>
        </w:tc>
        <w:tc>
          <w:tcPr>
            <w:tcW w:type="dxa" w:w="7257"/>
            <w:vAlign w:val="center"/>
          </w:tcPr>
          <w:p>
            <w:pPr>
              <w:keepNext/>
              <w:jc w:val="left"/>
            </w:pPr>
            <w:r>
              <w:rPr>
                <w:b w:val="0"/>
                <w:sz w:val="19"/>
              </w:rPr>
              <w:t>1. Hilvanar o sujetar; 2. Costuras laterales; 3. Unir la base; 4. Planchar costuras; 5. Coser asas; 6. Dobladillo de la boca; 7. Fijar asas en "X"; 8. Personalizar y etiquetar; 9. Cortar hilos y planchar.</w:t>
            </w:r>
          </w:p>
        </w:tc>
      </w:tr>
      <w:tr>
        <w:trPr>
          <w:cantSplit/>
          <w:trHeight w:val="312"/>
        </w:trPr>
        <w:tc>
          <w:tcPr>
            <w:tcW w:type="dxa" w:w="2608"/>
            <w:vAlign w:val="center"/>
            <w:shd w:val="clear" w:color="auto" w:fill="F2F2F2"/>
          </w:tcPr>
          <w:p>
            <w:pPr>
              <w:jc w:val="left"/>
            </w:pPr>
            <w:r>
              <w:rPr>
                <w:b w:val="0"/>
                <w:sz w:val="19"/>
              </w:rPr>
              <w:t>Punto de equilibrio (Camila)</w:t>
            </w:r>
          </w:p>
        </w:tc>
        <w:tc>
          <w:tcPr>
            <w:tcW w:type="dxa" w:w="7257"/>
            <w:vAlign w:val="center"/>
          </w:tcPr>
          <w:p>
            <w:pPr>
              <w:jc w:val="left"/>
            </w:pPr>
            <w:r>
              <w:rPr>
                <w:b w:val="0"/>
                <w:sz w:val="19"/>
              </w:rPr>
              <w:t>45 ÷ (15 – 7,30) = 5,8, es decir, 6 bolsos.</w:t>
            </w:r>
          </w:p>
        </w:tc>
      </w:tr>
    </w:tbl>
    <w:sectPr w:rsidR="00FC693F" w:rsidRPr="0006063C" w:rsidSect="00034616">
      <w:headerReference w:type="default" r:id="rId9"/>
      <w:footerReference w:type="default" r:id="rId10"/>
      <w:pgSz w:w="11906" w:h="16838"/>
      <w:pgMar w:top="907" w:right="1020" w:bottom="794" w:left="1020" w:header="39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Docente: Lic. Ana Maria Ventura Zorrilla   ·   Fichas de trabajo – Unidad de Aprendizaje N° 03   ·   Pág. </w:t>
    </w:r>
    <w:fldSimple w:instr="PAGE">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1F4E79"/>
      </w:pBdr>
    </w:pPr>
    <w:r>
      <w:rPr>
        <w:rFonts w:ascii="Bookman Old Style" w:hAnsi="Bookman Old Style"/>
        <w:b/>
        <w:sz w:val="19"/>
      </w:rPr>
      <w:t>I.E. N° 151 Micaela Bastidas – UGEL 05</w:t>
    </w:r>
    <w:r>
      <w:rPr>
        <w:sz w:val="17"/>
      </w:rPr>
      <w:tab/>
      <w:tab/>
      <w:t>EPT – Industria del Vestido · 3.° grado · III Bimestre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