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F9622" w14:textId="77777777" w:rsidR="00236D0A" w:rsidRPr="00266DE4" w:rsidRDefault="00000000">
      <w:pPr>
        <w:spacing w:after="20"/>
        <w:jc w:val="center"/>
        <w:rPr>
          <w:lang w:val="es-ES"/>
        </w:rPr>
      </w:pPr>
      <w:r w:rsidRPr="00266DE4">
        <w:rPr>
          <w:b/>
          <w:color w:val="0B2E73"/>
          <w:sz w:val="22"/>
          <w:lang w:val="es-ES"/>
        </w:rPr>
        <w:t>I.E. EMBLEMÁTICO Y GLORIOSO JUAN UGAZ</w:t>
      </w:r>
    </w:p>
    <w:p w14:paraId="614F5238" w14:textId="77777777" w:rsidR="00236D0A" w:rsidRPr="00266DE4" w:rsidRDefault="00000000">
      <w:pPr>
        <w:jc w:val="center"/>
        <w:rPr>
          <w:lang w:val="es-ES"/>
        </w:rPr>
      </w:pPr>
      <w:r w:rsidRPr="00266DE4">
        <w:rPr>
          <w:b/>
          <w:color w:val="E6007E"/>
          <w:sz w:val="20"/>
          <w:lang w:val="es-ES"/>
        </w:rPr>
        <w:t>ESCUELA INTEGRAL DE EDUCACIÓN FINANCIERA 2026</w:t>
      </w:r>
    </w:p>
    <w:p w14:paraId="3B120D34" w14:textId="77777777" w:rsidR="00236D0A" w:rsidRPr="00266DE4" w:rsidRDefault="00000000">
      <w:pPr>
        <w:spacing w:before="80"/>
        <w:jc w:val="center"/>
        <w:rPr>
          <w:lang w:val="es-ES"/>
        </w:rPr>
      </w:pPr>
      <w:r w:rsidRPr="00266DE4">
        <w:rPr>
          <w:b/>
          <w:color w:val="0B2E73"/>
          <w:sz w:val="32"/>
          <w:lang w:val="es-ES"/>
        </w:rPr>
        <w:t>SESIÓN DE APRENDIZAJE – MATEMÁTICA</w:t>
      </w:r>
    </w:p>
    <w:p w14:paraId="3E915C15" w14:textId="77777777" w:rsidR="00236D0A" w:rsidRPr="00266DE4" w:rsidRDefault="00000000">
      <w:pPr>
        <w:spacing w:after="160"/>
        <w:jc w:val="center"/>
        <w:rPr>
          <w:lang w:val="es-ES"/>
        </w:rPr>
      </w:pPr>
      <w:r w:rsidRPr="00266DE4">
        <w:rPr>
          <w:b/>
          <w:color w:val="E6007E"/>
          <w:sz w:val="24"/>
          <w:lang w:val="es-ES"/>
        </w:rPr>
        <w:t>“Calculamos, comparamos y elegimos el mejor presupuesto”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236D0A" w14:paraId="02154F30" w14:textId="77777777">
        <w:trPr>
          <w:jc w:val="center"/>
        </w:trPr>
        <w:tc>
          <w:tcPr>
            <w:tcW w:w="2592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9866373" w14:textId="77777777" w:rsidR="00236D0A" w:rsidRDefault="00000000">
            <w:pPr>
              <w:spacing w:after="0"/>
            </w:pPr>
            <w:proofErr w:type="spellStart"/>
            <w:r>
              <w:rPr>
                <w:b/>
                <w:color w:val="FFFFFF"/>
                <w:sz w:val="18"/>
              </w:rPr>
              <w:t>Docente</w:t>
            </w:r>
            <w:proofErr w:type="spellEnd"/>
          </w:p>
        </w:tc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3A21A1A" w14:textId="77777777" w:rsidR="00236D0A" w:rsidRDefault="00000000">
            <w:pPr>
              <w:spacing w:after="0"/>
            </w:pPr>
            <w:r>
              <w:rPr>
                <w:sz w:val="18"/>
              </w:rPr>
              <w:t>Maximino Rojas Díaz</w:t>
            </w:r>
          </w:p>
        </w:tc>
        <w:tc>
          <w:tcPr>
            <w:tcW w:w="2592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CD043CA" w14:textId="77777777" w:rsidR="00236D0A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Área</w:t>
            </w:r>
          </w:p>
        </w:tc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CC58F40" w14:textId="77777777" w:rsidR="00236D0A" w:rsidRDefault="00000000">
            <w:pPr>
              <w:spacing w:after="0"/>
            </w:pPr>
            <w:r>
              <w:rPr>
                <w:sz w:val="18"/>
              </w:rPr>
              <w:t>Matemática</w:t>
            </w:r>
          </w:p>
        </w:tc>
      </w:tr>
      <w:tr w:rsidR="00236D0A" w14:paraId="28822295" w14:textId="77777777">
        <w:trPr>
          <w:jc w:val="center"/>
        </w:trPr>
        <w:tc>
          <w:tcPr>
            <w:tcW w:w="2592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68B9C1D" w14:textId="77777777" w:rsidR="00236D0A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Grado</w:t>
            </w:r>
          </w:p>
        </w:tc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4F0B671" w14:textId="77777777" w:rsidR="00236D0A" w:rsidRDefault="00000000">
            <w:pPr>
              <w:spacing w:after="0"/>
            </w:pPr>
            <w:r>
              <w:rPr>
                <w:sz w:val="18"/>
              </w:rPr>
              <w:t>3.º de secundaria</w:t>
            </w:r>
          </w:p>
        </w:tc>
        <w:tc>
          <w:tcPr>
            <w:tcW w:w="2592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193D679" w14:textId="77777777" w:rsidR="00236D0A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Duración</w:t>
            </w:r>
          </w:p>
        </w:tc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F97AAD8" w14:textId="77777777" w:rsidR="00236D0A" w:rsidRDefault="00000000">
            <w:pPr>
              <w:spacing w:after="0"/>
            </w:pPr>
            <w:r>
              <w:rPr>
                <w:sz w:val="18"/>
              </w:rPr>
              <w:t>90 minutos</w:t>
            </w:r>
          </w:p>
        </w:tc>
      </w:tr>
      <w:tr w:rsidR="00236D0A" w14:paraId="0EDE5148" w14:textId="77777777">
        <w:trPr>
          <w:jc w:val="center"/>
        </w:trPr>
        <w:tc>
          <w:tcPr>
            <w:tcW w:w="2592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37584F9" w14:textId="77777777" w:rsidR="00236D0A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Fecha</w:t>
            </w:r>
          </w:p>
        </w:tc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E7B0BF0" w14:textId="77777777" w:rsidR="00236D0A" w:rsidRDefault="00000000">
            <w:pPr>
              <w:spacing w:after="0"/>
            </w:pPr>
            <w:r>
              <w:rPr>
                <w:sz w:val="18"/>
              </w:rPr>
              <w:t>06 de octubre de 2026</w:t>
            </w:r>
          </w:p>
        </w:tc>
        <w:tc>
          <w:tcPr>
            <w:tcW w:w="2592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185DAF8" w14:textId="77777777" w:rsidR="00236D0A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Proyecto</w:t>
            </w:r>
          </w:p>
        </w:tc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72E1B69" w14:textId="77777777" w:rsidR="00236D0A" w:rsidRDefault="00000000">
            <w:pPr>
              <w:spacing w:after="0"/>
            </w:pPr>
            <w:r>
              <w:rPr>
                <w:sz w:val="18"/>
              </w:rPr>
              <w:t>Guardianes del Ahorro Ugacinos</w:t>
            </w:r>
          </w:p>
        </w:tc>
      </w:tr>
      <w:tr w:rsidR="00236D0A" w:rsidRPr="00266DE4" w14:paraId="2E856159" w14:textId="77777777">
        <w:trPr>
          <w:jc w:val="center"/>
        </w:trPr>
        <w:tc>
          <w:tcPr>
            <w:tcW w:w="2592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1E0F6BD" w14:textId="77777777" w:rsidR="00236D0A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Producto</w:t>
            </w:r>
          </w:p>
        </w:tc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E6655A4" w14:textId="77777777" w:rsidR="00236D0A" w:rsidRDefault="00000000">
            <w:pPr>
              <w:spacing w:after="0"/>
            </w:pPr>
            <w:r>
              <w:rPr>
                <w:sz w:val="18"/>
              </w:rPr>
              <w:t>Presupuesto comparativo</w:t>
            </w:r>
          </w:p>
        </w:tc>
        <w:tc>
          <w:tcPr>
            <w:tcW w:w="2592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6F02D6A" w14:textId="77777777" w:rsidR="00236D0A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Articulación</w:t>
            </w:r>
          </w:p>
        </w:tc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70B1083" w14:textId="77777777" w:rsidR="00236D0A" w:rsidRPr="00266DE4" w:rsidRDefault="00000000">
            <w:pPr>
              <w:spacing w:after="0"/>
              <w:rPr>
                <w:lang w:val="es-ES"/>
              </w:rPr>
            </w:pPr>
            <w:r w:rsidRPr="00266DE4">
              <w:rPr>
                <w:sz w:val="18"/>
                <w:lang w:val="es-ES"/>
              </w:rPr>
              <w:t xml:space="preserve">Educación Física → Matemática → DPCC → </w:t>
            </w:r>
            <w:proofErr w:type="gramStart"/>
            <w:r w:rsidRPr="00266DE4">
              <w:rPr>
                <w:sz w:val="18"/>
                <w:lang w:val="es-ES"/>
              </w:rPr>
              <w:t>Inglés</w:t>
            </w:r>
            <w:proofErr w:type="gramEnd"/>
          </w:p>
        </w:tc>
      </w:tr>
    </w:tbl>
    <w:p w14:paraId="4DF456C4" w14:textId="77777777" w:rsidR="00236D0A" w:rsidRPr="00266DE4" w:rsidRDefault="00000000">
      <w:pPr>
        <w:spacing w:before="100" w:after="80"/>
        <w:rPr>
          <w:lang w:val="es-ES"/>
        </w:rPr>
      </w:pPr>
      <w:r w:rsidRPr="00266DE4">
        <w:rPr>
          <w:b/>
          <w:color w:val="0B2E73"/>
          <w:sz w:val="24"/>
          <w:lang w:val="es-ES"/>
        </w:rPr>
        <w:t>1. PROPÓSITO DE APRENDIZAJE</w:t>
      </w:r>
    </w:p>
    <w:p w14:paraId="31B18953" w14:textId="77777777" w:rsidR="00236D0A" w:rsidRPr="00266DE4" w:rsidRDefault="00000000">
      <w:pPr>
        <w:spacing w:after="60"/>
        <w:rPr>
          <w:lang w:val="es-ES"/>
        </w:rPr>
      </w:pPr>
      <w:r w:rsidRPr="00266DE4">
        <w:rPr>
          <w:lang w:val="es-ES"/>
        </w:rPr>
        <w:t>Que los estudiantes elaboren y comparen dos alternativas de presupuesto, calculando gastos, saldo, ahorro y porcentaje de ahorro, para justificar cuál alternativa permite utilizar responsablemente los recursos disponibles.</w:t>
      </w:r>
    </w:p>
    <w:p w14:paraId="02EE131E" w14:textId="77777777" w:rsidR="00236D0A" w:rsidRPr="00266DE4" w:rsidRDefault="00000000">
      <w:pPr>
        <w:spacing w:before="100" w:after="80"/>
        <w:rPr>
          <w:lang w:val="es-ES"/>
        </w:rPr>
      </w:pPr>
      <w:r w:rsidRPr="00266DE4">
        <w:rPr>
          <w:b/>
          <w:color w:val="0B2E73"/>
          <w:sz w:val="24"/>
          <w:lang w:val="es-ES"/>
        </w:rPr>
        <w:t>2. COMPETENCIA Y CAPACIDADES</w:t>
      </w:r>
    </w:p>
    <w:p w14:paraId="026010D6" w14:textId="77777777" w:rsidR="00236D0A" w:rsidRPr="00266DE4" w:rsidRDefault="00000000">
      <w:pPr>
        <w:spacing w:after="60"/>
        <w:rPr>
          <w:lang w:val="es-ES"/>
        </w:rPr>
      </w:pPr>
      <w:r w:rsidRPr="00266DE4">
        <w:rPr>
          <w:b/>
          <w:lang w:val="es-ES"/>
        </w:rPr>
        <w:t>Competencia:</w:t>
      </w:r>
      <w:r w:rsidRPr="00266DE4">
        <w:rPr>
          <w:lang w:val="es-ES"/>
        </w:rPr>
        <w:t xml:space="preserve"> Resuelve problemas de cantidad.</w:t>
      </w:r>
    </w:p>
    <w:p w14:paraId="3A72984B" w14:textId="77777777" w:rsidR="00236D0A" w:rsidRPr="00266DE4" w:rsidRDefault="00000000">
      <w:pPr>
        <w:pStyle w:val="Listaconvietas"/>
        <w:spacing w:after="20" w:line="240" w:lineRule="auto"/>
        <w:ind w:left="288"/>
        <w:rPr>
          <w:lang w:val="es-ES"/>
        </w:rPr>
      </w:pPr>
      <w:r w:rsidRPr="00266DE4">
        <w:rPr>
          <w:lang w:val="es-ES"/>
        </w:rPr>
        <w:t>Traduce cantidades a expresiones numéricas.</w:t>
      </w:r>
    </w:p>
    <w:p w14:paraId="594948B6" w14:textId="77777777" w:rsidR="00236D0A" w:rsidRPr="00266DE4" w:rsidRDefault="00000000">
      <w:pPr>
        <w:pStyle w:val="Listaconvietas"/>
        <w:spacing w:after="20" w:line="240" w:lineRule="auto"/>
        <w:ind w:left="288"/>
        <w:rPr>
          <w:lang w:val="es-ES"/>
        </w:rPr>
      </w:pPr>
      <w:r w:rsidRPr="00266DE4">
        <w:rPr>
          <w:lang w:val="es-ES"/>
        </w:rPr>
        <w:t>Comunica su comprensión sobre los números y las operaciones.</w:t>
      </w:r>
    </w:p>
    <w:p w14:paraId="6B774DA6" w14:textId="77777777" w:rsidR="00236D0A" w:rsidRPr="00266DE4" w:rsidRDefault="00000000">
      <w:pPr>
        <w:pStyle w:val="Listaconvietas"/>
        <w:spacing w:after="20" w:line="240" w:lineRule="auto"/>
        <w:ind w:left="288"/>
        <w:rPr>
          <w:lang w:val="es-ES"/>
        </w:rPr>
      </w:pPr>
      <w:r w:rsidRPr="00266DE4">
        <w:rPr>
          <w:lang w:val="es-ES"/>
        </w:rPr>
        <w:t>Usa estrategias y procedimientos de estimación y cálculo.</w:t>
      </w:r>
    </w:p>
    <w:p w14:paraId="5AEAC9D8" w14:textId="77777777" w:rsidR="00236D0A" w:rsidRPr="00266DE4" w:rsidRDefault="00000000">
      <w:pPr>
        <w:pStyle w:val="Listaconvietas"/>
        <w:spacing w:after="20" w:line="240" w:lineRule="auto"/>
        <w:ind w:left="288"/>
        <w:rPr>
          <w:lang w:val="es-ES"/>
        </w:rPr>
      </w:pPr>
      <w:r w:rsidRPr="00266DE4">
        <w:rPr>
          <w:lang w:val="es-ES"/>
        </w:rPr>
        <w:t>Argumenta afirmaciones sobre relaciones numéricas y operaciones.</w:t>
      </w:r>
    </w:p>
    <w:p w14:paraId="7C4E5D13" w14:textId="77777777" w:rsidR="00236D0A" w:rsidRDefault="00000000">
      <w:pPr>
        <w:spacing w:before="100" w:after="80"/>
      </w:pPr>
      <w:r>
        <w:rPr>
          <w:b/>
          <w:color w:val="0B2E73"/>
          <w:sz w:val="24"/>
        </w:rPr>
        <w:t>3. CRITERIOS DE EVALUACIÓN</w:t>
      </w:r>
    </w:p>
    <w:p w14:paraId="65559A89" w14:textId="77777777" w:rsidR="00236D0A" w:rsidRPr="00266DE4" w:rsidRDefault="00000000">
      <w:pPr>
        <w:pStyle w:val="Listaconvietas"/>
        <w:spacing w:after="20" w:line="240" w:lineRule="auto"/>
        <w:ind w:left="288"/>
        <w:rPr>
          <w:lang w:val="es-ES"/>
        </w:rPr>
      </w:pPr>
      <w:r w:rsidRPr="00266DE4">
        <w:rPr>
          <w:lang w:val="es-ES"/>
        </w:rPr>
        <w:t>Organiza correctamente los datos de un presupuesto.</w:t>
      </w:r>
    </w:p>
    <w:p w14:paraId="201664B2" w14:textId="77777777" w:rsidR="00236D0A" w:rsidRPr="00266DE4" w:rsidRDefault="00000000">
      <w:pPr>
        <w:pStyle w:val="Listaconvietas"/>
        <w:spacing w:after="20" w:line="240" w:lineRule="auto"/>
        <w:ind w:left="288"/>
        <w:rPr>
          <w:lang w:val="es-ES"/>
        </w:rPr>
      </w:pPr>
      <w:r w:rsidRPr="00266DE4">
        <w:rPr>
          <w:lang w:val="es-ES"/>
        </w:rPr>
        <w:t>Calcula el gasto total, saldo y ahorro.</w:t>
      </w:r>
    </w:p>
    <w:p w14:paraId="1621BBDC" w14:textId="77777777" w:rsidR="00236D0A" w:rsidRPr="00266DE4" w:rsidRDefault="00000000">
      <w:pPr>
        <w:pStyle w:val="Listaconvietas"/>
        <w:spacing w:after="20" w:line="240" w:lineRule="auto"/>
        <w:ind w:left="288"/>
        <w:rPr>
          <w:lang w:val="es-ES"/>
        </w:rPr>
      </w:pPr>
      <w:r w:rsidRPr="00266DE4">
        <w:rPr>
          <w:lang w:val="es-ES"/>
        </w:rPr>
        <w:t>Determina el porcentaje destinado al ahorro.</w:t>
      </w:r>
    </w:p>
    <w:p w14:paraId="2730AD6E" w14:textId="77777777" w:rsidR="00236D0A" w:rsidRPr="00266DE4" w:rsidRDefault="00000000">
      <w:pPr>
        <w:pStyle w:val="Listaconvietas"/>
        <w:spacing w:after="20" w:line="240" w:lineRule="auto"/>
        <w:ind w:left="288"/>
        <w:rPr>
          <w:lang w:val="es-ES"/>
        </w:rPr>
      </w:pPr>
      <w:r w:rsidRPr="00266DE4">
        <w:rPr>
          <w:lang w:val="es-ES"/>
        </w:rPr>
        <w:t>Compara dos alternativas de presupuesto.</w:t>
      </w:r>
    </w:p>
    <w:p w14:paraId="117A2BE2" w14:textId="77777777" w:rsidR="00236D0A" w:rsidRPr="00266DE4" w:rsidRDefault="00000000">
      <w:pPr>
        <w:pStyle w:val="Listaconvietas"/>
        <w:spacing w:after="20" w:line="240" w:lineRule="auto"/>
        <w:ind w:left="288"/>
        <w:rPr>
          <w:lang w:val="es-ES"/>
        </w:rPr>
      </w:pPr>
      <w:r w:rsidRPr="00266DE4">
        <w:rPr>
          <w:lang w:val="es-ES"/>
        </w:rPr>
        <w:t>Justifica su decisión utilizando resultados matemáticos.</w:t>
      </w:r>
    </w:p>
    <w:p w14:paraId="16F22531" w14:textId="77777777" w:rsidR="00236D0A" w:rsidRPr="00266DE4" w:rsidRDefault="00000000">
      <w:pPr>
        <w:spacing w:before="100" w:after="80"/>
        <w:rPr>
          <w:lang w:val="es-ES"/>
        </w:rPr>
      </w:pPr>
      <w:r w:rsidRPr="00266DE4">
        <w:rPr>
          <w:b/>
          <w:color w:val="0B2E73"/>
          <w:sz w:val="24"/>
          <w:lang w:val="es-ES"/>
        </w:rPr>
        <w:t>4. EVIDENCIA</w:t>
      </w:r>
    </w:p>
    <w:p w14:paraId="62898318" w14:textId="77777777" w:rsidR="00236D0A" w:rsidRPr="00266DE4" w:rsidRDefault="00000000">
      <w:pPr>
        <w:spacing w:after="60"/>
        <w:rPr>
          <w:lang w:val="es-ES"/>
        </w:rPr>
      </w:pPr>
      <w:r w:rsidRPr="00266DE4">
        <w:rPr>
          <w:lang w:val="es-ES"/>
        </w:rPr>
        <w:t>Ficha “Comparamos nuestros presupuestos”, donde el estudiante presenta dos alternativas, realiza los cálculos y sustenta cuál considera más conveniente.</w:t>
      </w:r>
    </w:p>
    <w:p w14:paraId="507715B2" w14:textId="77777777" w:rsidR="00236D0A" w:rsidRPr="00266DE4" w:rsidRDefault="00000000">
      <w:pPr>
        <w:spacing w:before="100" w:after="80"/>
        <w:rPr>
          <w:lang w:val="es-ES"/>
        </w:rPr>
      </w:pPr>
      <w:r w:rsidRPr="00266DE4">
        <w:rPr>
          <w:b/>
          <w:color w:val="0B2E73"/>
          <w:sz w:val="24"/>
          <w:lang w:val="es-ES"/>
        </w:rPr>
        <w:t>5. SITUACIÓN SIGNIFICATIVA</w:t>
      </w:r>
    </w:p>
    <w:p w14:paraId="03882FAD" w14:textId="77777777" w:rsidR="00236D0A" w:rsidRPr="00266DE4" w:rsidRDefault="00000000">
      <w:pPr>
        <w:spacing w:after="60"/>
        <w:rPr>
          <w:lang w:val="es-ES"/>
        </w:rPr>
      </w:pPr>
      <w:r w:rsidRPr="00266DE4">
        <w:rPr>
          <w:lang w:val="es-ES"/>
        </w:rPr>
        <w:t xml:space="preserve">Los estudiantes participan en el proyecto “Guardianes del Ahorro </w:t>
      </w:r>
      <w:proofErr w:type="spellStart"/>
      <w:r w:rsidRPr="00266DE4">
        <w:rPr>
          <w:lang w:val="es-ES"/>
        </w:rPr>
        <w:t>Ugacinos</w:t>
      </w:r>
      <w:proofErr w:type="spellEnd"/>
      <w:r w:rsidRPr="00266DE4">
        <w:rPr>
          <w:lang w:val="es-ES"/>
        </w:rPr>
        <w:t>”. Un equipo dispone de S/50 para organizar un refrigerio saludable; sin embargo, no puede comprar todos los productos que desea. Por ello deberá elaborar dos alternativas de presupuesto, calcular cuánto gastaría y cuánto podría ahorrar.</w:t>
      </w:r>
    </w:p>
    <w:p w14:paraId="1A99A371" w14:textId="77777777" w:rsidR="00236D0A" w:rsidRPr="00266DE4" w:rsidRDefault="00000000">
      <w:pPr>
        <w:spacing w:before="80" w:after="120"/>
        <w:jc w:val="center"/>
        <w:rPr>
          <w:lang w:val="es-ES"/>
        </w:rPr>
      </w:pPr>
      <w:r w:rsidRPr="00266DE4">
        <w:rPr>
          <w:b/>
          <w:i/>
          <w:color w:val="E6007E"/>
          <w:sz w:val="20"/>
          <w:lang w:val="es-ES"/>
        </w:rPr>
        <w:t>Pregunta retadora: ¿Cómo podemos utilizar nuestros S/50 de manera responsable y determinar matemáticamente qué presupuesto nos permite ahorrar más?</w:t>
      </w:r>
    </w:p>
    <w:p w14:paraId="131FE43F" w14:textId="77777777" w:rsidR="00236D0A" w:rsidRDefault="00000000">
      <w:pPr>
        <w:pageBreakBefore/>
        <w:spacing w:before="100" w:after="80"/>
      </w:pPr>
      <w:r>
        <w:rPr>
          <w:b/>
          <w:color w:val="0B2E73"/>
          <w:sz w:val="24"/>
        </w:rPr>
        <w:lastRenderedPageBreak/>
        <w:t>6. SECUENCIA DIDÁCTICA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236D0A" w14:paraId="0778DA9C" w14:textId="77777777">
        <w:trPr>
          <w:tblHeader/>
          <w:jc w:val="center"/>
        </w:trPr>
        <w:tc>
          <w:tcPr>
            <w:tcW w:w="2592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983EF39" w14:textId="77777777" w:rsidR="00236D0A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w="2592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57D293C" w14:textId="77777777" w:rsidR="00236D0A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Tiempo</w:t>
            </w:r>
          </w:p>
        </w:tc>
        <w:tc>
          <w:tcPr>
            <w:tcW w:w="2592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DA3C03C" w14:textId="77777777" w:rsidR="00236D0A" w:rsidRPr="00266DE4" w:rsidRDefault="00000000">
            <w:pPr>
              <w:spacing w:after="0"/>
              <w:jc w:val="center"/>
              <w:rPr>
                <w:lang w:val="es-ES"/>
              </w:rPr>
            </w:pPr>
            <w:r w:rsidRPr="00266DE4">
              <w:rPr>
                <w:b/>
                <w:color w:val="FFFFFF"/>
                <w:sz w:val="18"/>
                <w:lang w:val="es-ES"/>
              </w:rPr>
              <w:t>Actividades del docente y los estudiantes</w:t>
            </w:r>
          </w:p>
        </w:tc>
        <w:tc>
          <w:tcPr>
            <w:tcW w:w="2592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E1284AD" w14:textId="77777777" w:rsidR="00236D0A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Recursos</w:t>
            </w:r>
            <w:proofErr w:type="spellEnd"/>
            <w:r>
              <w:rPr>
                <w:b/>
                <w:color w:val="FFFFFF"/>
                <w:sz w:val="18"/>
              </w:rPr>
              <w:t xml:space="preserve"> / </w:t>
            </w:r>
            <w:proofErr w:type="spellStart"/>
            <w:r>
              <w:rPr>
                <w:b/>
                <w:color w:val="FFFFFF"/>
                <w:sz w:val="18"/>
              </w:rPr>
              <w:t>evidencias</w:t>
            </w:r>
            <w:proofErr w:type="spellEnd"/>
          </w:p>
        </w:tc>
      </w:tr>
      <w:tr w:rsidR="00236D0A" w:rsidRPr="00266DE4" w14:paraId="7F056015" w14:textId="77777777">
        <w:trPr>
          <w:jc w:val="center"/>
        </w:trPr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2674C84" w14:textId="77777777" w:rsidR="00236D0A" w:rsidRDefault="00000000">
            <w:pPr>
              <w:spacing w:after="0"/>
              <w:jc w:val="center"/>
            </w:pPr>
            <w:r>
              <w:rPr>
                <w:b/>
                <w:color w:val="0B2E73"/>
                <w:sz w:val="18"/>
              </w:rPr>
              <w:t>INICIO</w:t>
            </w:r>
          </w:p>
        </w:tc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FEF467D" w14:textId="77777777" w:rsidR="00236D0A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15 min</w:t>
            </w:r>
          </w:p>
        </w:tc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96FD76A" w14:textId="77777777" w:rsidR="00236D0A" w:rsidRDefault="00000000">
            <w:pPr>
              <w:spacing w:after="0"/>
            </w:pPr>
            <w:r w:rsidRPr="00266DE4">
              <w:rPr>
                <w:sz w:val="17"/>
                <w:lang w:val="es-ES"/>
              </w:rPr>
              <w:t>• Presentación del reto financiero y del propósito de la sesión.</w:t>
            </w:r>
            <w:r w:rsidRPr="00266DE4">
              <w:rPr>
                <w:sz w:val="17"/>
                <w:lang w:val="es-ES"/>
              </w:rPr>
              <w:br/>
              <w:t>• Recuperación de saberes previos: presupuesto, gasto, ahorro y porcentaje.</w:t>
            </w:r>
            <w:r w:rsidRPr="00266DE4">
              <w:rPr>
                <w:sz w:val="17"/>
                <w:lang w:val="es-ES"/>
              </w:rPr>
              <w:br/>
              <w:t>• Se muestran precios de productos y se pregunta: “Si tenemos S/50 y gastamos S/40, ¿cuánto ahorramos?”</w:t>
            </w:r>
            <w:r w:rsidRPr="00266DE4">
              <w:rPr>
                <w:sz w:val="17"/>
                <w:lang w:val="es-ES"/>
              </w:rPr>
              <w:br/>
            </w:r>
            <w:r>
              <w:rPr>
                <w:sz w:val="17"/>
              </w:rPr>
              <w:t xml:space="preserve">• Se </w:t>
            </w:r>
            <w:proofErr w:type="spellStart"/>
            <w:r>
              <w:rPr>
                <w:sz w:val="17"/>
              </w:rPr>
              <w:t>comunican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los</w:t>
            </w:r>
            <w:proofErr w:type="spellEnd"/>
            <w:r>
              <w:rPr>
                <w:sz w:val="17"/>
              </w:rPr>
              <w:t xml:space="preserve"> criterios de evaluación.</w:t>
            </w:r>
          </w:p>
        </w:tc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2A7EB95" w14:textId="77777777" w:rsidR="00236D0A" w:rsidRPr="00266DE4" w:rsidRDefault="00000000">
            <w:pPr>
              <w:spacing w:after="0"/>
              <w:rPr>
                <w:lang w:val="es-ES"/>
              </w:rPr>
            </w:pPr>
            <w:r w:rsidRPr="00266DE4">
              <w:rPr>
                <w:sz w:val="17"/>
                <w:lang w:val="es-ES"/>
              </w:rPr>
              <w:t>Tarjetas de precios, pizarra, fichas.</w:t>
            </w:r>
          </w:p>
        </w:tc>
      </w:tr>
      <w:tr w:rsidR="00236D0A" w:rsidRPr="00266DE4" w14:paraId="5ED337E3" w14:textId="77777777">
        <w:trPr>
          <w:jc w:val="center"/>
        </w:trPr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C44053D" w14:textId="77777777" w:rsidR="00236D0A" w:rsidRDefault="00000000">
            <w:pPr>
              <w:spacing w:after="0"/>
              <w:jc w:val="center"/>
            </w:pPr>
            <w:r>
              <w:rPr>
                <w:b/>
                <w:color w:val="0B2E73"/>
                <w:sz w:val="18"/>
              </w:rPr>
              <w:t>DESARROLLO</w:t>
            </w:r>
          </w:p>
        </w:tc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89A617" w14:textId="77777777" w:rsidR="00236D0A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60 min</w:t>
            </w:r>
          </w:p>
        </w:tc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B58B49" w14:textId="77777777" w:rsidR="00236D0A" w:rsidRDefault="00000000">
            <w:pPr>
              <w:spacing w:after="0"/>
            </w:pPr>
            <w:r w:rsidRPr="00266DE4">
              <w:rPr>
                <w:sz w:val="17"/>
                <w:lang w:val="es-ES"/>
              </w:rPr>
              <w:t>• En equipos reciben un presupuesto de S/50.</w:t>
            </w:r>
            <w:r w:rsidRPr="00266DE4">
              <w:rPr>
                <w:sz w:val="17"/>
                <w:lang w:val="es-ES"/>
              </w:rPr>
              <w:br/>
              <w:t>• Elaboran el PLAN A seleccionando productos y calculando subtotales, gasto total y ahorro.</w:t>
            </w:r>
            <w:r w:rsidRPr="00266DE4">
              <w:rPr>
                <w:sz w:val="17"/>
                <w:lang w:val="es-ES"/>
              </w:rPr>
              <w:br/>
              <w:t>• Elaboran el PLAN B modificando productos para generar una alternativa diferente.</w:t>
            </w:r>
            <w:r w:rsidRPr="00266DE4">
              <w:rPr>
                <w:sz w:val="17"/>
                <w:lang w:val="es-ES"/>
              </w:rPr>
              <w:br/>
              <w:t>• Calculan el porcentaje de ahorro: (ahorro ÷ presupuesto) × 100.</w:t>
            </w:r>
            <w:r w:rsidRPr="00266DE4">
              <w:rPr>
                <w:sz w:val="17"/>
                <w:lang w:val="es-ES"/>
              </w:rPr>
              <w:br/>
              <w:t>• Comparan ambos planes y responden cuál permite mayor ahorro y por qué.</w:t>
            </w:r>
            <w:r w:rsidRPr="00266DE4">
              <w:rPr>
                <w:sz w:val="17"/>
                <w:lang w:val="es-ES"/>
              </w:rPr>
              <w:br/>
            </w:r>
            <w:r>
              <w:rPr>
                <w:sz w:val="17"/>
              </w:rPr>
              <w:t xml:space="preserve">• </w:t>
            </w:r>
            <w:proofErr w:type="spellStart"/>
            <w:r>
              <w:rPr>
                <w:sz w:val="17"/>
              </w:rPr>
              <w:t>Resuelven</w:t>
            </w:r>
            <w:proofErr w:type="spellEnd"/>
            <w:r>
              <w:rPr>
                <w:sz w:val="17"/>
              </w:rPr>
              <w:t xml:space="preserve"> un </w:t>
            </w:r>
            <w:proofErr w:type="spellStart"/>
            <w:r>
              <w:rPr>
                <w:sz w:val="17"/>
              </w:rPr>
              <w:t>reto</w:t>
            </w:r>
            <w:proofErr w:type="spellEnd"/>
            <w:r>
              <w:rPr>
                <w:sz w:val="17"/>
              </w:rPr>
              <w:t xml:space="preserve"> matemático adicional con S/60.</w:t>
            </w:r>
          </w:p>
        </w:tc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6AD3B93" w14:textId="77777777" w:rsidR="00236D0A" w:rsidRPr="00266DE4" w:rsidRDefault="00000000">
            <w:pPr>
              <w:spacing w:after="0"/>
              <w:rPr>
                <w:lang w:val="es-ES"/>
              </w:rPr>
            </w:pPr>
            <w:r w:rsidRPr="00266DE4">
              <w:rPr>
                <w:sz w:val="17"/>
                <w:lang w:val="es-ES"/>
              </w:rPr>
              <w:t>Ficha de presupuesto, calculadora, billetes simbólicos, tarjetas de productos, plumones.</w:t>
            </w:r>
          </w:p>
        </w:tc>
      </w:tr>
      <w:tr w:rsidR="00236D0A" w:rsidRPr="00266DE4" w14:paraId="343BD5D0" w14:textId="77777777">
        <w:trPr>
          <w:jc w:val="center"/>
        </w:trPr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813F639" w14:textId="77777777" w:rsidR="00236D0A" w:rsidRDefault="00000000">
            <w:pPr>
              <w:spacing w:after="0"/>
              <w:jc w:val="center"/>
            </w:pPr>
            <w:r>
              <w:rPr>
                <w:b/>
                <w:color w:val="0B2E73"/>
                <w:sz w:val="18"/>
              </w:rPr>
              <w:t>CIERRE</w:t>
            </w:r>
          </w:p>
        </w:tc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0D9E516" w14:textId="77777777" w:rsidR="00236D0A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15 min</w:t>
            </w:r>
          </w:p>
        </w:tc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2366AEA" w14:textId="77777777" w:rsidR="00236D0A" w:rsidRPr="00266DE4" w:rsidRDefault="00000000">
            <w:pPr>
              <w:spacing w:after="0"/>
              <w:rPr>
                <w:lang w:val="es-ES"/>
              </w:rPr>
            </w:pPr>
            <w:r w:rsidRPr="00266DE4">
              <w:rPr>
                <w:sz w:val="17"/>
                <w:lang w:val="es-ES"/>
              </w:rPr>
              <w:t>• Socializan sus resultados.</w:t>
            </w:r>
            <w:r w:rsidRPr="00266DE4">
              <w:rPr>
                <w:sz w:val="17"/>
                <w:lang w:val="es-ES"/>
              </w:rPr>
              <w:br/>
              <w:t>• Responden: ¿para qué sirve un presupuesto?, ¿por qué debemos comparar alternativas?, ¿qué información brinda el porcentaje de ahorro?</w:t>
            </w:r>
            <w:r w:rsidRPr="00266DE4">
              <w:rPr>
                <w:sz w:val="17"/>
                <w:lang w:val="es-ES"/>
              </w:rPr>
              <w:br/>
              <w:t>• Registran una conclusión matemática y entregan su presupuesto para continuar el circuito interdisciplinario.</w:t>
            </w:r>
          </w:p>
        </w:tc>
        <w:tc>
          <w:tcPr>
            <w:tcW w:w="2592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CB05865" w14:textId="77777777" w:rsidR="00236D0A" w:rsidRPr="00266DE4" w:rsidRDefault="00000000">
            <w:pPr>
              <w:spacing w:after="0"/>
              <w:rPr>
                <w:lang w:val="es-ES"/>
              </w:rPr>
            </w:pPr>
            <w:r w:rsidRPr="00266DE4">
              <w:rPr>
                <w:sz w:val="17"/>
                <w:lang w:val="es-ES"/>
              </w:rPr>
              <w:t>Ficha final, lista de cotejo, portafolio.</w:t>
            </w:r>
          </w:p>
        </w:tc>
      </w:tr>
    </w:tbl>
    <w:p w14:paraId="76864C19" w14:textId="77777777" w:rsidR="00236D0A" w:rsidRPr="00266DE4" w:rsidRDefault="00000000">
      <w:pPr>
        <w:spacing w:before="100" w:after="80"/>
        <w:rPr>
          <w:lang w:val="es-ES"/>
        </w:rPr>
      </w:pPr>
      <w:r w:rsidRPr="00266DE4">
        <w:rPr>
          <w:b/>
          <w:color w:val="0B2E73"/>
          <w:sz w:val="24"/>
          <w:lang w:val="es-ES"/>
        </w:rPr>
        <w:t>7. ACTIVIDAD CENTRAL: COMPARAMOS DOS PRESUPUESTOS</w:t>
      </w:r>
    </w:p>
    <w:p w14:paraId="19225C7C" w14:textId="77777777" w:rsidR="00236D0A" w:rsidRPr="00266DE4" w:rsidRDefault="00000000">
      <w:pPr>
        <w:spacing w:after="60"/>
        <w:rPr>
          <w:lang w:val="es-ES"/>
        </w:rPr>
      </w:pPr>
      <w:r w:rsidRPr="00266DE4">
        <w:rPr>
          <w:lang w:val="es-ES"/>
        </w:rPr>
        <w:t>Productos referenciales para el reto: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236D0A" w14:paraId="77607928" w14:textId="77777777">
        <w:trPr>
          <w:jc w:val="center"/>
        </w:trPr>
        <w:tc>
          <w:tcPr>
            <w:tcW w:w="5184" w:type="dxa"/>
            <w:shd w:val="clear" w:color="auto" w:fill="E6007E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642CF32" w14:textId="77777777" w:rsidR="00236D0A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Producto</w:t>
            </w:r>
            <w:proofErr w:type="spellEnd"/>
          </w:p>
        </w:tc>
        <w:tc>
          <w:tcPr>
            <w:tcW w:w="5184" w:type="dxa"/>
            <w:shd w:val="clear" w:color="auto" w:fill="E6007E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C139C4F" w14:textId="77777777" w:rsidR="00236D0A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Precio referencial</w:t>
            </w:r>
          </w:p>
        </w:tc>
      </w:tr>
      <w:tr w:rsidR="00236D0A" w14:paraId="1CF887C1" w14:textId="77777777">
        <w:trPr>
          <w:jc w:val="center"/>
        </w:trPr>
        <w:tc>
          <w:tcPr>
            <w:tcW w:w="51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B14FA67" w14:textId="77777777" w:rsidR="00236D0A" w:rsidRDefault="00000000">
            <w:pPr>
              <w:spacing w:after="0"/>
            </w:pPr>
            <w:r>
              <w:rPr>
                <w:sz w:val="18"/>
              </w:rPr>
              <w:t>Agua</w:t>
            </w:r>
          </w:p>
        </w:tc>
        <w:tc>
          <w:tcPr>
            <w:tcW w:w="51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D71975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S/2</w:t>
            </w:r>
          </w:p>
        </w:tc>
      </w:tr>
      <w:tr w:rsidR="00236D0A" w14:paraId="30A1C082" w14:textId="77777777">
        <w:trPr>
          <w:jc w:val="center"/>
        </w:trPr>
        <w:tc>
          <w:tcPr>
            <w:tcW w:w="51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57CC079" w14:textId="77777777" w:rsidR="00236D0A" w:rsidRDefault="00000000">
            <w:pPr>
              <w:spacing w:after="0"/>
            </w:pPr>
            <w:r>
              <w:rPr>
                <w:sz w:val="18"/>
              </w:rPr>
              <w:t>Fruta</w:t>
            </w:r>
          </w:p>
        </w:tc>
        <w:tc>
          <w:tcPr>
            <w:tcW w:w="51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DF08EC4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S/3</w:t>
            </w:r>
          </w:p>
        </w:tc>
      </w:tr>
      <w:tr w:rsidR="00236D0A" w14:paraId="5D53177A" w14:textId="77777777">
        <w:trPr>
          <w:jc w:val="center"/>
        </w:trPr>
        <w:tc>
          <w:tcPr>
            <w:tcW w:w="51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86303C2" w14:textId="77777777" w:rsidR="00236D0A" w:rsidRDefault="00000000">
            <w:pPr>
              <w:spacing w:after="0"/>
            </w:pPr>
            <w:r>
              <w:rPr>
                <w:sz w:val="18"/>
              </w:rPr>
              <w:t>Yogurt</w:t>
            </w:r>
          </w:p>
        </w:tc>
        <w:tc>
          <w:tcPr>
            <w:tcW w:w="51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993FCB9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S/4</w:t>
            </w:r>
          </w:p>
        </w:tc>
      </w:tr>
      <w:tr w:rsidR="00236D0A" w14:paraId="72D6925A" w14:textId="77777777">
        <w:trPr>
          <w:jc w:val="center"/>
        </w:trPr>
        <w:tc>
          <w:tcPr>
            <w:tcW w:w="51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7B88E18" w14:textId="77777777" w:rsidR="00236D0A" w:rsidRDefault="00000000">
            <w:pPr>
              <w:spacing w:after="0"/>
            </w:pPr>
            <w:r>
              <w:rPr>
                <w:sz w:val="18"/>
              </w:rPr>
              <w:t>Sándwich saludable</w:t>
            </w:r>
          </w:p>
        </w:tc>
        <w:tc>
          <w:tcPr>
            <w:tcW w:w="51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E300256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S/6</w:t>
            </w:r>
          </w:p>
        </w:tc>
      </w:tr>
      <w:tr w:rsidR="00236D0A" w14:paraId="743CC08E" w14:textId="77777777">
        <w:trPr>
          <w:jc w:val="center"/>
        </w:trPr>
        <w:tc>
          <w:tcPr>
            <w:tcW w:w="51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CB9833A" w14:textId="77777777" w:rsidR="00236D0A" w:rsidRDefault="00000000">
            <w:pPr>
              <w:spacing w:after="0"/>
            </w:pPr>
            <w:r>
              <w:rPr>
                <w:sz w:val="18"/>
              </w:rPr>
              <w:t>Galletas</w:t>
            </w:r>
          </w:p>
        </w:tc>
        <w:tc>
          <w:tcPr>
            <w:tcW w:w="51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3EC1DB6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S/3</w:t>
            </w:r>
          </w:p>
        </w:tc>
      </w:tr>
      <w:tr w:rsidR="00236D0A" w14:paraId="4C348021" w14:textId="77777777">
        <w:trPr>
          <w:jc w:val="center"/>
        </w:trPr>
        <w:tc>
          <w:tcPr>
            <w:tcW w:w="51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9B407F0" w14:textId="77777777" w:rsidR="00236D0A" w:rsidRDefault="00000000">
            <w:pPr>
              <w:spacing w:after="0"/>
            </w:pPr>
            <w:r>
              <w:rPr>
                <w:sz w:val="18"/>
              </w:rPr>
              <w:t>Gaseosa</w:t>
            </w:r>
          </w:p>
        </w:tc>
        <w:tc>
          <w:tcPr>
            <w:tcW w:w="51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AA161DE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S/5</w:t>
            </w:r>
          </w:p>
        </w:tc>
      </w:tr>
      <w:tr w:rsidR="00236D0A" w14:paraId="4B78E032" w14:textId="77777777">
        <w:trPr>
          <w:jc w:val="center"/>
        </w:trPr>
        <w:tc>
          <w:tcPr>
            <w:tcW w:w="51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5243CD8" w14:textId="77777777" w:rsidR="00236D0A" w:rsidRDefault="00000000">
            <w:pPr>
              <w:spacing w:after="0"/>
            </w:pPr>
            <w:r>
              <w:rPr>
                <w:sz w:val="18"/>
              </w:rPr>
              <w:t>Golosinas</w:t>
            </w:r>
          </w:p>
        </w:tc>
        <w:tc>
          <w:tcPr>
            <w:tcW w:w="518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A3EEF8E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S/4</w:t>
            </w:r>
          </w:p>
        </w:tc>
      </w:tr>
    </w:tbl>
    <w:p w14:paraId="773DAE2F" w14:textId="77777777" w:rsidR="00236D0A" w:rsidRPr="00266DE4" w:rsidRDefault="00000000">
      <w:pPr>
        <w:spacing w:after="60"/>
        <w:rPr>
          <w:lang w:val="es-ES"/>
        </w:rPr>
      </w:pPr>
      <w:r w:rsidRPr="00266DE4">
        <w:rPr>
          <w:lang w:val="es-ES"/>
        </w:rPr>
        <w:t>Cada equipo debe elaborar dos propuestas diferentes con el mismo presupuesto de S/50. Luego calcula el ahorro y el porcentaje de ahorro de cada plan.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236D0A" w14:paraId="71582310" w14:textId="77777777">
        <w:trPr>
          <w:tblHeader/>
          <w:jc w:val="center"/>
        </w:trPr>
        <w:tc>
          <w:tcPr>
            <w:tcW w:w="3456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45040FB" w14:textId="77777777" w:rsidR="00236D0A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Concepto</w:t>
            </w:r>
            <w:proofErr w:type="spellEnd"/>
          </w:p>
        </w:tc>
        <w:tc>
          <w:tcPr>
            <w:tcW w:w="3456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5D9930E" w14:textId="77777777" w:rsidR="00236D0A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PLAN A</w:t>
            </w:r>
          </w:p>
        </w:tc>
        <w:tc>
          <w:tcPr>
            <w:tcW w:w="3456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6EB70ED" w14:textId="77777777" w:rsidR="00236D0A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PLAN B</w:t>
            </w:r>
          </w:p>
        </w:tc>
      </w:tr>
      <w:tr w:rsidR="00236D0A" w14:paraId="1A007DB2" w14:textId="77777777">
        <w:trPr>
          <w:jc w:val="center"/>
        </w:trPr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D461D63" w14:textId="77777777" w:rsidR="00236D0A" w:rsidRDefault="00000000">
            <w:pPr>
              <w:spacing w:after="0"/>
            </w:pPr>
            <w:r>
              <w:rPr>
                <w:b/>
                <w:sz w:val="18"/>
              </w:rPr>
              <w:t>Presupuesto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5E2537A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S/50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6A95A78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S/50</w:t>
            </w:r>
          </w:p>
        </w:tc>
      </w:tr>
      <w:tr w:rsidR="00236D0A" w14:paraId="40F32B5A" w14:textId="77777777">
        <w:trPr>
          <w:jc w:val="center"/>
        </w:trPr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FE2CFD0" w14:textId="77777777" w:rsidR="00236D0A" w:rsidRDefault="00000000">
            <w:pPr>
              <w:spacing w:after="0"/>
            </w:pPr>
            <w:r>
              <w:rPr>
                <w:b/>
                <w:sz w:val="18"/>
              </w:rPr>
              <w:lastRenderedPageBreak/>
              <w:t>Gasto total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B4B103D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S/_____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9BADE68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S/_____</w:t>
            </w:r>
          </w:p>
        </w:tc>
      </w:tr>
      <w:tr w:rsidR="00236D0A" w14:paraId="620FE7AA" w14:textId="77777777">
        <w:trPr>
          <w:jc w:val="center"/>
        </w:trPr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BD2E0EE" w14:textId="77777777" w:rsidR="00236D0A" w:rsidRDefault="00000000">
            <w:pPr>
              <w:spacing w:after="0"/>
            </w:pPr>
            <w:r>
              <w:rPr>
                <w:b/>
                <w:sz w:val="18"/>
              </w:rPr>
              <w:t>Ahorro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40BDE01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S/_____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650BA83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S/_____</w:t>
            </w:r>
          </w:p>
        </w:tc>
      </w:tr>
      <w:tr w:rsidR="00236D0A" w14:paraId="4CEE8587" w14:textId="77777777">
        <w:trPr>
          <w:jc w:val="center"/>
        </w:trPr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73747D1" w14:textId="77777777" w:rsidR="00236D0A" w:rsidRDefault="00000000">
            <w:pPr>
              <w:spacing w:after="0"/>
            </w:pPr>
            <w:r>
              <w:rPr>
                <w:b/>
                <w:sz w:val="18"/>
              </w:rPr>
              <w:t>Porcentaje de ahorro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ECAD559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_____ %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667888F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_____ %</w:t>
            </w:r>
          </w:p>
        </w:tc>
      </w:tr>
    </w:tbl>
    <w:p w14:paraId="758572FE" w14:textId="77777777" w:rsidR="00236D0A" w:rsidRDefault="00000000">
      <w:pPr>
        <w:spacing w:before="100" w:after="80"/>
      </w:pPr>
      <w:r>
        <w:rPr>
          <w:b/>
          <w:color w:val="0B2E73"/>
          <w:sz w:val="24"/>
        </w:rPr>
        <w:t>8. CÁLCULO DEL PORCENTAJE DE AHORRO</w:t>
      </w:r>
    </w:p>
    <w:p w14:paraId="1B996A25" w14:textId="77777777" w:rsidR="00236D0A" w:rsidRPr="00266DE4" w:rsidRDefault="00000000">
      <w:pPr>
        <w:spacing w:before="80" w:after="120"/>
        <w:jc w:val="center"/>
        <w:rPr>
          <w:lang w:val="es-ES"/>
        </w:rPr>
      </w:pPr>
      <w:r w:rsidRPr="00266DE4">
        <w:rPr>
          <w:b/>
          <w:i/>
          <w:color w:val="E6007E"/>
          <w:sz w:val="20"/>
          <w:lang w:val="es-ES"/>
        </w:rPr>
        <w:t>Porcentaje de ahorro = (Ahorro ÷ Presupuesto) × 100</w:t>
      </w:r>
    </w:p>
    <w:p w14:paraId="6789C842" w14:textId="77777777" w:rsidR="00236D0A" w:rsidRPr="00266DE4" w:rsidRDefault="00000000">
      <w:pPr>
        <w:spacing w:after="60"/>
        <w:rPr>
          <w:lang w:val="es-ES"/>
        </w:rPr>
      </w:pPr>
      <w:r w:rsidRPr="00266DE4">
        <w:rPr>
          <w:lang w:val="es-ES"/>
        </w:rPr>
        <w:t>Ejemplo: si el presupuesto es S/50 y el ahorro es S/10, entonces 10 ÷ 50 × 100 = 20 %. El equipo ahorró el 20 % de su presupuesto.</w:t>
      </w:r>
    </w:p>
    <w:p w14:paraId="2BD47C5F" w14:textId="77777777" w:rsidR="00236D0A" w:rsidRPr="00266DE4" w:rsidRDefault="00000000">
      <w:pPr>
        <w:spacing w:before="100" w:after="80"/>
        <w:rPr>
          <w:lang w:val="es-ES"/>
        </w:rPr>
      </w:pPr>
      <w:r w:rsidRPr="00266DE4">
        <w:rPr>
          <w:b/>
          <w:color w:val="0B2E73"/>
          <w:sz w:val="24"/>
          <w:lang w:val="es-ES"/>
        </w:rPr>
        <w:t>9. RETO MATEMÁTICO</w:t>
      </w:r>
    </w:p>
    <w:p w14:paraId="11B40DAC" w14:textId="77777777" w:rsidR="00236D0A" w:rsidRPr="00266DE4" w:rsidRDefault="00000000">
      <w:pPr>
        <w:spacing w:after="60"/>
        <w:rPr>
          <w:lang w:val="es-ES"/>
        </w:rPr>
      </w:pPr>
      <w:r w:rsidRPr="00266DE4">
        <w:rPr>
          <w:lang w:val="es-ES"/>
        </w:rPr>
        <w:t>Un equipo cuenta con S/60. En el Plan A gasta S/51 y en el Plan B gasta S/45. Calcula el ahorro y el porcentaje de ahorro en cada caso; luego determina cuál presenta mayor porcentaje de ahorro y cuál es la diferencia.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236D0A" w14:paraId="510E5E55" w14:textId="77777777">
        <w:trPr>
          <w:jc w:val="center"/>
        </w:trPr>
        <w:tc>
          <w:tcPr>
            <w:tcW w:w="3456" w:type="dxa"/>
            <w:shd w:val="clear" w:color="auto" w:fill="E6007E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37D4C10" w14:textId="77777777" w:rsidR="00236D0A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8"/>
              </w:rPr>
              <w:t>Cálculo</w:t>
            </w:r>
            <w:proofErr w:type="spellEnd"/>
          </w:p>
        </w:tc>
        <w:tc>
          <w:tcPr>
            <w:tcW w:w="3456" w:type="dxa"/>
            <w:shd w:val="clear" w:color="auto" w:fill="E6007E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DBCDB7" w14:textId="77777777" w:rsidR="00236D0A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PLAN A</w:t>
            </w:r>
          </w:p>
        </w:tc>
        <w:tc>
          <w:tcPr>
            <w:tcW w:w="3456" w:type="dxa"/>
            <w:shd w:val="clear" w:color="auto" w:fill="E6007E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36FBF65" w14:textId="77777777" w:rsidR="00236D0A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PLAN B</w:t>
            </w:r>
          </w:p>
        </w:tc>
      </w:tr>
      <w:tr w:rsidR="00236D0A" w14:paraId="20728ED4" w14:textId="77777777">
        <w:trPr>
          <w:jc w:val="center"/>
        </w:trPr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F45B826" w14:textId="77777777" w:rsidR="00236D0A" w:rsidRDefault="00000000">
            <w:pPr>
              <w:spacing w:after="0"/>
            </w:pPr>
            <w:r>
              <w:rPr>
                <w:b/>
                <w:sz w:val="18"/>
              </w:rPr>
              <w:t>Ahorro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0B65868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________________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E6A5604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________________</w:t>
            </w:r>
          </w:p>
        </w:tc>
      </w:tr>
      <w:tr w:rsidR="00236D0A" w14:paraId="31293C31" w14:textId="77777777">
        <w:trPr>
          <w:jc w:val="center"/>
        </w:trPr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5DE1768" w14:textId="77777777" w:rsidR="00236D0A" w:rsidRDefault="00000000">
            <w:pPr>
              <w:spacing w:after="0"/>
            </w:pPr>
            <w:r>
              <w:rPr>
                <w:b/>
                <w:sz w:val="18"/>
              </w:rPr>
              <w:t>Porcentaje de ahorro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434DA0F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________________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A9E2CCB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________________</w:t>
            </w:r>
          </w:p>
        </w:tc>
      </w:tr>
    </w:tbl>
    <w:p w14:paraId="15F6F27A" w14:textId="77777777" w:rsidR="00236D0A" w:rsidRPr="00266DE4" w:rsidRDefault="00000000">
      <w:pPr>
        <w:spacing w:after="60"/>
        <w:rPr>
          <w:lang w:val="es-ES"/>
        </w:rPr>
      </w:pPr>
      <w:r w:rsidRPr="00266DE4">
        <w:rPr>
          <w:lang w:val="es-ES"/>
        </w:rPr>
        <w:t>Respuesta esperada para la retroalimentación docente: Plan A = S/9 de ahorro (15 %); Plan B = S/15 de ahorro (25 %); diferencia = 10 puntos porcentuales.</w:t>
      </w:r>
    </w:p>
    <w:p w14:paraId="3DC10185" w14:textId="77777777" w:rsidR="00236D0A" w:rsidRPr="00266DE4" w:rsidRDefault="00000000">
      <w:pPr>
        <w:spacing w:before="100" w:after="80"/>
        <w:rPr>
          <w:lang w:val="es-ES"/>
        </w:rPr>
      </w:pPr>
      <w:r w:rsidRPr="00266DE4">
        <w:rPr>
          <w:b/>
          <w:color w:val="0B2E73"/>
          <w:sz w:val="24"/>
          <w:lang w:val="es-ES"/>
        </w:rPr>
        <w:t>10. PRODUCTO DE LA SESIÓN: “COMPARAMOS NUESTROS PRESUPUESTOS”</w:t>
      </w:r>
    </w:p>
    <w:p w14:paraId="306424EF" w14:textId="77777777" w:rsidR="00236D0A" w:rsidRDefault="00000000">
      <w:pPr>
        <w:spacing w:after="60"/>
      </w:pPr>
      <w:proofErr w:type="spellStart"/>
      <w:r>
        <w:t>Presupuesto</w:t>
      </w:r>
      <w:proofErr w:type="spellEnd"/>
      <w:r>
        <w:t xml:space="preserve"> disponible: S/________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236D0A" w14:paraId="52273652" w14:textId="77777777">
        <w:trPr>
          <w:jc w:val="center"/>
        </w:trPr>
        <w:tc>
          <w:tcPr>
            <w:tcW w:w="3456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CE9A198" w14:textId="77777777" w:rsidR="00236D0A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Indicador</w:t>
            </w:r>
          </w:p>
        </w:tc>
        <w:tc>
          <w:tcPr>
            <w:tcW w:w="3456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9E9039B" w14:textId="77777777" w:rsidR="00236D0A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PLAN A</w:t>
            </w:r>
          </w:p>
        </w:tc>
        <w:tc>
          <w:tcPr>
            <w:tcW w:w="3456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B3C44C5" w14:textId="77777777" w:rsidR="00236D0A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PLAN B</w:t>
            </w:r>
          </w:p>
        </w:tc>
      </w:tr>
      <w:tr w:rsidR="00236D0A" w14:paraId="601E58D5" w14:textId="77777777">
        <w:trPr>
          <w:jc w:val="center"/>
        </w:trPr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55BD243" w14:textId="77777777" w:rsidR="00236D0A" w:rsidRDefault="00000000">
            <w:pPr>
              <w:spacing w:after="0"/>
            </w:pPr>
            <w:r>
              <w:rPr>
                <w:b/>
                <w:sz w:val="18"/>
              </w:rPr>
              <w:t>Gasto total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E9E3272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________________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6024503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________________</w:t>
            </w:r>
          </w:p>
        </w:tc>
      </w:tr>
      <w:tr w:rsidR="00236D0A" w14:paraId="12F08AEA" w14:textId="77777777">
        <w:trPr>
          <w:jc w:val="center"/>
        </w:trPr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742CDEE" w14:textId="77777777" w:rsidR="00236D0A" w:rsidRDefault="00000000">
            <w:pPr>
              <w:spacing w:after="0"/>
            </w:pPr>
            <w:r>
              <w:rPr>
                <w:b/>
                <w:sz w:val="18"/>
              </w:rPr>
              <w:t>Ahorro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8E2E22D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________________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30BB376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________________</w:t>
            </w:r>
          </w:p>
        </w:tc>
      </w:tr>
      <w:tr w:rsidR="00236D0A" w14:paraId="01759CDB" w14:textId="77777777">
        <w:trPr>
          <w:jc w:val="center"/>
        </w:trPr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10DECB4" w14:textId="77777777" w:rsidR="00236D0A" w:rsidRDefault="00000000">
            <w:pPr>
              <w:spacing w:after="0"/>
            </w:pPr>
            <w:r>
              <w:rPr>
                <w:b/>
                <w:sz w:val="18"/>
              </w:rPr>
              <w:t>Porcentaje de ahorro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3E89FB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________________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0406529" w14:textId="77777777" w:rsidR="00236D0A" w:rsidRDefault="00000000">
            <w:pPr>
              <w:spacing w:after="0"/>
              <w:jc w:val="center"/>
            </w:pPr>
            <w:r>
              <w:rPr>
                <w:sz w:val="18"/>
              </w:rPr>
              <w:t>________________</w:t>
            </w:r>
          </w:p>
        </w:tc>
      </w:tr>
    </w:tbl>
    <w:p w14:paraId="180F3190" w14:textId="77777777" w:rsidR="00236D0A" w:rsidRPr="00266DE4" w:rsidRDefault="00000000">
      <w:pPr>
        <w:spacing w:after="60"/>
        <w:rPr>
          <w:lang w:val="es-ES"/>
        </w:rPr>
      </w:pPr>
      <w:r w:rsidRPr="00266DE4">
        <w:rPr>
          <w:lang w:val="es-ES"/>
        </w:rPr>
        <w:t>Nuestra alternativa elegida es: Plan ______</w:t>
      </w:r>
    </w:p>
    <w:p w14:paraId="19ED170A" w14:textId="77777777" w:rsidR="00236D0A" w:rsidRPr="00266DE4" w:rsidRDefault="00000000">
      <w:pPr>
        <w:spacing w:after="60"/>
        <w:rPr>
          <w:lang w:val="es-ES"/>
        </w:rPr>
      </w:pPr>
      <w:r w:rsidRPr="00266DE4">
        <w:rPr>
          <w:lang w:val="es-ES"/>
        </w:rPr>
        <w:t>Matemáticamente podemos afirmar que: ________________________________________________</w:t>
      </w:r>
    </w:p>
    <w:p w14:paraId="3799A2AD" w14:textId="77777777" w:rsidR="00236D0A" w:rsidRPr="00266DE4" w:rsidRDefault="00000000">
      <w:pPr>
        <w:spacing w:after="60"/>
        <w:rPr>
          <w:lang w:val="es-ES"/>
        </w:rPr>
      </w:pPr>
      <w:r w:rsidRPr="00266DE4">
        <w:rPr>
          <w:lang w:val="es-ES"/>
        </w:rPr>
        <w:t>La elegimos porque: ________________________________________________________________</w:t>
      </w:r>
    </w:p>
    <w:p w14:paraId="1C02A659" w14:textId="77777777" w:rsidR="00236D0A" w:rsidRDefault="00000000">
      <w:pPr>
        <w:spacing w:before="100" w:after="80"/>
      </w:pPr>
      <w:r>
        <w:rPr>
          <w:b/>
          <w:color w:val="0B2E73"/>
          <w:sz w:val="24"/>
        </w:rPr>
        <w:t>11. LISTA DE COTEJO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236D0A" w14:paraId="3135FAD9" w14:textId="77777777">
        <w:trPr>
          <w:jc w:val="center"/>
        </w:trPr>
        <w:tc>
          <w:tcPr>
            <w:tcW w:w="3456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CB457E2" w14:textId="77777777" w:rsidR="00236D0A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Criterio</w:t>
            </w:r>
          </w:p>
        </w:tc>
        <w:tc>
          <w:tcPr>
            <w:tcW w:w="3456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D9C51BF" w14:textId="77777777" w:rsidR="00236D0A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Sí</w:t>
            </w:r>
          </w:p>
        </w:tc>
        <w:tc>
          <w:tcPr>
            <w:tcW w:w="3456" w:type="dxa"/>
            <w:shd w:val="clear" w:color="auto" w:fill="0B2E7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0F8BB4C" w14:textId="77777777" w:rsidR="00236D0A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En proceso</w:t>
            </w:r>
          </w:p>
        </w:tc>
      </w:tr>
      <w:tr w:rsidR="00236D0A" w14:paraId="0566CF2F" w14:textId="77777777">
        <w:trPr>
          <w:jc w:val="center"/>
        </w:trPr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E51F0F" w14:textId="77777777" w:rsidR="00236D0A" w:rsidRPr="00266DE4" w:rsidRDefault="00000000">
            <w:pPr>
              <w:spacing w:after="0"/>
              <w:rPr>
                <w:lang w:val="es-ES"/>
              </w:rPr>
            </w:pPr>
            <w:r w:rsidRPr="00266DE4">
              <w:rPr>
                <w:sz w:val="18"/>
                <w:lang w:val="es-ES"/>
              </w:rPr>
              <w:t>Organiza correctamente los datos del presupuesto.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6E5868C" w14:textId="77777777" w:rsidR="00236D0A" w:rsidRDefault="00000000">
            <w:pPr>
              <w:spacing w:after="0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E678BB1" w14:textId="77777777" w:rsidR="00236D0A" w:rsidRDefault="00000000">
            <w:pPr>
              <w:spacing w:after="0"/>
              <w:jc w:val="center"/>
            </w:pPr>
            <w:r>
              <w:rPr>
                <w:sz w:val="22"/>
              </w:rPr>
              <w:t>☐</w:t>
            </w:r>
          </w:p>
        </w:tc>
      </w:tr>
      <w:tr w:rsidR="00236D0A" w14:paraId="3FC4C591" w14:textId="77777777">
        <w:trPr>
          <w:jc w:val="center"/>
        </w:trPr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426F54C" w14:textId="77777777" w:rsidR="00236D0A" w:rsidRPr="00266DE4" w:rsidRDefault="00000000">
            <w:pPr>
              <w:spacing w:after="0"/>
              <w:rPr>
                <w:lang w:val="es-ES"/>
              </w:rPr>
            </w:pPr>
            <w:r w:rsidRPr="00266DE4">
              <w:rPr>
                <w:sz w:val="18"/>
                <w:lang w:val="es-ES"/>
              </w:rPr>
              <w:t>Calcula correctamente gastos, saldo y ahorro.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59D396D" w14:textId="77777777" w:rsidR="00236D0A" w:rsidRDefault="00000000">
            <w:pPr>
              <w:spacing w:after="0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BB0FC1E" w14:textId="77777777" w:rsidR="00236D0A" w:rsidRDefault="00000000">
            <w:pPr>
              <w:spacing w:after="0"/>
              <w:jc w:val="center"/>
            </w:pPr>
            <w:r>
              <w:rPr>
                <w:sz w:val="22"/>
              </w:rPr>
              <w:t>☐</w:t>
            </w:r>
          </w:p>
        </w:tc>
      </w:tr>
      <w:tr w:rsidR="00236D0A" w14:paraId="50DFFE71" w14:textId="77777777">
        <w:trPr>
          <w:jc w:val="center"/>
        </w:trPr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ADC2E21" w14:textId="77777777" w:rsidR="00236D0A" w:rsidRPr="00266DE4" w:rsidRDefault="00000000">
            <w:pPr>
              <w:spacing w:after="0"/>
              <w:rPr>
                <w:lang w:val="es-ES"/>
              </w:rPr>
            </w:pPr>
            <w:r w:rsidRPr="00266DE4">
              <w:rPr>
                <w:sz w:val="18"/>
                <w:lang w:val="es-ES"/>
              </w:rPr>
              <w:t>Determina el porcentaje de ahorro.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BE29BC0" w14:textId="77777777" w:rsidR="00236D0A" w:rsidRDefault="00000000">
            <w:pPr>
              <w:spacing w:after="0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F7E0703" w14:textId="77777777" w:rsidR="00236D0A" w:rsidRDefault="00000000">
            <w:pPr>
              <w:spacing w:after="0"/>
              <w:jc w:val="center"/>
            </w:pPr>
            <w:r>
              <w:rPr>
                <w:sz w:val="22"/>
              </w:rPr>
              <w:t>☐</w:t>
            </w:r>
          </w:p>
        </w:tc>
      </w:tr>
      <w:tr w:rsidR="00236D0A" w14:paraId="4DF115DE" w14:textId="77777777">
        <w:trPr>
          <w:jc w:val="center"/>
        </w:trPr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C3114BC" w14:textId="77777777" w:rsidR="00236D0A" w:rsidRDefault="00000000">
            <w:pPr>
              <w:spacing w:after="0"/>
            </w:pPr>
            <w:r>
              <w:rPr>
                <w:sz w:val="18"/>
              </w:rPr>
              <w:t>Compara dos alternativas.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1F5486A" w14:textId="77777777" w:rsidR="00236D0A" w:rsidRDefault="00000000">
            <w:pPr>
              <w:spacing w:after="0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9E7D55C" w14:textId="77777777" w:rsidR="00236D0A" w:rsidRDefault="00000000">
            <w:pPr>
              <w:spacing w:after="0"/>
              <w:jc w:val="center"/>
            </w:pPr>
            <w:r>
              <w:rPr>
                <w:sz w:val="22"/>
              </w:rPr>
              <w:t>☐</w:t>
            </w:r>
          </w:p>
        </w:tc>
      </w:tr>
      <w:tr w:rsidR="00236D0A" w14:paraId="48EE1284" w14:textId="77777777">
        <w:trPr>
          <w:jc w:val="center"/>
        </w:trPr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4E0D1C5" w14:textId="77777777" w:rsidR="00236D0A" w:rsidRPr="00266DE4" w:rsidRDefault="00000000">
            <w:pPr>
              <w:spacing w:after="0"/>
              <w:rPr>
                <w:lang w:val="es-ES"/>
              </w:rPr>
            </w:pPr>
            <w:r w:rsidRPr="00266DE4">
              <w:rPr>
                <w:sz w:val="18"/>
                <w:lang w:val="es-ES"/>
              </w:rPr>
              <w:t>Justifica su decisión con resultados matemáticos.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FDC5087" w14:textId="77777777" w:rsidR="00236D0A" w:rsidRDefault="00000000">
            <w:pPr>
              <w:spacing w:after="0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w="3456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20A1C57" w14:textId="77777777" w:rsidR="00236D0A" w:rsidRDefault="00000000">
            <w:pPr>
              <w:spacing w:after="0"/>
              <w:jc w:val="center"/>
            </w:pPr>
            <w:r>
              <w:rPr>
                <w:sz w:val="22"/>
              </w:rPr>
              <w:t>☐</w:t>
            </w:r>
          </w:p>
        </w:tc>
      </w:tr>
    </w:tbl>
    <w:p w14:paraId="704934C8" w14:textId="77777777" w:rsidR="00236D0A" w:rsidRDefault="00000000">
      <w:pPr>
        <w:spacing w:before="100" w:after="80"/>
      </w:pPr>
      <w:r>
        <w:rPr>
          <w:b/>
          <w:color w:val="0B2E73"/>
          <w:sz w:val="24"/>
        </w:rPr>
        <w:t>12. MATERIALES</w:t>
      </w:r>
    </w:p>
    <w:p w14:paraId="437ACCE6" w14:textId="77777777" w:rsidR="00236D0A" w:rsidRPr="00266DE4" w:rsidRDefault="00000000">
      <w:pPr>
        <w:spacing w:after="60"/>
        <w:rPr>
          <w:lang w:val="es-ES"/>
        </w:rPr>
      </w:pPr>
      <w:r w:rsidRPr="00266DE4">
        <w:rPr>
          <w:lang w:val="es-ES"/>
        </w:rPr>
        <w:t>Calculadoras, fichas de presupuesto, tarjetas de productos y precios, billetes simbólicos, plumones, papelotes, regla, portafolio de evidencias y lista de cotejo.</w:t>
      </w:r>
    </w:p>
    <w:p w14:paraId="5913714A" w14:textId="77777777" w:rsidR="00236D0A" w:rsidRPr="00266DE4" w:rsidRDefault="00000000">
      <w:pPr>
        <w:spacing w:before="100" w:after="80"/>
        <w:rPr>
          <w:lang w:val="es-ES"/>
        </w:rPr>
      </w:pPr>
      <w:r w:rsidRPr="00266DE4">
        <w:rPr>
          <w:b/>
          <w:color w:val="0B2E73"/>
          <w:sz w:val="24"/>
          <w:lang w:val="es-ES"/>
        </w:rPr>
        <w:t>13. ARTICULACIÓN INTERDISCIPLINARIA</w:t>
      </w:r>
    </w:p>
    <w:p w14:paraId="59EE06A3" w14:textId="77777777" w:rsidR="00236D0A" w:rsidRPr="00266DE4" w:rsidRDefault="00000000">
      <w:pPr>
        <w:spacing w:after="60"/>
        <w:rPr>
          <w:lang w:val="es-ES"/>
        </w:rPr>
      </w:pPr>
      <w:r w:rsidRPr="00266DE4">
        <w:rPr>
          <w:lang w:val="es-ES"/>
        </w:rPr>
        <w:t>Educación Física obtiene los recursos mediante los retos; Matemática, con el docente Maximino Rojas Díaz, calcula, organiza y compara los presupuestos; DPCC analiza las alternativas y justifica la decisión; e Inglés comunica la decisión y los resultados financieros.</w:t>
      </w:r>
    </w:p>
    <w:p w14:paraId="1B81847E" w14:textId="73FE28E5" w:rsidR="00236D0A" w:rsidRPr="00266DE4" w:rsidRDefault="00236D0A" w:rsidP="00266DE4">
      <w:pPr>
        <w:spacing w:before="80" w:after="120"/>
        <w:rPr>
          <w:lang w:val="es-ES"/>
        </w:rPr>
      </w:pPr>
    </w:p>
    <w:sectPr w:rsidR="00236D0A" w:rsidRPr="00266DE4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C3548" w14:textId="77777777" w:rsidR="00F72D3C" w:rsidRDefault="00F72D3C">
      <w:pPr>
        <w:spacing w:after="0" w:line="240" w:lineRule="auto"/>
      </w:pPr>
      <w:r>
        <w:separator/>
      </w:r>
    </w:p>
  </w:endnote>
  <w:endnote w:type="continuationSeparator" w:id="0">
    <w:p w14:paraId="66BC1C91" w14:textId="77777777" w:rsidR="00F72D3C" w:rsidRDefault="00F72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A36D9" w14:textId="77777777" w:rsidR="00236D0A" w:rsidRPr="00266DE4" w:rsidRDefault="00000000">
    <w:pPr>
      <w:pStyle w:val="Piedepgina"/>
      <w:jc w:val="center"/>
      <w:rPr>
        <w:lang w:val="es-ES"/>
      </w:rPr>
    </w:pPr>
    <w:r w:rsidRPr="00266DE4">
      <w:rPr>
        <w:color w:val="666666"/>
        <w:sz w:val="16"/>
        <w:lang w:val="es-ES"/>
      </w:rPr>
      <w:t>Guardianes del Ahorro Ugacinos – Educación Financiera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3F70B" w14:textId="77777777" w:rsidR="00F72D3C" w:rsidRDefault="00F72D3C">
      <w:pPr>
        <w:spacing w:after="0" w:line="240" w:lineRule="auto"/>
      </w:pPr>
      <w:r>
        <w:separator/>
      </w:r>
    </w:p>
  </w:footnote>
  <w:footnote w:type="continuationSeparator" w:id="0">
    <w:p w14:paraId="16AE04D3" w14:textId="77777777" w:rsidR="00F72D3C" w:rsidRDefault="00F72D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6739067">
    <w:abstractNumId w:val="8"/>
  </w:num>
  <w:num w:numId="2" w16cid:durableId="1828091014">
    <w:abstractNumId w:val="6"/>
  </w:num>
  <w:num w:numId="3" w16cid:durableId="1551107416">
    <w:abstractNumId w:val="5"/>
  </w:num>
  <w:num w:numId="4" w16cid:durableId="1713068518">
    <w:abstractNumId w:val="4"/>
  </w:num>
  <w:num w:numId="5" w16cid:durableId="200826761">
    <w:abstractNumId w:val="7"/>
  </w:num>
  <w:num w:numId="6" w16cid:durableId="1560747101">
    <w:abstractNumId w:val="3"/>
  </w:num>
  <w:num w:numId="7" w16cid:durableId="1960329939">
    <w:abstractNumId w:val="2"/>
  </w:num>
  <w:num w:numId="8" w16cid:durableId="357006948">
    <w:abstractNumId w:val="1"/>
  </w:num>
  <w:num w:numId="9" w16cid:durableId="593561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6D0A"/>
    <w:rsid w:val="00266DE4"/>
    <w:rsid w:val="0029639D"/>
    <w:rsid w:val="00326F90"/>
    <w:rsid w:val="009A3D34"/>
    <w:rsid w:val="00AA1D8D"/>
    <w:rsid w:val="00B47730"/>
    <w:rsid w:val="00CB0664"/>
    <w:rsid w:val="00F72D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AB575D"/>
  <w14:defaultImageDpi w14:val="300"/>
  <w15:docId w15:val="{3BBFAE9D-7981-4F8B-9C14-9E451266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52" w:lineRule="auto"/>
    </w:pPr>
    <w:rPr>
      <w:rFonts w:ascii="Arial" w:hAnsi="Arial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871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Sesión de Matemática 3.º - Maximino Rojas Díaz</dc:title>
  <dc:subject>Educación Financiera - Guardianes del Ahorro Ugacinos</dc:subject>
  <dc:creator>I.E. Juan Ugaz</dc:creator>
  <cp:keywords/>
  <dc:description>generated by python-docx</dc:description>
  <cp:lastModifiedBy>Wilder benites</cp:lastModifiedBy>
  <cp:revision>2</cp:revision>
  <dcterms:created xsi:type="dcterms:W3CDTF">2013-12-23T23:15:00Z</dcterms:created>
  <dcterms:modified xsi:type="dcterms:W3CDTF">2026-09-30T16:38:00Z</dcterms:modified>
  <cp:category/>
</cp:coreProperties>
</file>