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25D0D" w14:textId="77777777" w:rsidR="002F0925" w:rsidRPr="006A1499" w:rsidRDefault="00000000">
      <w:pPr>
        <w:spacing w:after="40"/>
        <w:jc w:val="center"/>
        <w:rPr>
          <w:lang w:val="es-ES"/>
        </w:rPr>
      </w:pPr>
      <w:r w:rsidRPr="006A1499">
        <w:rPr>
          <w:b/>
          <w:color w:val="0A3E78"/>
          <w:sz w:val="32"/>
          <w:lang w:val="es-ES"/>
        </w:rPr>
        <w:t>SESIÓN DE APRENDIZAJE – MATEMÁTICA</w:t>
      </w:r>
    </w:p>
    <w:p w14:paraId="5388A572" w14:textId="77777777" w:rsidR="002F0925" w:rsidRPr="006A1499" w:rsidRDefault="00000000">
      <w:pPr>
        <w:spacing w:after="160"/>
        <w:jc w:val="center"/>
        <w:rPr>
          <w:lang w:val="es-ES"/>
        </w:rPr>
      </w:pPr>
      <w:r w:rsidRPr="006A1499">
        <w:rPr>
          <w:b/>
          <w:color w:val="E10066"/>
          <w:sz w:val="25"/>
          <w:lang w:val="es-ES"/>
        </w:rPr>
        <w:t>“Organizamos nuestro dinero: elaboramos y comparamos presupuestos”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2F0925" w14:paraId="6D931266" w14:textId="77777777">
        <w:trPr>
          <w:cantSplit/>
          <w:jc w:val="center"/>
        </w:trPr>
        <w:tc>
          <w:tcPr>
            <w:tcW w:w="5270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FEB91" w14:textId="77777777" w:rsidR="002F0925" w:rsidRDefault="00000000">
            <w:proofErr w:type="spellStart"/>
            <w:r>
              <w:rPr>
                <w:b/>
                <w:sz w:val="19"/>
              </w:rPr>
              <w:t>Institución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Educativa</w:t>
            </w:r>
            <w:proofErr w:type="spellEnd"/>
          </w:p>
        </w:tc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CFBC1" w14:textId="77777777" w:rsidR="002F0925" w:rsidRDefault="00000000">
            <w:r>
              <w:rPr>
                <w:sz w:val="19"/>
              </w:rPr>
              <w:t>Juan Ugaz</w:t>
            </w:r>
          </w:p>
        </w:tc>
      </w:tr>
      <w:tr w:rsidR="002F0925" w14:paraId="2EB0A3ED" w14:textId="77777777">
        <w:trPr>
          <w:cantSplit/>
          <w:jc w:val="center"/>
        </w:trPr>
        <w:tc>
          <w:tcPr>
            <w:tcW w:w="5270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5B37D" w14:textId="77777777" w:rsidR="002F0925" w:rsidRDefault="00000000">
            <w:r>
              <w:rPr>
                <w:b/>
                <w:sz w:val="19"/>
              </w:rPr>
              <w:t>Docente</w:t>
            </w:r>
          </w:p>
        </w:tc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33938F" w14:textId="77777777" w:rsidR="002F0925" w:rsidRDefault="00000000">
            <w:r>
              <w:rPr>
                <w:sz w:val="19"/>
              </w:rPr>
              <w:t>Doris Villalobos Pérez</w:t>
            </w:r>
          </w:p>
        </w:tc>
      </w:tr>
      <w:tr w:rsidR="002F0925" w14:paraId="72730824" w14:textId="77777777">
        <w:trPr>
          <w:cantSplit/>
          <w:jc w:val="center"/>
        </w:trPr>
        <w:tc>
          <w:tcPr>
            <w:tcW w:w="5270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8D7FCF" w14:textId="77777777" w:rsidR="002F0925" w:rsidRDefault="00000000">
            <w:r>
              <w:rPr>
                <w:b/>
                <w:sz w:val="19"/>
              </w:rPr>
              <w:t>Área</w:t>
            </w:r>
          </w:p>
        </w:tc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CF154" w14:textId="77777777" w:rsidR="002F0925" w:rsidRDefault="00000000">
            <w:r>
              <w:rPr>
                <w:sz w:val="19"/>
              </w:rPr>
              <w:t>Matemática</w:t>
            </w:r>
          </w:p>
        </w:tc>
      </w:tr>
      <w:tr w:rsidR="002F0925" w14:paraId="594F2351" w14:textId="77777777">
        <w:trPr>
          <w:cantSplit/>
          <w:jc w:val="center"/>
        </w:trPr>
        <w:tc>
          <w:tcPr>
            <w:tcW w:w="5270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C4B1C" w14:textId="77777777" w:rsidR="002F0925" w:rsidRDefault="00000000">
            <w:r>
              <w:rPr>
                <w:b/>
                <w:sz w:val="19"/>
              </w:rPr>
              <w:t>Grado</w:t>
            </w:r>
          </w:p>
        </w:tc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AA38BA" w14:textId="77777777" w:rsidR="002F0925" w:rsidRDefault="00000000">
            <w:r>
              <w:rPr>
                <w:sz w:val="19"/>
              </w:rPr>
              <w:t>2.º de secundaria</w:t>
            </w:r>
          </w:p>
        </w:tc>
      </w:tr>
      <w:tr w:rsidR="002F0925" w14:paraId="10A94EE6" w14:textId="77777777">
        <w:trPr>
          <w:cantSplit/>
          <w:jc w:val="center"/>
        </w:trPr>
        <w:tc>
          <w:tcPr>
            <w:tcW w:w="5270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0ABC0F" w14:textId="77777777" w:rsidR="002F0925" w:rsidRDefault="00000000">
            <w:r>
              <w:rPr>
                <w:b/>
                <w:sz w:val="19"/>
              </w:rPr>
              <w:t>Fecha</w:t>
            </w:r>
          </w:p>
        </w:tc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D58ED" w14:textId="77777777" w:rsidR="002F0925" w:rsidRDefault="00000000">
            <w:r>
              <w:rPr>
                <w:sz w:val="19"/>
              </w:rPr>
              <w:t>06 de octubre de 2026</w:t>
            </w:r>
          </w:p>
        </w:tc>
      </w:tr>
      <w:tr w:rsidR="002F0925" w14:paraId="5369F63A" w14:textId="77777777">
        <w:trPr>
          <w:cantSplit/>
          <w:jc w:val="center"/>
        </w:trPr>
        <w:tc>
          <w:tcPr>
            <w:tcW w:w="5270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447604" w14:textId="77777777" w:rsidR="002F0925" w:rsidRDefault="00000000">
            <w:r>
              <w:rPr>
                <w:b/>
                <w:sz w:val="19"/>
              </w:rPr>
              <w:t>Duración</w:t>
            </w:r>
          </w:p>
        </w:tc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705497" w14:textId="77777777" w:rsidR="002F0925" w:rsidRDefault="00000000">
            <w:r>
              <w:rPr>
                <w:sz w:val="19"/>
              </w:rPr>
              <w:t>90 minutos</w:t>
            </w:r>
          </w:p>
        </w:tc>
      </w:tr>
      <w:tr w:rsidR="002F0925" w:rsidRPr="001E5648" w14:paraId="1640DE2B" w14:textId="77777777">
        <w:trPr>
          <w:cantSplit/>
          <w:jc w:val="center"/>
        </w:trPr>
        <w:tc>
          <w:tcPr>
            <w:tcW w:w="5270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7F2F4" w14:textId="77777777" w:rsidR="002F0925" w:rsidRDefault="00000000">
            <w:r>
              <w:rPr>
                <w:b/>
                <w:sz w:val="19"/>
              </w:rPr>
              <w:t>Proyecto</w:t>
            </w:r>
          </w:p>
        </w:tc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D032FC" w14:textId="77777777" w:rsidR="002F0925" w:rsidRPr="006A1499" w:rsidRDefault="00000000">
            <w:pPr>
              <w:rPr>
                <w:lang w:val="es-ES"/>
              </w:rPr>
            </w:pPr>
            <w:r w:rsidRPr="006A1499">
              <w:rPr>
                <w:sz w:val="19"/>
                <w:lang w:val="es-ES"/>
              </w:rPr>
              <w:t xml:space="preserve">Guardianes del Ahorro </w:t>
            </w:r>
            <w:proofErr w:type="spellStart"/>
            <w:r w:rsidRPr="006A1499">
              <w:rPr>
                <w:sz w:val="19"/>
                <w:lang w:val="es-ES"/>
              </w:rPr>
              <w:t>Ugacinos</w:t>
            </w:r>
            <w:proofErr w:type="spellEnd"/>
            <w:r w:rsidRPr="006A1499">
              <w:rPr>
                <w:sz w:val="19"/>
                <w:lang w:val="es-ES"/>
              </w:rPr>
              <w:t>: innovación financiera escolar para la toma de decisiones responsables</w:t>
            </w:r>
          </w:p>
        </w:tc>
      </w:tr>
    </w:tbl>
    <w:p w14:paraId="5197CB52" w14:textId="77777777" w:rsidR="002F0925" w:rsidRPr="006A1499" w:rsidRDefault="002F0925">
      <w:pPr>
        <w:rPr>
          <w:lang w:val="es-ES"/>
        </w:rPr>
      </w:pPr>
    </w:p>
    <w:p w14:paraId="475FEF5E" w14:textId="77777777" w:rsidR="002F0925" w:rsidRPr="006A1499" w:rsidRDefault="00000000">
      <w:pPr>
        <w:spacing w:before="120" w:after="80"/>
        <w:rPr>
          <w:lang w:val="es-ES"/>
        </w:rPr>
      </w:pPr>
      <w:r w:rsidRPr="006A1499">
        <w:rPr>
          <w:b/>
          <w:color w:val="10497A"/>
          <w:sz w:val="24"/>
          <w:lang w:val="es-ES"/>
        </w:rPr>
        <w:t>1. Propósito de aprendizaje</w:t>
      </w:r>
    </w:p>
    <w:p w14:paraId="466EB62D" w14:textId="77777777" w:rsidR="002F0925" w:rsidRPr="006A1499" w:rsidRDefault="00000000">
      <w:pPr>
        <w:spacing w:after="60" w:line="240" w:lineRule="auto"/>
        <w:rPr>
          <w:lang w:val="es-ES"/>
        </w:rPr>
      </w:pPr>
      <w:r w:rsidRPr="006A1499">
        <w:rPr>
          <w:lang w:val="es-ES"/>
        </w:rPr>
        <w:t>Que los estudiantes organicen información de ingresos y gastos, elaboren dos presupuestos sencillos, calculen el ahorro y comparen alternativas para tomar una decisión financiera responsable.</w:t>
      </w:r>
    </w:p>
    <w:p w14:paraId="204FABB3" w14:textId="77777777" w:rsidR="002F0925" w:rsidRPr="006A1499" w:rsidRDefault="00000000">
      <w:pPr>
        <w:spacing w:before="120" w:after="80"/>
        <w:rPr>
          <w:lang w:val="es-ES"/>
        </w:rPr>
      </w:pPr>
      <w:r w:rsidRPr="006A1499">
        <w:rPr>
          <w:b/>
          <w:color w:val="10497A"/>
          <w:sz w:val="24"/>
          <w:lang w:val="es-ES"/>
        </w:rPr>
        <w:t>2. Competencia y capacidades</w:t>
      </w:r>
    </w:p>
    <w:p w14:paraId="2B7AB337" w14:textId="77777777" w:rsidR="002F0925" w:rsidRPr="006A1499" w:rsidRDefault="00000000">
      <w:pPr>
        <w:rPr>
          <w:lang w:val="es-ES"/>
        </w:rPr>
      </w:pPr>
      <w:r w:rsidRPr="006A1499">
        <w:rPr>
          <w:b/>
          <w:lang w:val="es-ES"/>
        </w:rPr>
        <w:t xml:space="preserve">Competencia: </w:t>
      </w:r>
      <w:r w:rsidRPr="006A1499">
        <w:rPr>
          <w:lang w:val="es-ES"/>
        </w:rPr>
        <w:t>Resuelve problemas de cantidad.</w:t>
      </w:r>
    </w:p>
    <w:p w14:paraId="1D3A1FDF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Traduce cantidades a expresiones numéricas.</w:t>
      </w:r>
    </w:p>
    <w:p w14:paraId="59E56E26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Comunica su comprensión sobre los números y las operaciones.</w:t>
      </w:r>
    </w:p>
    <w:p w14:paraId="51BF943A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Usa estrategias y procedimientos de estimación y cálculo.</w:t>
      </w:r>
    </w:p>
    <w:p w14:paraId="3DA6488A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Argumenta afirmaciones sobre relaciones numéricas y operaciones.</w:t>
      </w:r>
    </w:p>
    <w:p w14:paraId="2F39BD4F" w14:textId="77777777" w:rsidR="002F0925" w:rsidRDefault="00000000">
      <w:pPr>
        <w:spacing w:before="120" w:after="80"/>
      </w:pPr>
      <w:r>
        <w:rPr>
          <w:b/>
          <w:color w:val="10497A"/>
          <w:sz w:val="24"/>
        </w:rPr>
        <w:t>3. Criterios de evaluación</w:t>
      </w:r>
    </w:p>
    <w:p w14:paraId="55205E1C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Organiza correctamente ingresos, gastos y ahorro en un presupuesto.</w:t>
      </w:r>
    </w:p>
    <w:p w14:paraId="55C72CEA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Realiza operaciones de adición y sustracción con cantidades de dinero.</w:t>
      </w:r>
    </w:p>
    <w:p w14:paraId="5512F78E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Calcula una parte del presupuesto destinada al ahorro.</w:t>
      </w:r>
    </w:p>
    <w:p w14:paraId="53AFE7AA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Compara dos alternativas de gasto.</w:t>
      </w:r>
    </w:p>
    <w:p w14:paraId="1E573FDF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Explica con datos cuál alternativa permite administrar mejor el dinero.</w:t>
      </w:r>
    </w:p>
    <w:p w14:paraId="143A230F" w14:textId="77777777" w:rsidR="002F0925" w:rsidRPr="006A1499" w:rsidRDefault="00000000">
      <w:pPr>
        <w:spacing w:before="120" w:after="80"/>
        <w:rPr>
          <w:lang w:val="es-ES"/>
        </w:rPr>
      </w:pPr>
      <w:r w:rsidRPr="006A1499">
        <w:rPr>
          <w:b/>
          <w:color w:val="10497A"/>
          <w:sz w:val="24"/>
          <w:lang w:val="es-ES"/>
        </w:rPr>
        <w:t>4. Evidencia de aprendizaje</w:t>
      </w:r>
    </w:p>
    <w:p w14:paraId="155FB026" w14:textId="77777777" w:rsidR="002F0925" w:rsidRPr="006A1499" w:rsidRDefault="00000000">
      <w:pPr>
        <w:spacing w:after="60" w:line="240" w:lineRule="auto"/>
        <w:rPr>
          <w:lang w:val="es-ES"/>
        </w:rPr>
      </w:pPr>
      <w:r w:rsidRPr="006A1499">
        <w:rPr>
          <w:lang w:val="es-ES"/>
        </w:rPr>
        <w:t>Ficha “Mi presupuesto responsable”, con dos alternativas de compra, cálculo de gasto total, saldo/ahorro y una decisión justificada.</w:t>
      </w:r>
    </w:p>
    <w:p w14:paraId="12F5500A" w14:textId="77777777" w:rsidR="002F0925" w:rsidRPr="006A1499" w:rsidRDefault="00000000">
      <w:pPr>
        <w:spacing w:before="120" w:after="80"/>
        <w:rPr>
          <w:lang w:val="es-ES"/>
        </w:rPr>
      </w:pPr>
      <w:r w:rsidRPr="006A1499">
        <w:rPr>
          <w:b/>
          <w:color w:val="10497A"/>
          <w:sz w:val="24"/>
          <w:lang w:val="es-ES"/>
        </w:rPr>
        <w:t>5. Situación significativa</w:t>
      </w:r>
    </w:p>
    <w:p w14:paraId="680C45E1" w14:textId="77777777" w:rsidR="002F0925" w:rsidRPr="006A1499" w:rsidRDefault="00000000">
      <w:pPr>
        <w:spacing w:after="60" w:line="240" w:lineRule="auto"/>
        <w:rPr>
          <w:lang w:val="es-ES"/>
        </w:rPr>
      </w:pPr>
      <w:r w:rsidRPr="006A1499">
        <w:rPr>
          <w:lang w:val="es-ES"/>
        </w:rPr>
        <w:t>Un equipo dispone de S/40 para organizar un refrigerio saludable. Debe elegir productos, cuidar que sus gastos no superen el dinero disponible y reservar una parte para el ahorro. Para decidir mejor, elaborará dos opciones de presupuesto y comparará sus resultados.</w:t>
      </w:r>
    </w:p>
    <w:p w14:paraId="39E1B60F" w14:textId="77777777" w:rsidR="002F0925" w:rsidRPr="006A1499" w:rsidRDefault="00000000">
      <w:pPr>
        <w:rPr>
          <w:lang w:val="es-ES"/>
        </w:rPr>
      </w:pPr>
      <w:r w:rsidRPr="006A1499">
        <w:rPr>
          <w:b/>
          <w:color w:val="E10066"/>
          <w:lang w:val="es-ES"/>
        </w:rPr>
        <w:t xml:space="preserve">Pregunta retadora: </w:t>
      </w:r>
      <w:r w:rsidRPr="006A1499">
        <w:rPr>
          <w:b/>
          <w:lang w:val="es-ES"/>
        </w:rPr>
        <w:t>¿Cómo podemos organizar S/40 para cubrir lo necesario y, al mismo tiempo, conservar una parte para ahorrar?</w:t>
      </w:r>
    </w:p>
    <w:p w14:paraId="5D417BE7" w14:textId="77777777" w:rsidR="001E5648" w:rsidRPr="001E5648" w:rsidRDefault="001E5648">
      <w:pPr>
        <w:spacing w:before="120" w:after="80"/>
        <w:rPr>
          <w:b/>
          <w:color w:val="10497A"/>
          <w:sz w:val="24"/>
          <w:lang w:val="es-ES"/>
        </w:rPr>
      </w:pPr>
    </w:p>
    <w:p w14:paraId="5C8FAF0B" w14:textId="77777777" w:rsidR="001E5648" w:rsidRDefault="001E5648">
      <w:pPr>
        <w:spacing w:before="120" w:after="80"/>
        <w:rPr>
          <w:b/>
          <w:color w:val="10497A"/>
          <w:sz w:val="24"/>
          <w:lang w:val="es-ES"/>
        </w:rPr>
      </w:pPr>
    </w:p>
    <w:p w14:paraId="6AAA1241" w14:textId="77777777" w:rsidR="001E5648" w:rsidRDefault="001E5648">
      <w:pPr>
        <w:spacing w:before="120" w:after="80"/>
        <w:rPr>
          <w:b/>
          <w:color w:val="10497A"/>
          <w:sz w:val="24"/>
          <w:lang w:val="es-ES"/>
        </w:rPr>
      </w:pPr>
    </w:p>
    <w:p w14:paraId="231237D1" w14:textId="0F3B2293" w:rsidR="002F0925" w:rsidRDefault="00000000">
      <w:pPr>
        <w:spacing w:before="120" w:after="80"/>
      </w:pPr>
      <w:r>
        <w:rPr>
          <w:b/>
          <w:color w:val="10497A"/>
          <w:sz w:val="24"/>
        </w:rPr>
        <w:lastRenderedPageBreak/>
        <w:t>6. Secuencia didáctica</w:t>
      </w:r>
    </w:p>
    <w:p w14:paraId="0CF402A7" w14:textId="77777777" w:rsidR="002F0925" w:rsidRDefault="00000000">
      <w:r>
        <w:rPr>
          <w:b/>
          <w:color w:val="10497A"/>
          <w:sz w:val="22"/>
        </w:rPr>
        <w:t>INICIO – 15 minutos</w:t>
      </w:r>
    </w:p>
    <w:p w14:paraId="08167D37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El docente presenta el reto y muestra billetes simbólicos por un total de S/40.</w:t>
      </w:r>
    </w:p>
    <w:p w14:paraId="61CE5177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Se recuperan saberes previos: ¿qué es un ingreso?, ¿qué es un gasto?, ¿qué significa ahorrar?, ¿para qué sirve un presupuesto?</w:t>
      </w:r>
    </w:p>
    <w:p w14:paraId="43181BB2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Se comunica el propósito de la sesión y los criterios de evaluación.</w:t>
      </w:r>
    </w:p>
    <w:p w14:paraId="0EEB50DC" w14:textId="77777777" w:rsidR="002F0925" w:rsidRDefault="00000000">
      <w:r>
        <w:rPr>
          <w:b/>
        </w:rPr>
        <w:t xml:space="preserve">Lista </w:t>
      </w:r>
      <w:proofErr w:type="spellStart"/>
      <w:r>
        <w:rPr>
          <w:b/>
        </w:rPr>
        <w:t>referencial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productos</w:t>
      </w:r>
      <w:proofErr w:type="spellEnd"/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w:rsidR="002F0925" w14:paraId="346A42A0" w14:textId="77777777">
        <w:trPr>
          <w:cantSplit/>
          <w:tblHeader/>
          <w:jc w:val="center"/>
        </w:trPr>
        <w:tc>
          <w:tcPr>
            <w:tcW w:w="5270" w:type="dxa"/>
            <w:shd w:val="clear" w:color="auto" w:fill="0A3E78"/>
          </w:tcPr>
          <w:p w14:paraId="7489CF8D" w14:textId="77777777" w:rsidR="002F0925" w:rsidRDefault="00000000">
            <w:r>
              <w:rPr>
                <w:b/>
                <w:color w:val="FFFFFF"/>
                <w:sz w:val="19"/>
              </w:rPr>
              <w:t>Producto</w:t>
            </w:r>
          </w:p>
        </w:tc>
        <w:tc>
          <w:tcPr>
            <w:tcW w:w="5270" w:type="dxa"/>
            <w:shd w:val="clear" w:color="auto" w:fill="0A3E78"/>
          </w:tcPr>
          <w:p w14:paraId="65EC46F0" w14:textId="77777777" w:rsidR="002F0925" w:rsidRDefault="00000000">
            <w:r>
              <w:rPr>
                <w:b/>
                <w:color w:val="FFFFFF"/>
                <w:sz w:val="19"/>
              </w:rPr>
              <w:t>Precio</w:t>
            </w:r>
          </w:p>
        </w:tc>
      </w:tr>
      <w:tr w:rsidR="002F0925" w14:paraId="4291F88B" w14:textId="77777777">
        <w:trPr>
          <w:cantSplit/>
          <w:jc w:val="center"/>
        </w:trPr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ABB01" w14:textId="77777777" w:rsidR="002F0925" w:rsidRDefault="00000000">
            <w:r>
              <w:rPr>
                <w:sz w:val="19"/>
              </w:rPr>
              <w:t>Agua</w:t>
            </w:r>
          </w:p>
        </w:tc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50F1F" w14:textId="77777777" w:rsidR="002F0925" w:rsidRDefault="00000000">
            <w:r>
              <w:rPr>
                <w:sz w:val="19"/>
              </w:rPr>
              <w:t>S/2</w:t>
            </w:r>
          </w:p>
        </w:tc>
      </w:tr>
      <w:tr w:rsidR="002F0925" w14:paraId="073C37A0" w14:textId="77777777">
        <w:trPr>
          <w:cantSplit/>
          <w:jc w:val="center"/>
        </w:trPr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8D5FE" w14:textId="77777777" w:rsidR="002F0925" w:rsidRDefault="00000000">
            <w:r>
              <w:rPr>
                <w:sz w:val="19"/>
              </w:rPr>
              <w:t>Fruta</w:t>
            </w:r>
          </w:p>
        </w:tc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667E3" w14:textId="77777777" w:rsidR="002F0925" w:rsidRDefault="00000000">
            <w:r>
              <w:rPr>
                <w:sz w:val="19"/>
              </w:rPr>
              <w:t>S/3</w:t>
            </w:r>
          </w:p>
        </w:tc>
      </w:tr>
      <w:tr w:rsidR="002F0925" w14:paraId="1C8FAA46" w14:textId="77777777">
        <w:trPr>
          <w:cantSplit/>
          <w:jc w:val="center"/>
        </w:trPr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EA588" w14:textId="77777777" w:rsidR="002F0925" w:rsidRDefault="00000000">
            <w:r>
              <w:rPr>
                <w:sz w:val="19"/>
              </w:rPr>
              <w:t>Yogurt</w:t>
            </w:r>
          </w:p>
        </w:tc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112EC" w14:textId="77777777" w:rsidR="002F0925" w:rsidRDefault="00000000">
            <w:r>
              <w:rPr>
                <w:sz w:val="19"/>
              </w:rPr>
              <w:t>S/4</w:t>
            </w:r>
          </w:p>
        </w:tc>
      </w:tr>
      <w:tr w:rsidR="002F0925" w14:paraId="22AA6C6A" w14:textId="77777777">
        <w:trPr>
          <w:cantSplit/>
          <w:jc w:val="center"/>
        </w:trPr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3FE4B" w14:textId="77777777" w:rsidR="002F0925" w:rsidRDefault="00000000">
            <w:r>
              <w:rPr>
                <w:sz w:val="19"/>
              </w:rPr>
              <w:t>Sándwich saludable</w:t>
            </w:r>
          </w:p>
        </w:tc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F6C4C" w14:textId="77777777" w:rsidR="002F0925" w:rsidRDefault="00000000">
            <w:r>
              <w:rPr>
                <w:sz w:val="19"/>
              </w:rPr>
              <w:t>S/6</w:t>
            </w:r>
          </w:p>
        </w:tc>
      </w:tr>
      <w:tr w:rsidR="002F0925" w14:paraId="724DEFA3" w14:textId="77777777">
        <w:trPr>
          <w:cantSplit/>
          <w:jc w:val="center"/>
        </w:trPr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DD8F3" w14:textId="77777777" w:rsidR="002F0925" w:rsidRDefault="00000000">
            <w:r>
              <w:rPr>
                <w:sz w:val="19"/>
              </w:rPr>
              <w:t>Galletas</w:t>
            </w:r>
          </w:p>
        </w:tc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8D631" w14:textId="77777777" w:rsidR="002F0925" w:rsidRDefault="00000000">
            <w:r>
              <w:rPr>
                <w:sz w:val="19"/>
              </w:rPr>
              <w:t>S/3</w:t>
            </w:r>
          </w:p>
        </w:tc>
      </w:tr>
      <w:tr w:rsidR="002F0925" w14:paraId="291CC98C" w14:textId="77777777">
        <w:trPr>
          <w:cantSplit/>
          <w:jc w:val="center"/>
        </w:trPr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F3840" w14:textId="77777777" w:rsidR="002F0925" w:rsidRDefault="00000000">
            <w:r>
              <w:rPr>
                <w:sz w:val="19"/>
              </w:rPr>
              <w:t>Gaseosa</w:t>
            </w:r>
          </w:p>
        </w:tc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DC8CB" w14:textId="77777777" w:rsidR="002F0925" w:rsidRDefault="00000000">
            <w:r>
              <w:rPr>
                <w:sz w:val="19"/>
              </w:rPr>
              <w:t>S/5</w:t>
            </w:r>
          </w:p>
        </w:tc>
      </w:tr>
      <w:tr w:rsidR="002F0925" w14:paraId="659A5DFF" w14:textId="77777777">
        <w:trPr>
          <w:cantSplit/>
          <w:jc w:val="center"/>
        </w:trPr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CC35E" w14:textId="77777777" w:rsidR="002F0925" w:rsidRDefault="00000000">
            <w:r>
              <w:rPr>
                <w:sz w:val="19"/>
              </w:rPr>
              <w:t>Golosinas</w:t>
            </w:r>
          </w:p>
        </w:tc>
        <w:tc>
          <w:tcPr>
            <w:tcW w:w="527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FE03C" w14:textId="77777777" w:rsidR="002F0925" w:rsidRDefault="00000000">
            <w:r>
              <w:rPr>
                <w:sz w:val="19"/>
              </w:rPr>
              <w:t>S/4</w:t>
            </w:r>
          </w:p>
        </w:tc>
      </w:tr>
    </w:tbl>
    <w:p w14:paraId="6E14F7BF" w14:textId="77777777" w:rsidR="002F0925" w:rsidRDefault="00000000">
      <w:pPr>
        <w:spacing w:before="120"/>
      </w:pPr>
      <w:r>
        <w:rPr>
          <w:b/>
          <w:color w:val="10497A"/>
          <w:sz w:val="22"/>
        </w:rPr>
        <w:t>DESARROLLO – 60 minutos</w:t>
      </w:r>
    </w:p>
    <w:p w14:paraId="35713ABF" w14:textId="77777777" w:rsidR="002F0925" w:rsidRDefault="00000000">
      <w:r>
        <w:rPr>
          <w:b/>
          <w:color w:val="E10066"/>
        </w:rPr>
        <w:t>Actividad 1. Elaboramos el Plan A</w:t>
      </w:r>
    </w:p>
    <w:p w14:paraId="53E77BA4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Cada equipo recibe S/40 simbólicos.</w:t>
      </w:r>
    </w:p>
    <w:p w14:paraId="727F1CA4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Selecciona productos y calcula el costo total de su primera alternativa.</w:t>
      </w:r>
    </w:p>
    <w:p w14:paraId="117AA628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Calcula el ahorro con la relación: Ahorro = dinero disponible – gasto total.</w:t>
      </w:r>
    </w:p>
    <w:p w14:paraId="294519A2" w14:textId="77777777" w:rsidR="002F0925" w:rsidRDefault="00000000">
      <w:proofErr w:type="spellStart"/>
      <w:r>
        <w:rPr>
          <w:b/>
          <w:color w:val="E10066"/>
        </w:rPr>
        <w:t>Actividad</w:t>
      </w:r>
      <w:proofErr w:type="spellEnd"/>
      <w:r>
        <w:rPr>
          <w:b/>
          <w:color w:val="E10066"/>
        </w:rPr>
        <w:t xml:space="preserve"> 2. Elaboramos el Plan B</w:t>
      </w:r>
    </w:p>
    <w:p w14:paraId="5AF5322B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El equipo modifica algunas elecciones para crear una segunda alternativa.</w:t>
      </w:r>
    </w:p>
    <w:p w14:paraId="0B927F0E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Vuelve a calcular el gasto total y el ahorro.</w:t>
      </w:r>
    </w:p>
    <w:p w14:paraId="0E20F0FD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Comprueba que ninguna alternativa supere los S/40 disponibles.</w:t>
      </w:r>
    </w:p>
    <w:p w14:paraId="20C9D688" w14:textId="77777777" w:rsidR="002F0925" w:rsidRDefault="00000000">
      <w:proofErr w:type="spellStart"/>
      <w:r>
        <w:rPr>
          <w:b/>
          <w:color w:val="E10066"/>
        </w:rPr>
        <w:t>Actividad</w:t>
      </w:r>
      <w:proofErr w:type="spellEnd"/>
      <w:r>
        <w:rPr>
          <w:b/>
          <w:color w:val="E10066"/>
        </w:rPr>
        <w:t xml:space="preserve"> 3. Comparamos y decidimos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13"/>
        <w:gridCol w:w="3513"/>
        <w:gridCol w:w="3513"/>
      </w:tblGrid>
      <w:tr w:rsidR="002F0925" w14:paraId="65415469" w14:textId="77777777">
        <w:trPr>
          <w:cantSplit/>
          <w:tblHeader/>
          <w:jc w:val="center"/>
        </w:trPr>
        <w:tc>
          <w:tcPr>
            <w:tcW w:w="3513" w:type="dxa"/>
            <w:shd w:val="clear" w:color="auto" w:fill="0A3E7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7D0DB" w14:textId="77777777" w:rsidR="002F0925" w:rsidRDefault="00000000">
            <w:r>
              <w:rPr>
                <w:b/>
                <w:color w:val="FFFFFF"/>
                <w:sz w:val="19"/>
              </w:rPr>
              <w:t>Concepto</w:t>
            </w:r>
          </w:p>
        </w:tc>
        <w:tc>
          <w:tcPr>
            <w:tcW w:w="3513" w:type="dxa"/>
            <w:shd w:val="clear" w:color="auto" w:fill="0A3E7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45D44" w14:textId="77777777" w:rsidR="002F0925" w:rsidRDefault="00000000">
            <w:r>
              <w:rPr>
                <w:b/>
                <w:color w:val="FFFFFF"/>
                <w:sz w:val="19"/>
              </w:rPr>
              <w:t>Plan A</w:t>
            </w:r>
          </w:p>
        </w:tc>
        <w:tc>
          <w:tcPr>
            <w:tcW w:w="3513" w:type="dxa"/>
            <w:shd w:val="clear" w:color="auto" w:fill="0A3E7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ACF59" w14:textId="77777777" w:rsidR="002F0925" w:rsidRDefault="00000000">
            <w:r>
              <w:rPr>
                <w:b/>
                <w:color w:val="FFFFFF"/>
                <w:sz w:val="19"/>
              </w:rPr>
              <w:t>Plan B</w:t>
            </w:r>
          </w:p>
        </w:tc>
      </w:tr>
      <w:tr w:rsidR="002F0925" w14:paraId="1B573DEE" w14:textId="77777777">
        <w:trPr>
          <w:cantSplit/>
          <w:jc w:val="center"/>
        </w:trPr>
        <w:tc>
          <w:tcPr>
            <w:tcW w:w="3513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01A23" w14:textId="77777777" w:rsidR="002F0925" w:rsidRDefault="00000000">
            <w:r>
              <w:rPr>
                <w:b/>
                <w:sz w:val="19"/>
              </w:rPr>
              <w:t>Dinero disponible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769F6" w14:textId="77777777" w:rsidR="002F0925" w:rsidRDefault="00000000">
            <w:r>
              <w:rPr>
                <w:sz w:val="19"/>
              </w:rPr>
              <w:t>S/40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8D384" w14:textId="77777777" w:rsidR="002F0925" w:rsidRDefault="00000000">
            <w:r>
              <w:rPr>
                <w:sz w:val="19"/>
              </w:rPr>
              <w:t>S/40</w:t>
            </w:r>
          </w:p>
        </w:tc>
      </w:tr>
      <w:tr w:rsidR="002F0925" w14:paraId="56A66CEC" w14:textId="77777777">
        <w:trPr>
          <w:cantSplit/>
          <w:jc w:val="center"/>
        </w:trPr>
        <w:tc>
          <w:tcPr>
            <w:tcW w:w="3513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F982B" w14:textId="77777777" w:rsidR="002F0925" w:rsidRDefault="00000000">
            <w:r>
              <w:rPr>
                <w:b/>
                <w:sz w:val="19"/>
              </w:rPr>
              <w:t>Gasto total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D991E" w14:textId="77777777" w:rsidR="002F0925" w:rsidRDefault="00000000">
            <w:r>
              <w:rPr>
                <w:sz w:val="19"/>
              </w:rPr>
              <w:t>S/____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7D22A" w14:textId="77777777" w:rsidR="002F0925" w:rsidRDefault="00000000">
            <w:r>
              <w:rPr>
                <w:sz w:val="19"/>
              </w:rPr>
              <w:t>S/____</w:t>
            </w:r>
          </w:p>
        </w:tc>
      </w:tr>
      <w:tr w:rsidR="002F0925" w14:paraId="5C4FAB68" w14:textId="77777777">
        <w:trPr>
          <w:cantSplit/>
          <w:jc w:val="center"/>
        </w:trPr>
        <w:tc>
          <w:tcPr>
            <w:tcW w:w="3513" w:type="dxa"/>
            <w:shd w:val="clear" w:color="auto" w:fill="EAF2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D8781" w14:textId="77777777" w:rsidR="002F0925" w:rsidRDefault="00000000">
            <w:r>
              <w:rPr>
                <w:b/>
                <w:sz w:val="19"/>
              </w:rPr>
              <w:t>Ahorro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43DAD" w14:textId="77777777" w:rsidR="002F0925" w:rsidRDefault="00000000">
            <w:r>
              <w:rPr>
                <w:sz w:val="19"/>
              </w:rPr>
              <w:t>S/____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ED935" w14:textId="77777777" w:rsidR="002F0925" w:rsidRDefault="00000000">
            <w:r>
              <w:rPr>
                <w:sz w:val="19"/>
              </w:rPr>
              <w:t>S/____</w:t>
            </w:r>
          </w:p>
        </w:tc>
      </w:tr>
    </w:tbl>
    <w:p w14:paraId="776F9702" w14:textId="77777777" w:rsidR="002F0925" w:rsidRDefault="00000000">
      <w:pPr>
        <w:pStyle w:val="Listaconvietas"/>
        <w:spacing w:after="20"/>
        <w:ind w:left="283"/>
      </w:pPr>
      <w:r>
        <w:t>¿Qué plan gasta menos?</w:t>
      </w:r>
    </w:p>
    <w:p w14:paraId="0F012CF4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¿Qué plan permite ahorrar más?</w:t>
      </w:r>
    </w:p>
    <w:p w14:paraId="3B263E9E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¿Cuánto dinero de diferencia existe entre ambos planes?</w:t>
      </w:r>
    </w:p>
    <w:p w14:paraId="453D1328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¿Qué alternativa elegirían y por qué?</w:t>
      </w:r>
    </w:p>
    <w:p w14:paraId="5314C49D" w14:textId="77777777" w:rsidR="002F0925" w:rsidRPr="006A1499" w:rsidRDefault="00000000">
      <w:pPr>
        <w:keepNext/>
        <w:pageBreakBefore/>
        <w:rPr>
          <w:lang w:val="es-ES"/>
        </w:rPr>
      </w:pPr>
      <w:r w:rsidRPr="006A1499">
        <w:rPr>
          <w:b/>
          <w:color w:val="E10066"/>
          <w:lang w:val="es-ES"/>
        </w:rPr>
        <w:lastRenderedPageBreak/>
        <w:t>Reto matemático</w:t>
      </w:r>
    </w:p>
    <w:p w14:paraId="5EC7A821" w14:textId="77777777" w:rsidR="002F0925" w:rsidRPr="006A1499" w:rsidRDefault="00000000">
      <w:pPr>
        <w:spacing w:after="60" w:line="240" w:lineRule="auto"/>
        <w:rPr>
          <w:lang w:val="es-ES"/>
        </w:rPr>
      </w:pPr>
      <w:r w:rsidRPr="006A1499">
        <w:rPr>
          <w:lang w:val="es-ES"/>
        </w:rPr>
        <w:t>Un equipo tiene S/50. En el Plan A gasta S/44 y en el Plan B gasta S/37. Calcula el ahorro de cada plan y determina cuánto más se ahorra con la mejor alternativa.</w:t>
      </w:r>
    </w:p>
    <w:p w14:paraId="2C89E5D0" w14:textId="77777777" w:rsidR="002F0925" w:rsidRDefault="00000000">
      <w:r w:rsidRPr="006A1499">
        <w:rPr>
          <w:b/>
          <w:sz w:val="20"/>
          <w:lang w:val="es-ES"/>
        </w:rPr>
        <w:t xml:space="preserve">Respuesta esperada: </w:t>
      </w:r>
      <w:r w:rsidRPr="006A1499">
        <w:rPr>
          <w:sz w:val="20"/>
          <w:lang w:val="es-ES"/>
        </w:rPr>
        <w:t xml:space="preserve">Plan A: S/6 de ahorro. Plan B: S/13 de ahorro. </w:t>
      </w:r>
      <w:proofErr w:type="spellStart"/>
      <w:r>
        <w:rPr>
          <w:sz w:val="20"/>
        </w:rPr>
        <w:t>Diferencia</w:t>
      </w:r>
      <w:proofErr w:type="spellEnd"/>
      <w:r>
        <w:rPr>
          <w:sz w:val="20"/>
        </w:rPr>
        <w:t>: S/7.</w:t>
      </w:r>
    </w:p>
    <w:p w14:paraId="41421EA6" w14:textId="77777777" w:rsidR="002F0925" w:rsidRDefault="00000000">
      <w:pPr>
        <w:spacing w:before="120"/>
      </w:pPr>
      <w:r>
        <w:rPr>
          <w:b/>
          <w:color w:val="10497A"/>
          <w:sz w:val="22"/>
        </w:rPr>
        <w:t>CIERRE – 15 minutos</w:t>
      </w:r>
    </w:p>
    <w:p w14:paraId="209EA817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Los equipos socializan cuál alternativa eligieron y muestran sus cálculos.</w:t>
      </w:r>
    </w:p>
    <w:p w14:paraId="01A32F69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Reflexionan: ¿para qué sirve un presupuesto?, ¿qué pasa si gastamos todo?, ¿cómo ayuda comparar antes de comprar?</w:t>
      </w:r>
    </w:p>
    <w:p w14:paraId="6C5E7355" w14:textId="77777777" w:rsidR="002F0925" w:rsidRPr="006A1499" w:rsidRDefault="00000000">
      <w:pPr>
        <w:pStyle w:val="Listaconvietas"/>
        <w:spacing w:after="20"/>
        <w:ind w:left="283"/>
        <w:rPr>
          <w:lang w:val="es-ES"/>
        </w:rPr>
      </w:pPr>
      <w:r w:rsidRPr="006A1499">
        <w:rPr>
          <w:lang w:val="es-ES"/>
        </w:rPr>
        <w:t>El docente refuerza la idea de que un presupuesto ayuda a organizar el dinero y tomar decisiones responsables.</w:t>
      </w:r>
    </w:p>
    <w:p w14:paraId="7E7B79D0" w14:textId="77777777" w:rsidR="002F0925" w:rsidRPr="006A1499" w:rsidRDefault="00000000">
      <w:pPr>
        <w:spacing w:before="120" w:after="80"/>
        <w:rPr>
          <w:lang w:val="es-ES"/>
        </w:rPr>
      </w:pPr>
      <w:r w:rsidRPr="006A1499">
        <w:rPr>
          <w:b/>
          <w:color w:val="10497A"/>
          <w:sz w:val="24"/>
          <w:lang w:val="es-ES"/>
        </w:rPr>
        <w:t>7. Producto del estudiante: “Mi presupuesto responsable”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13"/>
        <w:gridCol w:w="3513"/>
        <w:gridCol w:w="3513"/>
      </w:tblGrid>
      <w:tr w:rsidR="002F0925" w14:paraId="788AFE67" w14:textId="77777777">
        <w:trPr>
          <w:cantSplit/>
          <w:tblHeader/>
          <w:jc w:val="center"/>
        </w:trPr>
        <w:tc>
          <w:tcPr>
            <w:tcW w:w="3513" w:type="dxa"/>
            <w:shd w:val="clear" w:color="auto" w:fill="E4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D288E" w14:textId="77777777" w:rsidR="002F0925" w:rsidRDefault="00000000">
            <w:r>
              <w:rPr>
                <w:b/>
                <w:color w:val="FFFFFF"/>
                <w:sz w:val="19"/>
              </w:rPr>
              <w:t>Dato</w:t>
            </w:r>
          </w:p>
        </w:tc>
        <w:tc>
          <w:tcPr>
            <w:tcW w:w="3513" w:type="dxa"/>
            <w:shd w:val="clear" w:color="auto" w:fill="E4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9C380" w14:textId="77777777" w:rsidR="002F0925" w:rsidRDefault="00000000">
            <w:r>
              <w:rPr>
                <w:b/>
                <w:color w:val="FFFFFF"/>
                <w:sz w:val="19"/>
              </w:rPr>
              <w:t>Plan A</w:t>
            </w:r>
          </w:p>
        </w:tc>
        <w:tc>
          <w:tcPr>
            <w:tcW w:w="3513" w:type="dxa"/>
            <w:shd w:val="clear" w:color="auto" w:fill="E4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9DDF44" w14:textId="77777777" w:rsidR="002F0925" w:rsidRDefault="00000000">
            <w:r>
              <w:rPr>
                <w:b/>
                <w:color w:val="FFFFFF"/>
                <w:sz w:val="19"/>
              </w:rPr>
              <w:t>Plan B</w:t>
            </w:r>
          </w:p>
        </w:tc>
      </w:tr>
      <w:tr w:rsidR="002F0925" w14:paraId="404359CB" w14:textId="77777777">
        <w:trPr>
          <w:cantSplit/>
          <w:jc w:val="center"/>
        </w:trPr>
        <w:tc>
          <w:tcPr>
            <w:tcW w:w="3513" w:type="dxa"/>
            <w:shd w:val="clear" w:color="auto" w:fill="FCE4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EB94C" w14:textId="77777777" w:rsidR="002F0925" w:rsidRDefault="00000000">
            <w:r>
              <w:rPr>
                <w:b/>
                <w:sz w:val="19"/>
              </w:rPr>
              <w:t>Dinero disponible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74018" w14:textId="77777777" w:rsidR="002F0925" w:rsidRDefault="00000000">
            <w:r>
              <w:rPr>
                <w:sz w:val="19"/>
              </w:rPr>
              <w:t>S/40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2CE5B" w14:textId="77777777" w:rsidR="002F0925" w:rsidRDefault="00000000">
            <w:r>
              <w:rPr>
                <w:sz w:val="19"/>
              </w:rPr>
              <w:t>S/40</w:t>
            </w:r>
          </w:p>
        </w:tc>
      </w:tr>
      <w:tr w:rsidR="002F0925" w14:paraId="6F35CC5D" w14:textId="77777777">
        <w:trPr>
          <w:cantSplit/>
          <w:jc w:val="center"/>
        </w:trPr>
        <w:tc>
          <w:tcPr>
            <w:tcW w:w="3513" w:type="dxa"/>
            <w:shd w:val="clear" w:color="auto" w:fill="FCE4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88753" w14:textId="77777777" w:rsidR="002F0925" w:rsidRDefault="00000000">
            <w:r>
              <w:rPr>
                <w:b/>
                <w:sz w:val="19"/>
              </w:rPr>
              <w:t>Gasto total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C7F66" w14:textId="77777777" w:rsidR="002F0925" w:rsidRDefault="00000000">
            <w:r>
              <w:rPr>
                <w:sz w:val="19"/>
              </w:rPr>
              <w:t>S/________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05CD2" w14:textId="77777777" w:rsidR="002F0925" w:rsidRDefault="00000000">
            <w:r>
              <w:rPr>
                <w:sz w:val="19"/>
              </w:rPr>
              <w:t>S/________</w:t>
            </w:r>
          </w:p>
        </w:tc>
      </w:tr>
      <w:tr w:rsidR="002F0925" w14:paraId="544940B6" w14:textId="77777777">
        <w:trPr>
          <w:cantSplit/>
          <w:jc w:val="center"/>
        </w:trPr>
        <w:tc>
          <w:tcPr>
            <w:tcW w:w="3513" w:type="dxa"/>
            <w:shd w:val="clear" w:color="auto" w:fill="FCE4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DF129" w14:textId="77777777" w:rsidR="002F0925" w:rsidRDefault="00000000">
            <w:r>
              <w:rPr>
                <w:b/>
                <w:sz w:val="19"/>
              </w:rPr>
              <w:t>Ahorro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9A8F5" w14:textId="77777777" w:rsidR="002F0925" w:rsidRDefault="00000000">
            <w:r>
              <w:rPr>
                <w:sz w:val="19"/>
              </w:rPr>
              <w:t>S/________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38A9C" w14:textId="77777777" w:rsidR="002F0925" w:rsidRDefault="00000000">
            <w:r>
              <w:rPr>
                <w:sz w:val="19"/>
              </w:rPr>
              <w:t>S/________</w:t>
            </w:r>
          </w:p>
        </w:tc>
      </w:tr>
    </w:tbl>
    <w:p w14:paraId="19446F3F" w14:textId="77777777" w:rsidR="002F0925" w:rsidRDefault="00000000">
      <w:pPr>
        <w:spacing w:after="40" w:line="240" w:lineRule="auto"/>
      </w:pPr>
      <w:r>
        <w:t>Elegimos el Plan: ________</w:t>
      </w:r>
    </w:p>
    <w:p w14:paraId="716C714A" w14:textId="77777777" w:rsidR="002F0925" w:rsidRDefault="00000000">
      <w:pPr>
        <w:spacing w:after="40" w:line="240" w:lineRule="auto"/>
      </w:pPr>
      <w:r>
        <w:t>Lo elegimos porque: ____________________________________________________________</w:t>
      </w:r>
    </w:p>
    <w:p w14:paraId="684326EE" w14:textId="77777777" w:rsidR="002F0925" w:rsidRPr="006A1499" w:rsidRDefault="00000000">
      <w:pPr>
        <w:spacing w:after="40" w:line="240" w:lineRule="auto"/>
        <w:rPr>
          <w:lang w:val="es-ES"/>
        </w:rPr>
      </w:pPr>
      <w:r w:rsidRPr="006A1499">
        <w:rPr>
          <w:lang w:val="es-ES"/>
        </w:rPr>
        <w:t>Una decisión que mejoraríamos sería: _______________________________________________</w:t>
      </w:r>
    </w:p>
    <w:p w14:paraId="73396CD2" w14:textId="77777777" w:rsidR="002F0925" w:rsidRDefault="00000000">
      <w:pPr>
        <w:spacing w:before="120" w:after="80"/>
      </w:pPr>
      <w:r>
        <w:rPr>
          <w:b/>
          <w:color w:val="10497A"/>
          <w:sz w:val="24"/>
        </w:rPr>
        <w:t>8. Lista de cotejo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13"/>
        <w:gridCol w:w="3513"/>
        <w:gridCol w:w="3513"/>
      </w:tblGrid>
      <w:tr w:rsidR="002F0925" w14:paraId="14CA2B0F" w14:textId="77777777">
        <w:trPr>
          <w:cantSplit/>
          <w:tblHeader/>
          <w:jc w:val="center"/>
        </w:trPr>
        <w:tc>
          <w:tcPr>
            <w:tcW w:w="3513" w:type="dxa"/>
            <w:shd w:val="clear" w:color="auto" w:fill="0A3E78"/>
          </w:tcPr>
          <w:p w14:paraId="7D10B7DC" w14:textId="77777777" w:rsidR="002F0925" w:rsidRDefault="00000000">
            <w:r>
              <w:rPr>
                <w:b/>
                <w:color w:val="FFFFFF"/>
                <w:sz w:val="19"/>
              </w:rPr>
              <w:t>Criterio</w:t>
            </w:r>
          </w:p>
        </w:tc>
        <w:tc>
          <w:tcPr>
            <w:tcW w:w="3513" w:type="dxa"/>
            <w:shd w:val="clear" w:color="auto" w:fill="0A3E78"/>
          </w:tcPr>
          <w:p w14:paraId="056A71A1" w14:textId="77777777" w:rsidR="002F0925" w:rsidRDefault="00000000">
            <w:r>
              <w:rPr>
                <w:b/>
                <w:color w:val="FFFFFF"/>
                <w:sz w:val="19"/>
              </w:rPr>
              <w:t>Sí</w:t>
            </w:r>
          </w:p>
        </w:tc>
        <w:tc>
          <w:tcPr>
            <w:tcW w:w="3513" w:type="dxa"/>
            <w:shd w:val="clear" w:color="auto" w:fill="0A3E78"/>
          </w:tcPr>
          <w:p w14:paraId="5F95E6F5" w14:textId="77777777" w:rsidR="002F0925" w:rsidRDefault="00000000">
            <w:r>
              <w:rPr>
                <w:b/>
                <w:color w:val="FFFFFF"/>
                <w:sz w:val="19"/>
              </w:rPr>
              <w:t>En proceso</w:t>
            </w:r>
          </w:p>
        </w:tc>
      </w:tr>
      <w:tr w:rsidR="002F0925" w14:paraId="2B298631" w14:textId="77777777">
        <w:trPr>
          <w:cantSplit/>
          <w:jc w:val="center"/>
        </w:trPr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2A110" w14:textId="77777777" w:rsidR="002F0925" w:rsidRPr="006A1499" w:rsidRDefault="00000000">
            <w:pPr>
              <w:rPr>
                <w:lang w:val="es-ES"/>
              </w:rPr>
            </w:pPr>
            <w:r w:rsidRPr="006A1499">
              <w:rPr>
                <w:sz w:val="18"/>
                <w:lang w:val="es-ES"/>
              </w:rPr>
              <w:t>Organiza los datos en un presupuesto.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9A8A5" w14:textId="77777777" w:rsidR="002F0925" w:rsidRDefault="00000000">
            <w:r>
              <w:rPr>
                <w:sz w:val="18"/>
              </w:rPr>
              <w:t>☐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D7A6DF" w14:textId="77777777" w:rsidR="002F0925" w:rsidRDefault="00000000">
            <w:r>
              <w:rPr>
                <w:sz w:val="18"/>
              </w:rPr>
              <w:t>☐</w:t>
            </w:r>
          </w:p>
        </w:tc>
      </w:tr>
      <w:tr w:rsidR="002F0925" w14:paraId="6F6CBB63" w14:textId="77777777">
        <w:trPr>
          <w:cantSplit/>
          <w:jc w:val="center"/>
        </w:trPr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DBCB8" w14:textId="77777777" w:rsidR="002F0925" w:rsidRPr="006A1499" w:rsidRDefault="00000000">
            <w:pPr>
              <w:rPr>
                <w:lang w:val="es-ES"/>
              </w:rPr>
            </w:pPr>
            <w:r w:rsidRPr="006A1499">
              <w:rPr>
                <w:sz w:val="18"/>
                <w:lang w:val="es-ES"/>
              </w:rPr>
              <w:t>Calcula correctamente el gasto total.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0DE483" w14:textId="77777777" w:rsidR="002F0925" w:rsidRDefault="00000000">
            <w:r>
              <w:rPr>
                <w:sz w:val="18"/>
              </w:rPr>
              <w:t>☐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47797" w14:textId="77777777" w:rsidR="002F0925" w:rsidRDefault="00000000">
            <w:r>
              <w:rPr>
                <w:sz w:val="18"/>
              </w:rPr>
              <w:t>☐</w:t>
            </w:r>
          </w:p>
        </w:tc>
      </w:tr>
      <w:tr w:rsidR="002F0925" w14:paraId="68BC06D7" w14:textId="77777777">
        <w:trPr>
          <w:cantSplit/>
          <w:jc w:val="center"/>
        </w:trPr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DB582" w14:textId="77777777" w:rsidR="002F0925" w:rsidRPr="006A1499" w:rsidRDefault="00000000">
            <w:pPr>
              <w:rPr>
                <w:lang w:val="es-ES"/>
              </w:rPr>
            </w:pPr>
            <w:r w:rsidRPr="006A1499">
              <w:rPr>
                <w:sz w:val="18"/>
                <w:lang w:val="es-ES"/>
              </w:rPr>
              <w:t>Determina el ahorro de cada alternativa.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090F78" w14:textId="77777777" w:rsidR="002F0925" w:rsidRDefault="00000000">
            <w:r>
              <w:rPr>
                <w:sz w:val="18"/>
              </w:rPr>
              <w:t>☐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A3673B" w14:textId="77777777" w:rsidR="002F0925" w:rsidRDefault="00000000">
            <w:r>
              <w:rPr>
                <w:sz w:val="18"/>
              </w:rPr>
              <w:t>☐</w:t>
            </w:r>
          </w:p>
        </w:tc>
      </w:tr>
      <w:tr w:rsidR="002F0925" w14:paraId="2556F251" w14:textId="77777777">
        <w:trPr>
          <w:cantSplit/>
          <w:jc w:val="center"/>
        </w:trPr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F6018" w14:textId="77777777" w:rsidR="002F0925" w:rsidRDefault="00000000">
            <w:r>
              <w:rPr>
                <w:sz w:val="18"/>
              </w:rPr>
              <w:t>Compara los dos planes.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6211B" w14:textId="77777777" w:rsidR="002F0925" w:rsidRDefault="00000000">
            <w:r>
              <w:rPr>
                <w:sz w:val="18"/>
              </w:rPr>
              <w:t>☐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60DEFA" w14:textId="77777777" w:rsidR="002F0925" w:rsidRDefault="00000000">
            <w:r>
              <w:rPr>
                <w:sz w:val="18"/>
              </w:rPr>
              <w:t>☐</w:t>
            </w:r>
          </w:p>
        </w:tc>
      </w:tr>
      <w:tr w:rsidR="002F0925" w14:paraId="1AC0E245" w14:textId="77777777">
        <w:trPr>
          <w:cantSplit/>
          <w:jc w:val="center"/>
        </w:trPr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9ACA92" w14:textId="77777777" w:rsidR="002F0925" w:rsidRPr="006A1499" w:rsidRDefault="00000000">
            <w:pPr>
              <w:rPr>
                <w:lang w:val="es-ES"/>
              </w:rPr>
            </w:pPr>
            <w:r w:rsidRPr="006A1499">
              <w:rPr>
                <w:sz w:val="18"/>
                <w:lang w:val="es-ES"/>
              </w:rPr>
              <w:t>Justifica su decisión usando los resultados obtenidos.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9FEE8" w14:textId="77777777" w:rsidR="002F0925" w:rsidRDefault="00000000">
            <w:r>
              <w:rPr>
                <w:sz w:val="18"/>
              </w:rPr>
              <w:t>☐</w:t>
            </w:r>
          </w:p>
        </w:tc>
        <w:tc>
          <w:tcPr>
            <w:tcW w:w="35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94E923" w14:textId="77777777" w:rsidR="002F0925" w:rsidRDefault="00000000">
            <w:r>
              <w:rPr>
                <w:sz w:val="18"/>
              </w:rPr>
              <w:t>☐</w:t>
            </w:r>
          </w:p>
        </w:tc>
      </w:tr>
    </w:tbl>
    <w:p w14:paraId="74B542F6" w14:textId="77777777" w:rsidR="002F0925" w:rsidRDefault="00000000">
      <w:pPr>
        <w:spacing w:before="120" w:after="80"/>
      </w:pPr>
      <w:r>
        <w:rPr>
          <w:b/>
          <w:color w:val="10497A"/>
          <w:sz w:val="24"/>
        </w:rPr>
        <w:t>9. Materiales</w:t>
      </w:r>
    </w:p>
    <w:p w14:paraId="68D6C5A9" w14:textId="77777777" w:rsidR="002F0925" w:rsidRPr="006A1499" w:rsidRDefault="00000000">
      <w:pPr>
        <w:spacing w:after="60" w:line="240" w:lineRule="auto"/>
        <w:rPr>
          <w:lang w:val="es-ES"/>
        </w:rPr>
      </w:pPr>
      <w:r w:rsidRPr="006A1499">
        <w:rPr>
          <w:lang w:val="es-ES"/>
        </w:rPr>
        <w:t>Billetes simbólicos, tarjetas de productos y precios, fichas de presupuesto, calculadoras, papelotes, plumones, regla y portafolio de evidencias.</w:t>
      </w:r>
    </w:p>
    <w:p w14:paraId="7FDBBCA2" w14:textId="5E4F747B" w:rsidR="002F0925" w:rsidRPr="006A1499" w:rsidRDefault="002F0925">
      <w:pPr>
        <w:jc w:val="center"/>
        <w:rPr>
          <w:lang w:val="es-ES"/>
        </w:rPr>
      </w:pPr>
    </w:p>
    <w:sectPr w:rsidR="002F0925" w:rsidRPr="006A1499" w:rsidSect="00034616">
      <w:footerReference w:type="default" r:id="rId8"/>
      <w:pgSz w:w="12240" w:h="15840"/>
      <w:pgMar w:top="765" w:right="850" w:bottom="765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EF6BF" w14:textId="77777777" w:rsidR="00654A68" w:rsidRDefault="00654A68">
      <w:pPr>
        <w:spacing w:after="0" w:line="240" w:lineRule="auto"/>
      </w:pPr>
      <w:r>
        <w:separator/>
      </w:r>
    </w:p>
  </w:endnote>
  <w:endnote w:type="continuationSeparator" w:id="0">
    <w:p w14:paraId="650428B7" w14:textId="77777777" w:rsidR="00654A68" w:rsidRDefault="00654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FE8BC" w14:textId="77777777" w:rsidR="002F0925" w:rsidRPr="006A1499" w:rsidRDefault="00000000">
    <w:pPr>
      <w:pStyle w:val="Piedepgina"/>
      <w:jc w:val="center"/>
      <w:rPr>
        <w:lang w:val="es-ES"/>
      </w:rPr>
    </w:pPr>
    <w:r w:rsidRPr="006A1499">
      <w:rPr>
        <w:color w:val="646464"/>
        <w:sz w:val="17"/>
        <w:lang w:val="es-ES"/>
      </w:rPr>
      <w:t>I.E. Juan Ugaz – Escuelas Integrales de Educación Financiera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6CF7E" w14:textId="77777777" w:rsidR="00654A68" w:rsidRDefault="00654A68">
      <w:pPr>
        <w:spacing w:after="0" w:line="240" w:lineRule="auto"/>
      </w:pPr>
      <w:r>
        <w:separator/>
      </w:r>
    </w:p>
  </w:footnote>
  <w:footnote w:type="continuationSeparator" w:id="0">
    <w:p w14:paraId="4F1F46E4" w14:textId="77777777" w:rsidR="00654A68" w:rsidRDefault="00654A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501057">
    <w:abstractNumId w:val="8"/>
  </w:num>
  <w:num w:numId="2" w16cid:durableId="9843810">
    <w:abstractNumId w:val="6"/>
  </w:num>
  <w:num w:numId="3" w16cid:durableId="462043377">
    <w:abstractNumId w:val="5"/>
  </w:num>
  <w:num w:numId="4" w16cid:durableId="1062748726">
    <w:abstractNumId w:val="4"/>
  </w:num>
  <w:num w:numId="5" w16cid:durableId="210070920">
    <w:abstractNumId w:val="7"/>
  </w:num>
  <w:num w:numId="6" w16cid:durableId="1730762026">
    <w:abstractNumId w:val="3"/>
  </w:num>
  <w:num w:numId="7" w16cid:durableId="229537684">
    <w:abstractNumId w:val="2"/>
  </w:num>
  <w:num w:numId="8" w16cid:durableId="1564025083">
    <w:abstractNumId w:val="1"/>
  </w:num>
  <w:num w:numId="9" w16cid:durableId="961229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648"/>
    <w:rsid w:val="0029639D"/>
    <w:rsid w:val="002F0925"/>
    <w:rsid w:val="00326F90"/>
    <w:rsid w:val="00654A68"/>
    <w:rsid w:val="006A1499"/>
    <w:rsid w:val="009A3D34"/>
    <w:rsid w:val="00AA1D8D"/>
    <w:rsid w:val="00B47730"/>
    <w:rsid w:val="00CB0664"/>
    <w:rsid w:val="00D00B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3D41B1"/>
  <w14:defaultImageDpi w14:val="300"/>
  <w15:docId w15:val="{3BBFAE9D-7981-4F8B-9C14-9E4512669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sz w:val="20"/>
    </w:r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Wilder benites</cp:lastModifiedBy>
  <cp:revision>3</cp:revision>
  <dcterms:created xsi:type="dcterms:W3CDTF">2013-12-23T23:15:00Z</dcterms:created>
  <dcterms:modified xsi:type="dcterms:W3CDTF">2026-09-30T22:12:00Z</dcterms:modified>
  <cp:category/>
</cp:coreProperties>
</file>