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432064" w14:paraId="0469C3B2" w14:textId="77777777">
        <w:trPr>
          <w:jc w:val="center"/>
        </w:trPr>
        <w:tc>
          <w:tcPr>
            <w:tcW w:w="49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A6F6C" w14:textId="77777777" w:rsidR="0043206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A21A45" wp14:editId="4BD679FF">
                  <wp:extent cx="2340000" cy="275461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754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16704" w14:textId="77777777" w:rsidR="0043206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12F690" wp14:editId="3889E4BB">
                  <wp:extent cx="1512000" cy="65968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659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542D4" w14:textId="77777777" w:rsidR="00432064" w:rsidRDefault="00432064">
      <w:pPr>
        <w:spacing w:after="160"/>
        <w:jc w:val="both"/>
      </w:pPr>
    </w:p>
    <w:p w14:paraId="5B619D93" w14:textId="77777777" w:rsidR="00432064" w:rsidRDefault="00000000">
      <w:pPr>
        <w:jc w:val="center"/>
      </w:pPr>
      <w:r>
        <w:rPr>
          <w:b/>
          <w:color w:val="17365D"/>
          <w:sz w:val="36"/>
        </w:rPr>
        <w:t>PROYECTO DE INNOVACIÓN Y EMPRENDIMIENTO</w:t>
      </w:r>
    </w:p>
    <w:p w14:paraId="4AE6F315" w14:textId="77777777" w:rsidR="00432064" w:rsidRDefault="00000000">
      <w:pPr>
        <w:jc w:val="center"/>
      </w:pPr>
      <w:r>
        <w:rPr>
          <w:b/>
          <w:color w:val="1F4E78"/>
          <w:sz w:val="24"/>
        </w:rPr>
        <w:t>ÁREA: EDUCACIÓN PARA EL TRABAJO (EPT)</w:t>
      </w:r>
    </w:p>
    <w:p w14:paraId="19084EF0" w14:textId="77777777" w:rsidR="00432064" w:rsidRDefault="00000000">
      <w:pPr>
        <w:jc w:val="center"/>
      </w:pPr>
      <w:r>
        <w:rPr>
          <w:b/>
          <w:color w:val="17365D"/>
          <w:sz w:val="50"/>
        </w:rPr>
        <w:t>FINAN-CRFA</w:t>
      </w:r>
    </w:p>
    <w:p w14:paraId="6EC90CA6" w14:textId="77777777" w:rsidR="00432064" w:rsidRDefault="00000000">
      <w:pPr>
        <w:jc w:val="center"/>
      </w:pPr>
      <w:r>
        <w:rPr>
          <w:b/>
          <w:sz w:val="28"/>
        </w:rPr>
        <w:t>“</w:t>
      </w:r>
      <w:proofErr w:type="spellStart"/>
      <w:r>
        <w:rPr>
          <w:b/>
          <w:sz w:val="28"/>
        </w:rPr>
        <w:t>Finanzas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Moleculares</w:t>
      </w:r>
      <w:proofErr w:type="spellEnd"/>
      <w:r>
        <w:rPr>
          <w:b/>
          <w:sz w:val="28"/>
        </w:rPr>
        <w:t xml:space="preserve">: </w:t>
      </w:r>
      <w:proofErr w:type="spellStart"/>
      <w:r>
        <w:rPr>
          <w:b/>
          <w:sz w:val="28"/>
        </w:rPr>
        <w:t>gamificación</w:t>
      </w:r>
      <w:proofErr w:type="spellEnd"/>
      <w:r>
        <w:rPr>
          <w:b/>
          <w:sz w:val="28"/>
        </w:rPr>
        <w:t xml:space="preserve"> y micro-</w:t>
      </w:r>
      <w:proofErr w:type="spellStart"/>
      <w:r>
        <w:rPr>
          <w:b/>
          <w:sz w:val="28"/>
        </w:rPr>
        <w:t>ahorro</w:t>
      </w:r>
      <w:proofErr w:type="spellEnd"/>
      <w:r>
        <w:rPr>
          <w:b/>
          <w:sz w:val="28"/>
        </w:rPr>
        <w:t xml:space="preserve"> digital para la </w:t>
      </w:r>
      <w:proofErr w:type="spellStart"/>
      <w:r>
        <w:rPr>
          <w:b/>
          <w:sz w:val="28"/>
        </w:rPr>
        <w:t>libertad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económica</w:t>
      </w:r>
      <w:proofErr w:type="spellEnd"/>
      <w:r>
        <w:rPr>
          <w:b/>
          <w:sz w:val="28"/>
        </w:rPr>
        <w:t xml:space="preserve"> y el </w:t>
      </w:r>
      <w:proofErr w:type="spellStart"/>
      <w:r>
        <w:rPr>
          <w:b/>
          <w:sz w:val="28"/>
        </w:rPr>
        <w:t>éxito</w:t>
      </w:r>
      <w:proofErr w:type="spellEnd"/>
      <w:r>
        <w:rPr>
          <w:b/>
          <w:sz w:val="28"/>
        </w:rPr>
        <w:t xml:space="preserve"> personal”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432064" w14:paraId="1C74EF1B" w14:textId="77777777" w:rsidTr="0045687C">
        <w:tc>
          <w:tcPr>
            <w:tcW w:w="4929" w:type="dxa"/>
          </w:tcPr>
          <w:p w14:paraId="31F736BD" w14:textId="77777777" w:rsidR="00432064" w:rsidRDefault="00000000">
            <w:r>
              <w:rPr>
                <w:b/>
                <w:sz w:val="20"/>
              </w:rPr>
              <w:t>Grado</w:t>
            </w:r>
          </w:p>
        </w:tc>
        <w:tc>
          <w:tcPr>
            <w:tcW w:w="4929" w:type="dxa"/>
          </w:tcPr>
          <w:p w14:paraId="73FBC301" w14:textId="77777777" w:rsidR="00432064" w:rsidRDefault="00000000">
            <w:r>
              <w:rPr>
                <w:sz w:val="20"/>
              </w:rPr>
              <w:t xml:space="preserve">2.º de </w:t>
            </w:r>
            <w:proofErr w:type="spellStart"/>
            <w:r>
              <w:rPr>
                <w:sz w:val="20"/>
              </w:rPr>
              <w:t>Educación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Secundaria</w:t>
            </w:r>
            <w:proofErr w:type="spellEnd"/>
          </w:p>
        </w:tc>
      </w:tr>
      <w:tr w:rsidR="00432064" w14:paraId="7516D414" w14:textId="77777777" w:rsidTr="0045687C">
        <w:tc>
          <w:tcPr>
            <w:tcW w:w="4929" w:type="dxa"/>
          </w:tcPr>
          <w:p w14:paraId="4D05AE75" w14:textId="77777777" w:rsidR="00432064" w:rsidRDefault="00000000">
            <w:r>
              <w:rPr>
                <w:b/>
                <w:sz w:val="20"/>
              </w:rPr>
              <w:t>Ciclo</w:t>
            </w:r>
          </w:p>
        </w:tc>
        <w:tc>
          <w:tcPr>
            <w:tcW w:w="4929" w:type="dxa"/>
          </w:tcPr>
          <w:p w14:paraId="6E029B90" w14:textId="77777777" w:rsidR="00432064" w:rsidRDefault="00000000">
            <w:r>
              <w:rPr>
                <w:sz w:val="20"/>
              </w:rPr>
              <w:t>VI</w:t>
            </w:r>
          </w:p>
        </w:tc>
      </w:tr>
      <w:tr w:rsidR="00432064" w14:paraId="7E0B8D2B" w14:textId="77777777" w:rsidTr="0045687C">
        <w:tc>
          <w:tcPr>
            <w:tcW w:w="4929" w:type="dxa"/>
          </w:tcPr>
          <w:p w14:paraId="07D2EB58" w14:textId="77777777" w:rsidR="00432064" w:rsidRDefault="00000000">
            <w:proofErr w:type="spellStart"/>
            <w:r>
              <w:rPr>
                <w:b/>
                <w:sz w:val="20"/>
              </w:rPr>
              <w:t>Área</w:t>
            </w:r>
            <w:proofErr w:type="spellEnd"/>
            <w:r>
              <w:rPr>
                <w:b/>
                <w:sz w:val="20"/>
              </w:rPr>
              <w:t xml:space="preserve"> curricular</w:t>
            </w:r>
          </w:p>
        </w:tc>
        <w:tc>
          <w:tcPr>
            <w:tcW w:w="4929" w:type="dxa"/>
          </w:tcPr>
          <w:p w14:paraId="419B4DFC" w14:textId="77777777" w:rsidR="00432064" w:rsidRDefault="00000000">
            <w:proofErr w:type="spellStart"/>
            <w:r>
              <w:rPr>
                <w:sz w:val="20"/>
              </w:rPr>
              <w:t>Educación</w:t>
            </w:r>
            <w:proofErr w:type="spellEnd"/>
            <w:r>
              <w:rPr>
                <w:sz w:val="20"/>
              </w:rPr>
              <w:t xml:space="preserve"> para el </w:t>
            </w:r>
            <w:proofErr w:type="spellStart"/>
            <w:r>
              <w:rPr>
                <w:sz w:val="20"/>
              </w:rPr>
              <w:t>Trabajo</w:t>
            </w:r>
            <w:proofErr w:type="spellEnd"/>
          </w:p>
        </w:tc>
      </w:tr>
      <w:tr w:rsidR="00432064" w14:paraId="5BD5DA76" w14:textId="77777777" w:rsidTr="0045687C">
        <w:tc>
          <w:tcPr>
            <w:tcW w:w="4929" w:type="dxa"/>
          </w:tcPr>
          <w:p w14:paraId="1C33958C" w14:textId="77777777" w:rsidR="00432064" w:rsidRDefault="00000000">
            <w:proofErr w:type="spellStart"/>
            <w:r>
              <w:rPr>
                <w:b/>
                <w:sz w:val="20"/>
              </w:rPr>
              <w:t>Institución</w:t>
            </w:r>
            <w:proofErr w:type="spellEnd"/>
            <w:r>
              <w:rPr>
                <w:b/>
                <w:sz w:val="20"/>
              </w:rPr>
              <w:t xml:space="preserve"> / CRFA</w:t>
            </w:r>
          </w:p>
        </w:tc>
        <w:tc>
          <w:tcPr>
            <w:tcW w:w="4929" w:type="dxa"/>
          </w:tcPr>
          <w:p w14:paraId="01FCD722" w14:textId="7C3DF960" w:rsidR="00432064" w:rsidRDefault="00000000">
            <w:r>
              <w:rPr>
                <w:sz w:val="20"/>
              </w:rPr>
              <w:t>____</w:t>
            </w:r>
            <w:r w:rsidR="0045687C">
              <w:rPr>
                <w:sz w:val="20"/>
              </w:rPr>
              <w:t>CRISTO REY -FILA ALTA</w:t>
            </w:r>
            <w:r>
              <w:rPr>
                <w:sz w:val="20"/>
              </w:rPr>
              <w:t>__________________________</w:t>
            </w:r>
          </w:p>
        </w:tc>
      </w:tr>
      <w:tr w:rsidR="00432064" w14:paraId="51AF2495" w14:textId="77777777" w:rsidTr="0045687C">
        <w:tc>
          <w:tcPr>
            <w:tcW w:w="4929" w:type="dxa"/>
          </w:tcPr>
          <w:p w14:paraId="362ADA08" w14:textId="77777777" w:rsidR="00432064" w:rsidRDefault="00000000">
            <w:proofErr w:type="spellStart"/>
            <w:r>
              <w:rPr>
                <w:b/>
                <w:sz w:val="20"/>
              </w:rPr>
              <w:t>Docente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equipo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responsable</w:t>
            </w:r>
            <w:proofErr w:type="spellEnd"/>
          </w:p>
        </w:tc>
        <w:tc>
          <w:tcPr>
            <w:tcW w:w="4929" w:type="dxa"/>
          </w:tcPr>
          <w:p w14:paraId="24FB245F" w14:textId="46A59BC6" w:rsidR="00432064" w:rsidRDefault="00000000">
            <w:r>
              <w:rPr>
                <w:sz w:val="20"/>
              </w:rPr>
              <w:t>___</w:t>
            </w:r>
            <w:r w:rsidR="0045687C">
              <w:rPr>
                <w:sz w:val="20"/>
              </w:rPr>
              <w:t>MONSALVE RAMIREZ EUSTAQUIO</w:t>
            </w:r>
            <w:r>
              <w:rPr>
                <w:sz w:val="20"/>
              </w:rPr>
              <w:t>___________________________</w:t>
            </w:r>
          </w:p>
        </w:tc>
      </w:tr>
    </w:tbl>
    <w:p w14:paraId="471B3A53" w14:textId="77777777" w:rsidR="00432064" w:rsidRDefault="00432064">
      <w:pPr>
        <w:jc w:val="both"/>
      </w:pPr>
    </w:p>
    <w:p w14:paraId="7A9965F4" w14:textId="77777777" w:rsidR="00432064" w:rsidRDefault="00000000">
      <w:pPr>
        <w:jc w:val="center"/>
      </w:pPr>
      <w:proofErr w:type="spellStart"/>
      <w:r>
        <w:rPr>
          <w:i/>
          <w:color w:val="666666"/>
          <w:sz w:val="20"/>
        </w:rPr>
        <w:t>Versión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mejorada</w:t>
      </w:r>
      <w:proofErr w:type="spellEnd"/>
      <w:r>
        <w:rPr>
          <w:i/>
          <w:color w:val="666666"/>
          <w:sz w:val="20"/>
        </w:rPr>
        <w:t xml:space="preserve"> y </w:t>
      </w:r>
      <w:proofErr w:type="spellStart"/>
      <w:r>
        <w:rPr>
          <w:i/>
          <w:color w:val="666666"/>
          <w:sz w:val="20"/>
        </w:rPr>
        <w:t>adecuada</w:t>
      </w:r>
      <w:proofErr w:type="spellEnd"/>
      <w:r>
        <w:rPr>
          <w:i/>
          <w:color w:val="666666"/>
          <w:sz w:val="20"/>
        </w:rPr>
        <w:t xml:space="preserve"> al </w:t>
      </w:r>
      <w:proofErr w:type="spellStart"/>
      <w:r>
        <w:rPr>
          <w:i/>
          <w:color w:val="666666"/>
          <w:sz w:val="20"/>
        </w:rPr>
        <w:t>esquema</w:t>
      </w:r>
      <w:proofErr w:type="spellEnd"/>
      <w:r>
        <w:rPr>
          <w:i/>
          <w:color w:val="666666"/>
          <w:sz w:val="20"/>
        </w:rPr>
        <w:t xml:space="preserve"> de </w:t>
      </w:r>
      <w:proofErr w:type="spellStart"/>
      <w:r>
        <w:rPr>
          <w:i/>
          <w:color w:val="666666"/>
          <w:sz w:val="20"/>
        </w:rPr>
        <w:t>proyecto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proporcionado</w:t>
      </w:r>
      <w:proofErr w:type="spellEnd"/>
    </w:p>
    <w:p w14:paraId="69E93FBE" w14:textId="77777777" w:rsidR="00432064" w:rsidRDefault="00000000">
      <w:pPr>
        <w:jc w:val="center"/>
      </w:pPr>
      <w:r>
        <w:rPr>
          <w:b/>
          <w:sz w:val="20"/>
        </w:rPr>
        <w:t>2026</w:t>
      </w:r>
    </w:p>
    <w:p w14:paraId="343F50D6" w14:textId="77777777" w:rsidR="00432064" w:rsidRDefault="00000000">
      <w:pPr>
        <w:jc w:val="both"/>
      </w:pPr>
      <w:r>
        <w:br w:type="page"/>
      </w:r>
    </w:p>
    <w:p w14:paraId="7C0D0265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lastRenderedPageBreak/>
        <w:t>ORIENTACIÓN PEDAGÓGICA DEL PROYECTO</w:t>
      </w:r>
    </w:p>
    <w:p w14:paraId="1A21E909" w14:textId="77777777" w:rsidR="00432064" w:rsidRDefault="00000000">
      <w:pPr>
        <w:spacing w:after="100" w:line="259" w:lineRule="auto"/>
        <w:jc w:val="both"/>
      </w:pPr>
      <w:r>
        <w:t xml:space="preserve">La </w:t>
      </w:r>
      <w:proofErr w:type="spellStart"/>
      <w:r>
        <w:t>propuesta</w:t>
      </w:r>
      <w:proofErr w:type="spellEnd"/>
      <w:r>
        <w:t xml:space="preserve"> se ha </w:t>
      </w:r>
      <w:proofErr w:type="spellStart"/>
      <w:r>
        <w:t>reorganizado</w:t>
      </w:r>
      <w:proofErr w:type="spellEnd"/>
      <w:r>
        <w:t xml:space="preserve"> para responder al </w:t>
      </w:r>
      <w:proofErr w:type="spellStart"/>
      <w:r>
        <w:t>esquema</w:t>
      </w:r>
      <w:proofErr w:type="spellEnd"/>
      <w:r>
        <w:t xml:space="preserve"> de </w:t>
      </w:r>
      <w:proofErr w:type="spellStart"/>
      <w:r>
        <w:t>innovación</w:t>
      </w:r>
      <w:proofErr w:type="spellEnd"/>
      <w:r>
        <w:t xml:space="preserve"> y </w:t>
      </w:r>
      <w:proofErr w:type="spellStart"/>
      <w:r>
        <w:t>emprendimiento</w:t>
      </w:r>
      <w:proofErr w:type="spellEnd"/>
      <w:r>
        <w:t xml:space="preserve"> </w:t>
      </w:r>
      <w:proofErr w:type="spellStart"/>
      <w:r>
        <w:t>proporcionado</w:t>
      </w:r>
      <w:proofErr w:type="spellEnd"/>
      <w:r>
        <w:t xml:space="preserve">, </w:t>
      </w:r>
      <w:proofErr w:type="spellStart"/>
      <w:r>
        <w:t>manteniendo</w:t>
      </w:r>
      <w:proofErr w:type="spellEnd"/>
      <w:r>
        <w:t xml:space="preserve"> la idea central de “</w:t>
      </w:r>
      <w:proofErr w:type="spellStart"/>
      <w:r>
        <w:t>finanzas</w:t>
      </w:r>
      <w:proofErr w:type="spellEnd"/>
      <w:r>
        <w:t xml:space="preserve"> </w:t>
      </w:r>
      <w:proofErr w:type="spellStart"/>
      <w:r>
        <w:t>moleculares</w:t>
      </w:r>
      <w:proofErr w:type="spellEnd"/>
      <w:r>
        <w:t xml:space="preserve">”, la </w:t>
      </w:r>
      <w:proofErr w:type="spellStart"/>
      <w:r>
        <w:t>gamificación</w:t>
      </w:r>
      <w:proofErr w:type="spellEnd"/>
      <w:r>
        <w:t>, el micro-</w:t>
      </w:r>
      <w:proofErr w:type="spellStart"/>
      <w:r>
        <w:t>ahorro</w:t>
      </w:r>
      <w:proofErr w:type="spellEnd"/>
      <w:r>
        <w:t xml:space="preserve"> y el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aplicación</w:t>
      </w:r>
      <w:proofErr w:type="spellEnd"/>
      <w:r>
        <w:t xml:space="preserve"> con </w:t>
      </w:r>
      <w:proofErr w:type="spellStart"/>
      <w:r>
        <w:t>tarjeta</w:t>
      </w:r>
      <w:proofErr w:type="spellEnd"/>
      <w:r>
        <w:t xml:space="preserve"> </w:t>
      </w:r>
      <w:proofErr w:type="spellStart"/>
      <w:r>
        <w:t>inteligente</w:t>
      </w:r>
      <w:proofErr w:type="spellEnd"/>
      <w:r>
        <w:t xml:space="preserve">. Se ha </w:t>
      </w:r>
      <w:proofErr w:type="spellStart"/>
      <w:r>
        <w:t>precisado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alcance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prototipo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: la </w:t>
      </w:r>
      <w:proofErr w:type="spellStart"/>
      <w:r>
        <w:t>aplicación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, </w:t>
      </w:r>
      <w:proofErr w:type="spellStart"/>
      <w:r>
        <w:t>hábitos</w:t>
      </w:r>
      <w:proofErr w:type="spellEnd"/>
      <w:r>
        <w:t xml:space="preserve">, puntos y </w:t>
      </w:r>
      <w:proofErr w:type="spellStart"/>
      <w:r>
        <w:t>evidencias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no </w:t>
      </w:r>
      <w:proofErr w:type="spellStart"/>
      <w:r>
        <w:t>capta</w:t>
      </w:r>
      <w:proofErr w:type="spellEnd"/>
      <w:r>
        <w:t xml:space="preserve"> </w:t>
      </w:r>
      <w:proofErr w:type="spellStart"/>
      <w:r>
        <w:t>depósitos</w:t>
      </w:r>
      <w:proofErr w:type="spellEnd"/>
      <w:r>
        <w:t xml:space="preserve">, no </w:t>
      </w:r>
      <w:proofErr w:type="spellStart"/>
      <w:r>
        <w:t>funciona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banco, no </w:t>
      </w:r>
      <w:proofErr w:type="spellStart"/>
      <w:r>
        <w:t>otorga</w:t>
      </w:r>
      <w:proofErr w:type="spellEnd"/>
      <w:r>
        <w:t xml:space="preserve"> </w:t>
      </w:r>
      <w:proofErr w:type="spellStart"/>
      <w:r>
        <w:t>créditos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pagos</w:t>
      </w:r>
      <w:proofErr w:type="spellEnd"/>
      <w:r>
        <w:t xml:space="preserve"> reales.</w:t>
      </w:r>
    </w:p>
    <w:p w14:paraId="21F5B9FD" w14:textId="77777777" w:rsidR="00432064" w:rsidRDefault="00000000">
      <w:pPr>
        <w:spacing w:after="100" w:line="259" w:lineRule="auto"/>
        <w:jc w:val="both"/>
      </w:pPr>
      <w:r>
        <w:t xml:space="preserve">La </w:t>
      </w:r>
      <w:proofErr w:type="spellStart"/>
      <w:r>
        <w:t>adecuación</w:t>
      </w:r>
      <w:proofErr w:type="spellEnd"/>
      <w:r>
        <w:t xml:space="preserve"> curricular </w:t>
      </w:r>
      <w:proofErr w:type="spellStart"/>
      <w:r>
        <w:t>considera</w:t>
      </w:r>
      <w:proofErr w:type="spellEnd"/>
      <w:r>
        <w:t xml:space="preserve"> la </w:t>
      </w:r>
      <w:proofErr w:type="spellStart"/>
      <w:r>
        <w:t>competencia</w:t>
      </w:r>
      <w:proofErr w:type="spellEnd"/>
      <w:r>
        <w:t xml:space="preserve"> del </w:t>
      </w:r>
      <w:proofErr w:type="spellStart"/>
      <w:r>
        <w:t>área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para el </w:t>
      </w:r>
      <w:proofErr w:type="spellStart"/>
      <w:r>
        <w:t>Trabajo</w:t>
      </w:r>
      <w:proofErr w:type="spellEnd"/>
      <w:r>
        <w:t xml:space="preserve"> “</w:t>
      </w:r>
      <w:proofErr w:type="spellStart"/>
      <w:r>
        <w:t>Gestiona</w:t>
      </w:r>
      <w:proofErr w:type="spellEnd"/>
      <w:r>
        <w:t xml:space="preserve">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emprendimiento</w:t>
      </w:r>
      <w:proofErr w:type="spellEnd"/>
      <w:r>
        <w:t xml:space="preserve"> </w:t>
      </w:r>
      <w:proofErr w:type="spellStart"/>
      <w:r>
        <w:t>económico</w:t>
      </w:r>
      <w:proofErr w:type="spellEnd"/>
      <w:r>
        <w:t xml:space="preserve"> o social” y sus </w:t>
      </w:r>
      <w:proofErr w:type="spellStart"/>
      <w:r>
        <w:t>capacidades</w:t>
      </w:r>
      <w:proofErr w:type="spellEnd"/>
      <w:r>
        <w:t xml:space="preserve">: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propuestas</w:t>
      </w:r>
      <w:proofErr w:type="spellEnd"/>
      <w:r>
        <w:t xml:space="preserve"> de valor, </w:t>
      </w:r>
      <w:proofErr w:type="spellStart"/>
      <w:r>
        <w:t>aplicar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, </w:t>
      </w:r>
      <w:proofErr w:type="spellStart"/>
      <w:r>
        <w:t>trabajar</w:t>
      </w:r>
      <w:proofErr w:type="spellEnd"/>
      <w:r>
        <w:t xml:space="preserve"> </w:t>
      </w:r>
      <w:proofErr w:type="spellStart"/>
      <w:r>
        <w:t>cooperativamente</w:t>
      </w:r>
      <w:proofErr w:type="spellEnd"/>
      <w:r>
        <w:t xml:space="preserve"> y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 xml:space="preserve">. Para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 de </w:t>
      </w:r>
      <w:proofErr w:type="spellStart"/>
      <w:r>
        <w:t>secundaria</w:t>
      </w:r>
      <w:proofErr w:type="spellEnd"/>
      <w:r>
        <w:t xml:space="preserve">, el </w:t>
      </w:r>
      <w:proofErr w:type="spellStart"/>
      <w:r>
        <w:t>Programa</w:t>
      </w:r>
      <w:proofErr w:type="spellEnd"/>
      <w:r>
        <w:t xml:space="preserve"> Curricular </w:t>
      </w:r>
      <w:proofErr w:type="spellStart"/>
      <w:r>
        <w:t>plantea</w:t>
      </w:r>
      <w:proofErr w:type="spellEnd"/>
      <w:r>
        <w:t xml:space="preserve"> </w:t>
      </w:r>
      <w:proofErr w:type="spellStart"/>
      <w:r>
        <w:t>explorar</w:t>
      </w:r>
      <w:proofErr w:type="spellEnd"/>
      <w:r>
        <w:t xml:space="preserve"> </w:t>
      </w:r>
      <w:proofErr w:type="spellStart"/>
      <w:r>
        <w:t>necesidades</w:t>
      </w:r>
      <w:proofErr w:type="spellEnd"/>
      <w:r>
        <w:t xml:space="preserve">, formular y </w:t>
      </w:r>
      <w:proofErr w:type="spellStart"/>
      <w:r>
        <w:t>validar</w:t>
      </w:r>
      <w:proofErr w:type="spellEnd"/>
      <w:r>
        <w:t xml:space="preserve"> </w:t>
      </w:r>
      <w:proofErr w:type="spellStart"/>
      <w:r>
        <w:t>prototipos</w:t>
      </w:r>
      <w:proofErr w:type="spellEnd"/>
      <w:r>
        <w:t xml:space="preserve">, </w:t>
      </w:r>
      <w:proofErr w:type="spellStart"/>
      <w:r>
        <w:t>organizar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, </w:t>
      </w:r>
      <w:proofErr w:type="spellStart"/>
      <w:r>
        <w:t>aplicar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, </w:t>
      </w:r>
      <w:proofErr w:type="spellStart"/>
      <w:r>
        <w:t>trabajar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roles y formular </w:t>
      </w:r>
      <w:proofErr w:type="spellStart"/>
      <w:r>
        <w:t>indicadores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>.</w:t>
      </w:r>
    </w:p>
    <w:p w14:paraId="6AECEFD5" w14:textId="77777777" w:rsidR="00432064" w:rsidRDefault="00000000">
      <w:pPr>
        <w:spacing w:after="100" w:line="259" w:lineRule="auto"/>
        <w:jc w:val="both"/>
      </w:pPr>
      <w:r>
        <w:t xml:space="preserve">Las </w:t>
      </w:r>
      <w:proofErr w:type="spellStart"/>
      <w:r>
        <w:t>metas</w:t>
      </w:r>
      <w:proofErr w:type="spellEnd"/>
      <w:r>
        <w:t xml:space="preserve">, </w:t>
      </w:r>
      <w:proofErr w:type="spellStart"/>
      <w:r>
        <w:t>costos</w:t>
      </w:r>
      <w:proofErr w:type="spellEnd"/>
      <w:r>
        <w:t xml:space="preserve"> y </w:t>
      </w:r>
      <w:proofErr w:type="spellStart"/>
      <w:r>
        <w:t>cronogramas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aparecen</w:t>
      </w:r>
      <w:proofErr w:type="spellEnd"/>
      <w:r>
        <w:t xml:space="preserve"> a </w:t>
      </w:r>
      <w:proofErr w:type="spellStart"/>
      <w:r>
        <w:t>continuación</w:t>
      </w:r>
      <w:proofErr w:type="spellEnd"/>
      <w:r>
        <w:t xml:space="preserve"> son </w:t>
      </w:r>
      <w:proofErr w:type="spellStart"/>
      <w:r>
        <w:t>propuestas</w:t>
      </w:r>
      <w:proofErr w:type="spellEnd"/>
      <w:r>
        <w:t xml:space="preserve"> de </w:t>
      </w:r>
      <w:proofErr w:type="spellStart"/>
      <w:r>
        <w:t>planificación</w:t>
      </w:r>
      <w:proofErr w:type="spellEnd"/>
      <w:r>
        <w:t xml:space="preserve">. Deben </w:t>
      </w:r>
      <w:proofErr w:type="spellStart"/>
      <w:r>
        <w:t>ajustarse</w:t>
      </w:r>
      <w:proofErr w:type="spellEnd"/>
      <w:r>
        <w:t xml:space="preserve"> al </w:t>
      </w:r>
      <w:proofErr w:type="spellStart"/>
      <w:r>
        <w:t>número</w:t>
      </w:r>
      <w:proofErr w:type="spellEnd"/>
      <w:r>
        <w:t xml:space="preserve"> real de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, </w:t>
      </w:r>
      <w:proofErr w:type="spellStart"/>
      <w:r>
        <w:t>cotizaciones</w:t>
      </w:r>
      <w:proofErr w:type="spellEnd"/>
      <w:r>
        <w:t xml:space="preserve"> locales y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antes de la </w:t>
      </w:r>
      <w:proofErr w:type="spellStart"/>
      <w:r>
        <w:t>ejecución</w:t>
      </w:r>
      <w:proofErr w:type="spellEnd"/>
      <w:r>
        <w:t>.</w:t>
      </w:r>
    </w:p>
    <w:p w14:paraId="1EB99ED0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I. TÍTULO</w:t>
      </w:r>
    </w:p>
    <w:p w14:paraId="520E62B6" w14:textId="77777777" w:rsidR="00432064" w:rsidRDefault="00000000">
      <w:pPr>
        <w:spacing w:after="100" w:line="259" w:lineRule="auto"/>
        <w:jc w:val="both"/>
      </w:pPr>
      <w:r>
        <w:rPr>
          <w:b/>
        </w:rPr>
        <w:t>FINAN-CRFA:</w:t>
      </w:r>
      <w:r>
        <w:t xml:space="preserve"> </w:t>
      </w:r>
      <w:proofErr w:type="spellStart"/>
      <w:r>
        <w:t>Finanzas</w:t>
      </w:r>
      <w:proofErr w:type="spellEnd"/>
      <w:r>
        <w:t xml:space="preserve"> </w:t>
      </w:r>
      <w:proofErr w:type="spellStart"/>
      <w:r>
        <w:t>Moleculares</w:t>
      </w:r>
      <w:proofErr w:type="spellEnd"/>
      <w:r>
        <w:t xml:space="preserve">: </w:t>
      </w:r>
      <w:proofErr w:type="spellStart"/>
      <w:r>
        <w:t>gamificación</w:t>
      </w:r>
      <w:proofErr w:type="spellEnd"/>
      <w:r>
        <w:t xml:space="preserve"> y micro-</w:t>
      </w:r>
      <w:proofErr w:type="spellStart"/>
      <w:r>
        <w:t>ahorro</w:t>
      </w:r>
      <w:proofErr w:type="spellEnd"/>
      <w:r>
        <w:t xml:space="preserve"> digital para la </w:t>
      </w:r>
      <w:proofErr w:type="spellStart"/>
      <w:r>
        <w:t>libertad</w:t>
      </w:r>
      <w:proofErr w:type="spellEnd"/>
      <w:r>
        <w:t xml:space="preserve"> </w:t>
      </w:r>
      <w:proofErr w:type="spellStart"/>
      <w:r>
        <w:t>económica</w:t>
      </w:r>
      <w:proofErr w:type="spellEnd"/>
      <w:r>
        <w:t xml:space="preserve"> y el </w:t>
      </w:r>
      <w:proofErr w:type="spellStart"/>
      <w:r>
        <w:t>éxito</w:t>
      </w:r>
      <w:proofErr w:type="spellEnd"/>
      <w:r>
        <w:t xml:space="preserve"> personal.</w:t>
      </w:r>
    </w:p>
    <w:p w14:paraId="0CEDAF18" w14:textId="77777777" w:rsidR="00432064" w:rsidRDefault="00000000">
      <w:pPr>
        <w:spacing w:after="100" w:line="259" w:lineRule="auto"/>
        <w:jc w:val="both"/>
      </w:pPr>
      <w:r>
        <w:t>Lema: “</w:t>
      </w:r>
      <w:proofErr w:type="spellStart"/>
      <w:r>
        <w:t>Pequeñas</w:t>
      </w:r>
      <w:proofErr w:type="spellEnd"/>
      <w:r>
        <w:t xml:space="preserve"> </w:t>
      </w:r>
      <w:proofErr w:type="spellStart"/>
      <w:r>
        <w:t>moléculas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 hoy, </w:t>
      </w:r>
      <w:proofErr w:type="spellStart"/>
      <w:r>
        <w:t>grandes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</w:t>
      </w:r>
      <w:proofErr w:type="spellStart"/>
      <w:r>
        <w:t>mañana</w:t>
      </w:r>
      <w:proofErr w:type="spellEnd"/>
      <w:r>
        <w:t>.”</w:t>
      </w:r>
    </w:p>
    <w:p w14:paraId="1562F06E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II. DESCRIPCIÓN</w:t>
      </w:r>
    </w:p>
    <w:p w14:paraId="0FAE7518" w14:textId="77777777" w:rsidR="00432064" w:rsidRDefault="00000000">
      <w:pPr>
        <w:spacing w:after="100" w:line="259" w:lineRule="auto"/>
        <w:jc w:val="both"/>
      </w:pPr>
      <w:r>
        <w:t xml:space="preserve">FINAN-CRFA es un </w:t>
      </w:r>
      <w:proofErr w:type="spellStart"/>
      <w:r>
        <w:t>proyecto</w:t>
      </w:r>
      <w:proofErr w:type="spellEnd"/>
      <w:r>
        <w:t xml:space="preserve"> de </w:t>
      </w:r>
      <w:proofErr w:type="spellStart"/>
      <w:r>
        <w:t>innovación</w:t>
      </w:r>
      <w:proofErr w:type="spellEnd"/>
      <w:r>
        <w:t xml:space="preserve"> y </w:t>
      </w:r>
      <w:proofErr w:type="spellStart"/>
      <w:r>
        <w:t>emprendimiento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fortalecer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 xml:space="preserve"> de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práctica</w:t>
      </w:r>
      <w:proofErr w:type="spellEnd"/>
      <w:r>
        <w:t xml:space="preserve">, </w:t>
      </w:r>
      <w:proofErr w:type="spellStart"/>
      <w:r>
        <w:t>gamificada</w:t>
      </w:r>
      <w:proofErr w:type="spellEnd"/>
      <w:r>
        <w:t xml:space="preserve"> y </w:t>
      </w:r>
      <w:proofErr w:type="spellStart"/>
      <w:r>
        <w:t>apoyada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tecnología</w:t>
      </w:r>
      <w:proofErr w:type="spellEnd"/>
      <w:r>
        <w:t>. La idea de “</w:t>
      </w:r>
      <w:proofErr w:type="spellStart"/>
      <w:r>
        <w:t>finanzas</w:t>
      </w:r>
      <w:proofErr w:type="spellEnd"/>
      <w:r>
        <w:t xml:space="preserve"> </w:t>
      </w:r>
      <w:proofErr w:type="spellStart"/>
      <w:r>
        <w:t>moleculares</w:t>
      </w:r>
      <w:proofErr w:type="spellEnd"/>
      <w:r>
        <w:t xml:space="preserve">”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analogía</w:t>
      </w:r>
      <w:proofErr w:type="spellEnd"/>
      <w:r>
        <w:t xml:space="preserve"> </w:t>
      </w:r>
      <w:proofErr w:type="spellStart"/>
      <w:r>
        <w:t>sencilla</w:t>
      </w:r>
      <w:proofErr w:type="spellEnd"/>
      <w:r>
        <w:t xml:space="preserve">: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pequeña</w:t>
      </w:r>
      <w:proofErr w:type="spellEnd"/>
      <w:r>
        <w:t xml:space="preserve"> </w:t>
      </w:r>
      <w:proofErr w:type="spellStart"/>
      <w:r>
        <w:t>decisión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 </w:t>
      </w:r>
      <w:proofErr w:type="spellStart"/>
      <w:r>
        <w:t>constituye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“</w:t>
      </w:r>
      <w:proofErr w:type="spellStart"/>
      <w:r>
        <w:t>molécula</w:t>
      </w:r>
      <w:proofErr w:type="spellEnd"/>
      <w:r>
        <w:t xml:space="preserve">” </w:t>
      </w:r>
      <w:proofErr w:type="spellStart"/>
      <w:r>
        <w:t>que</w:t>
      </w:r>
      <w:proofErr w:type="spellEnd"/>
      <w:r>
        <w:t xml:space="preserve">, al </w:t>
      </w:r>
      <w:proofErr w:type="spellStart"/>
      <w:r>
        <w:t>acumularse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constante</w:t>
      </w:r>
      <w:proofErr w:type="spellEnd"/>
      <w:r>
        <w:t xml:space="preserve">, </w:t>
      </w:r>
      <w:proofErr w:type="spellStart"/>
      <w:r>
        <w:t>contribuye</w:t>
      </w:r>
      <w:proofErr w:type="spellEnd"/>
      <w:r>
        <w:t xml:space="preserve"> al </w:t>
      </w:r>
      <w:proofErr w:type="spellStart"/>
      <w:r>
        <w:t>logro</w:t>
      </w:r>
      <w:proofErr w:type="spellEnd"/>
      <w:r>
        <w:t xml:space="preserve"> de </w:t>
      </w:r>
      <w:proofErr w:type="spellStart"/>
      <w:r>
        <w:t>metas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y </w:t>
      </w:r>
      <w:proofErr w:type="spellStart"/>
      <w:r>
        <w:t>familiares</w:t>
      </w:r>
      <w:proofErr w:type="spellEnd"/>
      <w:r>
        <w:t>.</w:t>
      </w:r>
    </w:p>
    <w:p w14:paraId="32CED7FC" w14:textId="77777777" w:rsidR="00432064" w:rsidRDefault="00000000">
      <w:pPr>
        <w:spacing w:after="100" w:line="259" w:lineRule="auto"/>
        <w:jc w:val="both"/>
      </w:pPr>
      <w:r>
        <w:t xml:space="preserve">El </w:t>
      </w:r>
      <w:proofErr w:type="spellStart"/>
      <w:r>
        <w:t>producto</w:t>
      </w:r>
      <w:proofErr w:type="spellEnd"/>
      <w:r>
        <w:t xml:space="preserve"> central </w:t>
      </w:r>
      <w:proofErr w:type="spellStart"/>
      <w:r>
        <w:t>será</w:t>
      </w:r>
      <w:proofErr w:type="spellEnd"/>
      <w:r>
        <w:t xml:space="preserve"> un </w:t>
      </w:r>
      <w:proofErr w:type="spellStart"/>
      <w:r>
        <w:t>prototipo</w:t>
      </w:r>
      <w:proofErr w:type="spellEnd"/>
      <w:r>
        <w:t xml:space="preserve"> de </w:t>
      </w:r>
      <w:proofErr w:type="spellStart"/>
      <w:r>
        <w:t>ecosistema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</w:t>
      </w:r>
      <w:proofErr w:type="spellStart"/>
      <w:r>
        <w:t>compuesto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: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aplicación</w:t>
      </w:r>
      <w:proofErr w:type="spellEnd"/>
      <w:r>
        <w:t xml:space="preserve"> o </w:t>
      </w:r>
      <w:proofErr w:type="spellStart"/>
      <w:r>
        <w:t>sistema</w:t>
      </w:r>
      <w:proofErr w:type="spellEnd"/>
      <w:r>
        <w:t xml:space="preserve"> web/</w:t>
      </w:r>
      <w:proofErr w:type="spellStart"/>
      <w:r>
        <w:t>móvil</w:t>
      </w:r>
      <w:proofErr w:type="spellEnd"/>
      <w:r>
        <w:t xml:space="preserve"> de </w:t>
      </w:r>
      <w:proofErr w:type="spellStart"/>
      <w:r>
        <w:t>registro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tarjeta</w:t>
      </w:r>
      <w:proofErr w:type="spellEnd"/>
      <w:r>
        <w:t xml:space="preserve"> NFC o </w:t>
      </w:r>
      <w:proofErr w:type="spellStart"/>
      <w:r>
        <w:t>código</w:t>
      </w:r>
      <w:proofErr w:type="spellEnd"/>
      <w:r>
        <w:t xml:space="preserve"> QR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identificador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, </w:t>
      </w:r>
      <w:proofErr w:type="spellStart"/>
      <w:r>
        <w:t>retos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 y </w:t>
      </w:r>
      <w:proofErr w:type="spellStart"/>
      <w:r>
        <w:t>presupuesto</w:t>
      </w:r>
      <w:proofErr w:type="spellEnd"/>
      <w:r>
        <w:t xml:space="preserve">, insignias o puntos, </w:t>
      </w:r>
      <w:proofErr w:type="spellStart"/>
      <w:r>
        <w:t>tablero</w:t>
      </w:r>
      <w:proofErr w:type="spellEnd"/>
      <w:r>
        <w:t xml:space="preserve"> de </w:t>
      </w:r>
      <w:proofErr w:type="spellStart"/>
      <w:r>
        <w:t>progreso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guía</w:t>
      </w:r>
      <w:proofErr w:type="spellEnd"/>
      <w:r>
        <w:t xml:space="preserve"> </w:t>
      </w:r>
      <w:proofErr w:type="spellStart"/>
      <w:r>
        <w:t>pedagógica</w:t>
      </w:r>
      <w:proofErr w:type="spellEnd"/>
      <w:r>
        <w:t xml:space="preserve">. 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prioriza</w:t>
      </w:r>
      <w:proofErr w:type="spellEnd"/>
      <w:r>
        <w:t xml:space="preserve"> el </w:t>
      </w:r>
      <w:proofErr w:type="spellStart"/>
      <w:r>
        <w:t>aprendizaje</w:t>
      </w:r>
      <w:proofErr w:type="spellEnd"/>
      <w:r>
        <w:t xml:space="preserve"> y la </w:t>
      </w:r>
      <w:proofErr w:type="spellStart"/>
      <w:r>
        <w:t>simulación</w:t>
      </w:r>
      <w:proofErr w:type="spellEnd"/>
      <w:r>
        <w:t xml:space="preserve">: no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bancaria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operaciones</w:t>
      </w:r>
      <w:proofErr w:type="spellEnd"/>
      <w:r>
        <w:t xml:space="preserve"> </w:t>
      </w:r>
      <w:proofErr w:type="spellStart"/>
      <w:r>
        <w:t>financieras</w:t>
      </w:r>
      <w:proofErr w:type="spellEnd"/>
      <w:r>
        <w:t xml:space="preserve"> reales.</w:t>
      </w:r>
    </w:p>
    <w:p w14:paraId="4440B637" w14:textId="77777777" w:rsidR="00432064" w:rsidRDefault="00000000">
      <w:pPr>
        <w:spacing w:after="100" w:line="259" w:lineRule="auto"/>
        <w:jc w:val="both"/>
      </w:pPr>
      <w:r>
        <w:t xml:space="preserve">La </w:t>
      </w:r>
      <w:proofErr w:type="spellStart"/>
      <w:r>
        <w:t>propuesta</w:t>
      </w:r>
      <w:proofErr w:type="spellEnd"/>
      <w:r>
        <w:t xml:space="preserve"> </w:t>
      </w:r>
      <w:proofErr w:type="spellStart"/>
      <w:r>
        <w:t>combina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 xml:space="preserve">, </w:t>
      </w:r>
      <w:proofErr w:type="spellStart"/>
      <w:r>
        <w:t>pensamiento</w:t>
      </w:r>
      <w:proofErr w:type="spellEnd"/>
      <w:r>
        <w:t xml:space="preserve"> de </w:t>
      </w:r>
      <w:proofErr w:type="spellStart"/>
      <w:r>
        <w:t>diseño</w:t>
      </w:r>
      <w:proofErr w:type="spellEnd"/>
      <w:r>
        <w:t xml:space="preserve">, </w:t>
      </w:r>
      <w:proofErr w:type="spellStart"/>
      <w:r>
        <w:t>gamificación</w:t>
      </w:r>
      <w:proofErr w:type="spellEnd"/>
      <w:r>
        <w:t xml:space="preserve">,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digitales</w:t>
      </w:r>
      <w:proofErr w:type="spellEnd"/>
      <w:r>
        <w:t xml:space="preserve"> y </w:t>
      </w:r>
      <w:proofErr w:type="spellStart"/>
      <w:r>
        <w:t>gestión</w:t>
      </w:r>
      <w:proofErr w:type="spellEnd"/>
      <w:r>
        <w:t xml:space="preserve"> de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emprendimiento</w:t>
      </w:r>
      <w:proofErr w:type="spellEnd"/>
      <w:r>
        <w:t xml:space="preserve">. Su </w:t>
      </w:r>
      <w:proofErr w:type="spellStart"/>
      <w:r>
        <w:t>aplicación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desarrollarse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aula y </w:t>
      </w:r>
      <w:proofErr w:type="spellStart"/>
      <w:r>
        <w:t>extenderse</w:t>
      </w:r>
      <w:proofErr w:type="spellEnd"/>
      <w:r>
        <w:t xml:space="preserve"> al </w:t>
      </w:r>
      <w:proofErr w:type="spellStart"/>
      <w:r>
        <w:t>hogar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retos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 de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, </w:t>
      </w:r>
      <w:proofErr w:type="spellStart"/>
      <w:r>
        <w:t>elaboración</w:t>
      </w:r>
      <w:proofErr w:type="spellEnd"/>
      <w:r>
        <w:t xml:space="preserve"> de </w:t>
      </w:r>
      <w:proofErr w:type="spellStart"/>
      <w:r>
        <w:t>presupuestos</w:t>
      </w:r>
      <w:proofErr w:type="spellEnd"/>
      <w:r>
        <w:t xml:space="preserve"> y </w:t>
      </w:r>
      <w:proofErr w:type="spellStart"/>
      <w:r>
        <w:t>metas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>.</w:t>
      </w:r>
    </w:p>
    <w:p w14:paraId="019B2364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III. PROBLEMA</w:t>
      </w:r>
    </w:p>
    <w:p w14:paraId="37A96AC7" w14:textId="77777777" w:rsidR="00432064" w:rsidRDefault="00000000">
      <w:pPr>
        <w:spacing w:after="100" w:line="259" w:lineRule="auto"/>
        <w:jc w:val="both"/>
      </w:pPr>
      <w:r>
        <w:t xml:space="preserve">El </w:t>
      </w:r>
      <w:proofErr w:type="spellStart"/>
      <w:r>
        <w:t>documento</w:t>
      </w:r>
      <w:proofErr w:type="spellEnd"/>
      <w:r>
        <w:t xml:space="preserve"> base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necesidad</w:t>
      </w:r>
      <w:proofErr w:type="spellEnd"/>
      <w:r>
        <w:t xml:space="preserve"> principal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limitada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 y </w:t>
      </w:r>
      <w:proofErr w:type="spellStart"/>
      <w:r>
        <w:t>conocimientos</w:t>
      </w:r>
      <w:proofErr w:type="spellEnd"/>
      <w:r>
        <w:t xml:space="preserve"> </w:t>
      </w:r>
      <w:proofErr w:type="spellStart"/>
      <w:r>
        <w:t>financieros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y </w:t>
      </w:r>
      <w:proofErr w:type="spellStart"/>
      <w:r>
        <w:t>familias</w:t>
      </w:r>
      <w:proofErr w:type="spellEnd"/>
      <w:r>
        <w:t xml:space="preserve">, junto con </w:t>
      </w:r>
      <w:proofErr w:type="spellStart"/>
      <w:r>
        <w:t>dificultades</w:t>
      </w:r>
      <w:proofErr w:type="spellEnd"/>
      <w:r>
        <w:t xml:space="preserve"> para </w:t>
      </w:r>
      <w:proofErr w:type="spellStart"/>
      <w:r>
        <w:t>convertir</w:t>
      </w:r>
      <w:proofErr w:type="spellEnd"/>
      <w:r>
        <w:t xml:space="preserve"> </w:t>
      </w:r>
      <w:proofErr w:type="spellStart"/>
      <w:r>
        <w:t>conceptos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presupuesto</w:t>
      </w:r>
      <w:proofErr w:type="spellEnd"/>
      <w:r>
        <w:t xml:space="preserve">, </w:t>
      </w:r>
      <w:proofErr w:type="spellStart"/>
      <w:r>
        <w:t>ahorro</w:t>
      </w:r>
      <w:proofErr w:type="spellEnd"/>
      <w:r>
        <w:t xml:space="preserve"> y control de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pequeños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hábitos</w:t>
      </w:r>
      <w:proofErr w:type="spellEnd"/>
      <w:r>
        <w:t xml:space="preserve"> </w:t>
      </w:r>
      <w:proofErr w:type="spellStart"/>
      <w:r>
        <w:t>cotidianos</w:t>
      </w:r>
      <w:proofErr w:type="spellEnd"/>
      <w:r>
        <w:t xml:space="preserve">. También </w:t>
      </w:r>
      <w:proofErr w:type="spellStart"/>
      <w:r>
        <w:t>señala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las </w:t>
      </w:r>
      <w:proofErr w:type="spellStart"/>
      <w:r>
        <w:t>herramientas</w:t>
      </w:r>
      <w:proofErr w:type="spellEnd"/>
      <w:r>
        <w:t xml:space="preserve"> </w:t>
      </w:r>
      <w:proofErr w:type="spellStart"/>
      <w:r>
        <w:t>educativas</w:t>
      </w:r>
      <w:proofErr w:type="spellEnd"/>
      <w:r>
        <w:t xml:space="preserve"> </w:t>
      </w:r>
      <w:proofErr w:type="spellStart"/>
      <w:r>
        <w:t>tradicionales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resultar</w:t>
      </w:r>
      <w:proofErr w:type="spellEnd"/>
      <w:r>
        <w:t xml:space="preserve"> poco </w:t>
      </w:r>
      <w:proofErr w:type="spellStart"/>
      <w:r>
        <w:t>motivadoras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presentan</w:t>
      </w:r>
      <w:proofErr w:type="spellEnd"/>
      <w:r>
        <w:t xml:space="preserve"> de forma </w:t>
      </w:r>
      <w:proofErr w:type="spellStart"/>
      <w:r>
        <w:t>exclusivamente</w:t>
      </w:r>
      <w:proofErr w:type="spellEnd"/>
      <w:r>
        <w:t xml:space="preserve"> </w:t>
      </w:r>
      <w:proofErr w:type="spellStart"/>
      <w:r>
        <w:t>teórica</w:t>
      </w:r>
      <w:proofErr w:type="spellEnd"/>
      <w:r>
        <w:t>.</w:t>
      </w:r>
    </w:p>
    <w:p w14:paraId="797217A7" w14:textId="77777777" w:rsidR="00432064" w:rsidRDefault="00000000">
      <w:pPr>
        <w:spacing w:after="100" w:line="259" w:lineRule="auto"/>
        <w:jc w:val="both"/>
      </w:pPr>
      <w:proofErr w:type="spellStart"/>
      <w:r>
        <w:t>Problema</w:t>
      </w:r>
      <w:proofErr w:type="spellEnd"/>
      <w:r>
        <w:t xml:space="preserve"> </w:t>
      </w:r>
      <w:proofErr w:type="spellStart"/>
      <w:r>
        <w:t>priorizado</w:t>
      </w:r>
      <w:proofErr w:type="spellEnd"/>
      <w:r>
        <w:t xml:space="preserve">: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requieren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estrategia</w:t>
      </w:r>
      <w:proofErr w:type="spellEnd"/>
      <w:r>
        <w:t xml:space="preserve"> </w:t>
      </w:r>
      <w:proofErr w:type="spellStart"/>
      <w:r>
        <w:t>práctica</w:t>
      </w:r>
      <w:proofErr w:type="spellEnd"/>
      <w:r>
        <w:t xml:space="preserve">, </w:t>
      </w:r>
      <w:proofErr w:type="spellStart"/>
      <w:r>
        <w:t>motivadora</w:t>
      </w:r>
      <w:proofErr w:type="spellEnd"/>
      <w:r>
        <w:t xml:space="preserve"> y </w:t>
      </w:r>
      <w:proofErr w:type="spellStart"/>
      <w:r>
        <w:t>contextualizada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permita</w:t>
      </w:r>
      <w:proofErr w:type="spellEnd"/>
      <w:r>
        <w:t xml:space="preserve"> </w:t>
      </w:r>
      <w:proofErr w:type="spellStart"/>
      <w:r>
        <w:t>comprender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pequeñas</w:t>
      </w:r>
      <w:proofErr w:type="spellEnd"/>
      <w:r>
        <w:t xml:space="preserve">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económicas</w:t>
      </w:r>
      <w:proofErr w:type="spellEnd"/>
      <w:r>
        <w:t xml:space="preserve"> </w:t>
      </w:r>
      <w:proofErr w:type="spellStart"/>
      <w:r>
        <w:t>diarias</w:t>
      </w:r>
      <w:proofErr w:type="spellEnd"/>
      <w:r>
        <w:t xml:space="preserve"> </w:t>
      </w:r>
      <w:proofErr w:type="spellStart"/>
      <w:r>
        <w:t>influyen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sus </w:t>
      </w:r>
      <w:proofErr w:type="spellStart"/>
      <w:r>
        <w:t>metas</w:t>
      </w:r>
      <w:proofErr w:type="spellEnd"/>
      <w:r>
        <w:t xml:space="preserve">, registrar sus </w:t>
      </w:r>
      <w:proofErr w:type="spellStart"/>
      <w:r>
        <w:t>avances</w:t>
      </w:r>
      <w:proofErr w:type="spellEnd"/>
      <w:r>
        <w:t xml:space="preserve"> y </w:t>
      </w:r>
      <w:proofErr w:type="spellStart"/>
      <w:r>
        <w:t>evaluar</w:t>
      </w:r>
      <w:proofErr w:type="spellEnd"/>
      <w:r>
        <w:t xml:space="preserve"> sus </w:t>
      </w:r>
      <w:proofErr w:type="spellStart"/>
      <w:r>
        <w:t>resultados</w:t>
      </w:r>
      <w:proofErr w:type="spellEnd"/>
      <w:r>
        <w:t>.</w:t>
      </w:r>
    </w:p>
    <w:p w14:paraId="29025249" w14:textId="77777777" w:rsidR="00432064" w:rsidRDefault="00000000">
      <w:pPr>
        <w:spacing w:after="100" w:line="259" w:lineRule="auto"/>
        <w:jc w:val="both"/>
      </w:pPr>
      <w:r>
        <w:t xml:space="preserve">Antes de </w:t>
      </w:r>
      <w:proofErr w:type="spellStart"/>
      <w:r>
        <w:t>ejecutar</w:t>
      </w:r>
      <w:proofErr w:type="spellEnd"/>
      <w:r>
        <w:t xml:space="preserve"> el </w:t>
      </w:r>
      <w:proofErr w:type="spellStart"/>
      <w:r>
        <w:t>proyecto</w:t>
      </w:r>
      <w:proofErr w:type="spellEnd"/>
      <w:r>
        <w:t xml:space="preserve"> se </w:t>
      </w:r>
      <w:proofErr w:type="spellStart"/>
      <w:r>
        <w:t>aplicará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 de base para </w:t>
      </w:r>
      <w:proofErr w:type="spellStart"/>
      <w:r>
        <w:t>confirmar</w:t>
      </w:r>
      <w:proofErr w:type="spellEnd"/>
      <w:r>
        <w:t xml:space="preserve"> la </w:t>
      </w:r>
      <w:proofErr w:type="spellStart"/>
      <w:r>
        <w:t>magnitud</w:t>
      </w:r>
      <w:proofErr w:type="spellEnd"/>
      <w:r>
        <w:t xml:space="preserve"> del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grupo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. No se </w:t>
      </w:r>
      <w:proofErr w:type="spellStart"/>
      <w:r>
        <w:t>asignan</w:t>
      </w:r>
      <w:proofErr w:type="spellEnd"/>
      <w:r>
        <w:t xml:space="preserve"> </w:t>
      </w:r>
      <w:proofErr w:type="spellStart"/>
      <w:r>
        <w:t>porcentajes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 </w:t>
      </w:r>
      <w:proofErr w:type="spellStart"/>
      <w:r>
        <w:t>iniciales</w:t>
      </w:r>
      <w:proofErr w:type="spellEnd"/>
      <w:r>
        <w:t xml:space="preserve"> hasta </w:t>
      </w:r>
      <w:proofErr w:type="spellStart"/>
      <w:r>
        <w:t>contar</w:t>
      </w:r>
      <w:proofErr w:type="spellEnd"/>
      <w:r>
        <w:t xml:space="preserve"> con </w:t>
      </w:r>
      <w:proofErr w:type="spellStart"/>
      <w:r>
        <w:t>datos</w:t>
      </w:r>
      <w:proofErr w:type="spellEnd"/>
      <w:r>
        <w:t xml:space="preserve"> reales de </w:t>
      </w:r>
      <w:proofErr w:type="spellStart"/>
      <w:r>
        <w:t>diagnóstico</w:t>
      </w:r>
      <w:proofErr w:type="spellEnd"/>
      <w:r>
        <w:t>.</w:t>
      </w:r>
    </w:p>
    <w:p w14:paraId="591B94A8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lastRenderedPageBreak/>
        <w:t>IV. RETO</w:t>
      </w:r>
    </w:p>
    <w:p w14:paraId="1222DE94" w14:textId="77777777" w:rsidR="00432064" w:rsidRDefault="00000000">
      <w:pPr>
        <w:spacing w:after="100" w:line="259" w:lineRule="auto"/>
        <w:jc w:val="both"/>
      </w:pPr>
      <w:r>
        <w:t>¿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podríamos</w:t>
      </w:r>
      <w:proofErr w:type="spellEnd"/>
      <w:r>
        <w:t xml:space="preserve"> </w:t>
      </w:r>
      <w:proofErr w:type="spellStart"/>
      <w:r>
        <w:t>lograr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 </w:t>
      </w:r>
      <w:proofErr w:type="spellStart"/>
      <w:r>
        <w:t>desarrollen</w:t>
      </w:r>
      <w:proofErr w:type="spellEnd"/>
      <w:r>
        <w:t xml:space="preserve"> </w:t>
      </w:r>
      <w:proofErr w:type="spellStart"/>
      <w:r>
        <w:t>hábitos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, </w:t>
      </w:r>
      <w:proofErr w:type="spellStart"/>
      <w:r>
        <w:t>presupuesto</w:t>
      </w:r>
      <w:proofErr w:type="spellEnd"/>
      <w:r>
        <w:t xml:space="preserve"> y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gamificada</w:t>
      </w:r>
      <w:proofErr w:type="spellEnd"/>
      <w:r>
        <w:t xml:space="preserve">, </w:t>
      </w:r>
      <w:proofErr w:type="spellStart"/>
      <w:r>
        <w:t>segura</w:t>
      </w:r>
      <w:proofErr w:type="spellEnd"/>
      <w:r>
        <w:t xml:space="preserve"> y </w:t>
      </w:r>
      <w:proofErr w:type="spellStart"/>
      <w:r>
        <w:t>accesible</w:t>
      </w:r>
      <w:proofErr w:type="spellEnd"/>
      <w:r>
        <w:t xml:space="preserve">, </w:t>
      </w:r>
      <w:proofErr w:type="spellStart"/>
      <w:r>
        <w:t>utilizando</w:t>
      </w:r>
      <w:proofErr w:type="spellEnd"/>
      <w:r>
        <w:t xml:space="preserve"> un </w:t>
      </w:r>
      <w:proofErr w:type="spellStart"/>
      <w:r>
        <w:t>prototipo</w:t>
      </w:r>
      <w:proofErr w:type="spellEnd"/>
      <w:r>
        <w:t xml:space="preserve"> digital y </w:t>
      </w:r>
      <w:proofErr w:type="spellStart"/>
      <w:r>
        <w:t>tarjetas</w:t>
      </w:r>
      <w:proofErr w:type="spellEnd"/>
      <w:r>
        <w:t xml:space="preserve"> </w:t>
      </w:r>
      <w:proofErr w:type="spellStart"/>
      <w:r>
        <w:t>inteligentes</w:t>
      </w:r>
      <w:proofErr w:type="spellEnd"/>
      <w:r>
        <w:t xml:space="preserve"> o </w:t>
      </w:r>
      <w:proofErr w:type="spellStart"/>
      <w:r>
        <w:t>códigos</w:t>
      </w:r>
      <w:proofErr w:type="spellEnd"/>
      <w:r>
        <w:t xml:space="preserve"> QR para </w:t>
      </w:r>
      <w:proofErr w:type="spellStart"/>
      <w:r>
        <w:t>visualizar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progreso</w:t>
      </w:r>
      <w:proofErr w:type="spellEnd"/>
      <w:r>
        <w:t>?</w:t>
      </w:r>
    </w:p>
    <w:p w14:paraId="5EC19CAB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V. JUSTIFICACIÓN</w:t>
      </w:r>
    </w:p>
    <w:p w14:paraId="44A44235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5.1. </w:t>
      </w:r>
      <w:proofErr w:type="spellStart"/>
      <w:r>
        <w:rPr>
          <w:rFonts w:ascii="Aptos" w:hAnsi="Aptos"/>
          <w:color w:val="1F4E78"/>
          <w:sz w:val="23"/>
        </w:rPr>
        <w:t>Justificación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educativa</w:t>
      </w:r>
      <w:proofErr w:type="spellEnd"/>
    </w:p>
    <w:p w14:paraId="6C8CCF48" w14:textId="77777777" w:rsidR="00432064" w:rsidRDefault="00000000">
      <w:pPr>
        <w:spacing w:after="100" w:line="259" w:lineRule="auto"/>
        <w:jc w:val="both"/>
      </w:pPr>
      <w:r>
        <w:t xml:space="preserve">El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identifiquen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necesidad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entorno</w:t>
      </w:r>
      <w:proofErr w:type="spellEnd"/>
      <w:r>
        <w:t xml:space="preserve">, </w:t>
      </w:r>
      <w:proofErr w:type="spellStart"/>
      <w:r>
        <w:t>diseñen</w:t>
      </w:r>
      <w:proofErr w:type="spellEnd"/>
      <w:r>
        <w:t xml:space="preserve"> y </w:t>
      </w:r>
      <w:proofErr w:type="spellStart"/>
      <w:r>
        <w:t>validen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de valor, </w:t>
      </w:r>
      <w:proofErr w:type="spellStart"/>
      <w:r>
        <w:t>apliquen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, </w:t>
      </w:r>
      <w:proofErr w:type="spellStart"/>
      <w:r>
        <w:t>organicen</w:t>
      </w:r>
      <w:proofErr w:type="spellEnd"/>
      <w:r>
        <w:t xml:space="preserve"> roles y </w:t>
      </w:r>
      <w:proofErr w:type="spellStart"/>
      <w:r>
        <w:t>evalúen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. Esta </w:t>
      </w:r>
      <w:proofErr w:type="spellStart"/>
      <w:r>
        <w:t>secuencia</w:t>
      </w:r>
      <w:proofErr w:type="spellEnd"/>
      <w:r>
        <w:t xml:space="preserve"> es </w:t>
      </w:r>
      <w:proofErr w:type="spellStart"/>
      <w:r>
        <w:t>coherente</w:t>
      </w:r>
      <w:proofErr w:type="spellEnd"/>
      <w:r>
        <w:t xml:space="preserve"> con la </w:t>
      </w:r>
      <w:proofErr w:type="spellStart"/>
      <w:r>
        <w:t>competencia</w:t>
      </w:r>
      <w:proofErr w:type="spellEnd"/>
      <w:r>
        <w:t xml:space="preserve"> de EPT “</w:t>
      </w:r>
      <w:proofErr w:type="spellStart"/>
      <w:r>
        <w:t>Gestiona</w:t>
      </w:r>
      <w:proofErr w:type="spellEnd"/>
      <w:r>
        <w:t xml:space="preserve">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emprendimiento</w:t>
      </w:r>
      <w:proofErr w:type="spellEnd"/>
      <w:r>
        <w:t xml:space="preserve"> </w:t>
      </w:r>
      <w:proofErr w:type="spellStart"/>
      <w:r>
        <w:t>económico</w:t>
      </w:r>
      <w:proofErr w:type="spellEnd"/>
      <w:r>
        <w:t xml:space="preserve"> o social” y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desempeños</w:t>
      </w:r>
      <w:proofErr w:type="spellEnd"/>
      <w:r>
        <w:t xml:space="preserve"> </w:t>
      </w:r>
      <w:proofErr w:type="spellStart"/>
      <w:r>
        <w:t>esperados</w:t>
      </w:r>
      <w:proofErr w:type="spellEnd"/>
      <w:r>
        <w:t xml:space="preserve"> para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 del </w:t>
      </w:r>
      <w:proofErr w:type="spellStart"/>
      <w:r>
        <w:t>ciclo</w:t>
      </w:r>
      <w:proofErr w:type="spellEnd"/>
      <w:r>
        <w:t xml:space="preserve"> VI.</w:t>
      </w:r>
    </w:p>
    <w:p w14:paraId="70F8E9CD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5.2. </w:t>
      </w:r>
      <w:proofErr w:type="spellStart"/>
      <w:r>
        <w:rPr>
          <w:rFonts w:ascii="Aptos" w:hAnsi="Aptos"/>
          <w:color w:val="1F4E78"/>
          <w:sz w:val="23"/>
        </w:rPr>
        <w:t>Justificación</w:t>
      </w:r>
      <w:proofErr w:type="spellEnd"/>
      <w:r>
        <w:rPr>
          <w:rFonts w:ascii="Aptos" w:hAnsi="Aptos"/>
          <w:color w:val="1F4E78"/>
          <w:sz w:val="23"/>
        </w:rPr>
        <w:t xml:space="preserve"> social y familiar</w:t>
      </w:r>
    </w:p>
    <w:p w14:paraId="182E4600" w14:textId="77777777" w:rsidR="00432064" w:rsidRDefault="00000000">
      <w:pPr>
        <w:spacing w:after="100" w:line="259" w:lineRule="auto"/>
        <w:jc w:val="both"/>
      </w:pPr>
      <w:r>
        <w:t xml:space="preserve">El </w:t>
      </w:r>
      <w:proofErr w:type="spellStart"/>
      <w:r>
        <w:t>ahorro</w:t>
      </w:r>
      <w:proofErr w:type="spellEnd"/>
      <w:r>
        <w:t xml:space="preserve"> y el </w:t>
      </w:r>
      <w:proofErr w:type="spellStart"/>
      <w:r>
        <w:t>presupuesto</w:t>
      </w:r>
      <w:proofErr w:type="spellEnd"/>
      <w:r>
        <w:t xml:space="preserve"> son </w:t>
      </w:r>
      <w:proofErr w:type="spellStart"/>
      <w:r>
        <w:t>contenidos</w:t>
      </w:r>
      <w:proofErr w:type="spellEnd"/>
      <w:r>
        <w:t xml:space="preserve"> </w:t>
      </w:r>
      <w:proofErr w:type="spellStart"/>
      <w:r>
        <w:t>pertinentes</w:t>
      </w:r>
      <w:proofErr w:type="spellEnd"/>
      <w:r>
        <w:t xml:space="preserve"> para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cotidiana</w:t>
      </w:r>
      <w:proofErr w:type="spellEnd"/>
      <w:r>
        <w:t xml:space="preserve">. La </w:t>
      </w:r>
      <w:proofErr w:type="spellStart"/>
      <w:r>
        <w:t>Superintendencia</w:t>
      </w:r>
      <w:proofErr w:type="spellEnd"/>
      <w:r>
        <w:t xml:space="preserve"> de Banca, </w:t>
      </w:r>
      <w:proofErr w:type="spellStart"/>
      <w:r>
        <w:t>Seguros</w:t>
      </w:r>
      <w:proofErr w:type="spellEnd"/>
      <w:r>
        <w:t xml:space="preserve"> y AFP (SBS) dispone de </w:t>
      </w:r>
      <w:proofErr w:type="spellStart"/>
      <w:r>
        <w:t>recursos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 xml:space="preserve"> para </w:t>
      </w:r>
      <w:proofErr w:type="spellStart"/>
      <w:r>
        <w:t>secundaria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incluyen</w:t>
      </w:r>
      <w:proofErr w:type="spellEnd"/>
      <w:r>
        <w:t xml:space="preserve"> </w:t>
      </w:r>
      <w:proofErr w:type="spellStart"/>
      <w:r>
        <w:t>gestión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 xml:space="preserve">, </w:t>
      </w:r>
      <w:proofErr w:type="spellStart"/>
      <w:r>
        <w:t>ahorro</w:t>
      </w:r>
      <w:proofErr w:type="spellEnd"/>
      <w:r>
        <w:t xml:space="preserve">, </w:t>
      </w:r>
      <w:proofErr w:type="spellStart"/>
      <w:r>
        <w:t>presupuesto</w:t>
      </w:r>
      <w:proofErr w:type="spellEnd"/>
      <w:r>
        <w:t xml:space="preserve"> y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hormiga</w:t>
      </w:r>
      <w:proofErr w:type="spellEnd"/>
      <w:r>
        <w:t xml:space="preserve">. FINAN-CRFA </w:t>
      </w:r>
      <w:proofErr w:type="spellStart"/>
      <w:r>
        <w:t>transforma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retos</w:t>
      </w:r>
      <w:proofErr w:type="spellEnd"/>
      <w:r>
        <w:t xml:space="preserve"> </w:t>
      </w:r>
      <w:proofErr w:type="spellStart"/>
      <w:r>
        <w:t>prácticos</w:t>
      </w:r>
      <w:proofErr w:type="spellEnd"/>
      <w:r>
        <w:t xml:space="preserve"> y </w:t>
      </w:r>
      <w:proofErr w:type="spellStart"/>
      <w:r>
        <w:t>registros</w:t>
      </w:r>
      <w:proofErr w:type="spellEnd"/>
      <w:r>
        <w:t xml:space="preserve"> de </w:t>
      </w:r>
      <w:proofErr w:type="spellStart"/>
      <w:r>
        <w:t>progreso</w:t>
      </w:r>
      <w:proofErr w:type="spellEnd"/>
      <w:r>
        <w:t xml:space="preserve">, </w:t>
      </w:r>
      <w:proofErr w:type="spellStart"/>
      <w:r>
        <w:t>incorporando</w:t>
      </w:r>
      <w:proofErr w:type="spellEnd"/>
      <w:r>
        <w:t xml:space="preserve"> a las </w:t>
      </w:r>
      <w:proofErr w:type="spellStart"/>
      <w:r>
        <w:t>familias</w:t>
      </w:r>
      <w:proofErr w:type="spellEnd"/>
      <w:r>
        <w:t xml:space="preserve"> sin </w:t>
      </w:r>
      <w:proofErr w:type="spellStart"/>
      <w:r>
        <w:t>trasladar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funciones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entidad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>.</w:t>
      </w:r>
    </w:p>
    <w:p w14:paraId="42403076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5.3. </w:t>
      </w:r>
      <w:proofErr w:type="spellStart"/>
      <w:r>
        <w:rPr>
          <w:rFonts w:ascii="Aptos" w:hAnsi="Aptos"/>
          <w:color w:val="1F4E78"/>
          <w:sz w:val="23"/>
        </w:rPr>
        <w:t>Justificación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tecnológica</w:t>
      </w:r>
      <w:proofErr w:type="spellEnd"/>
    </w:p>
    <w:p w14:paraId="338FFD21" w14:textId="77777777" w:rsidR="00432064" w:rsidRDefault="00000000">
      <w:pPr>
        <w:spacing w:after="100" w:line="259" w:lineRule="auto"/>
        <w:jc w:val="both"/>
      </w:pPr>
      <w:r>
        <w:t xml:space="preserve">La </w:t>
      </w:r>
      <w:proofErr w:type="spellStart"/>
      <w:r>
        <w:t>tecnología</w:t>
      </w:r>
      <w:proofErr w:type="spellEnd"/>
      <w:r>
        <w:t xml:space="preserve"> se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medio </w:t>
      </w:r>
      <w:proofErr w:type="spellStart"/>
      <w:r>
        <w:t>pedagógico</w:t>
      </w:r>
      <w:proofErr w:type="spellEnd"/>
      <w:r>
        <w:t xml:space="preserve"> para registrar </w:t>
      </w:r>
      <w:proofErr w:type="spellStart"/>
      <w:r>
        <w:t>información</w:t>
      </w:r>
      <w:proofErr w:type="spellEnd"/>
      <w:r>
        <w:t xml:space="preserve">, </w:t>
      </w:r>
      <w:proofErr w:type="spellStart"/>
      <w:r>
        <w:t>visualizar</w:t>
      </w:r>
      <w:proofErr w:type="spellEnd"/>
      <w:r>
        <w:t xml:space="preserve"> </w:t>
      </w:r>
      <w:proofErr w:type="spellStart"/>
      <w:r>
        <w:t>avances</w:t>
      </w:r>
      <w:proofErr w:type="spellEnd"/>
      <w:r>
        <w:t xml:space="preserve">, </w:t>
      </w:r>
      <w:proofErr w:type="spellStart"/>
      <w:r>
        <w:t>retroalimentar</w:t>
      </w:r>
      <w:proofErr w:type="spellEnd"/>
      <w:r>
        <w:t xml:space="preserve"> al </w:t>
      </w:r>
      <w:proofErr w:type="spellStart"/>
      <w:r>
        <w:t>estudiante</w:t>
      </w:r>
      <w:proofErr w:type="spellEnd"/>
      <w:r>
        <w:t xml:space="preserve"> y </w:t>
      </w:r>
      <w:proofErr w:type="spellStart"/>
      <w:r>
        <w:t>favorecer</w:t>
      </w:r>
      <w:proofErr w:type="spellEnd"/>
      <w:r>
        <w:t xml:space="preserve"> la </w:t>
      </w:r>
      <w:proofErr w:type="spellStart"/>
      <w:r>
        <w:t>toma</w:t>
      </w:r>
      <w:proofErr w:type="spellEnd"/>
      <w:r>
        <w:t xml:space="preserve"> de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basada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. El </w:t>
      </w:r>
      <w:proofErr w:type="spellStart"/>
      <w:r>
        <w:t>diseño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funcionar</w:t>
      </w:r>
      <w:proofErr w:type="spellEnd"/>
      <w:r>
        <w:t xml:space="preserve"> con </w:t>
      </w:r>
      <w:proofErr w:type="spellStart"/>
      <w:r>
        <w:t>conectividad</w:t>
      </w:r>
      <w:proofErr w:type="spellEnd"/>
      <w:r>
        <w:t xml:space="preserve"> </w:t>
      </w:r>
      <w:proofErr w:type="spellStart"/>
      <w:r>
        <w:t>limitada</w:t>
      </w:r>
      <w:proofErr w:type="spellEnd"/>
      <w:r>
        <w:t xml:space="preserve">, </w:t>
      </w:r>
      <w:proofErr w:type="spellStart"/>
      <w:r>
        <w:t>proteger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y </w:t>
      </w:r>
      <w:proofErr w:type="spellStart"/>
      <w:r>
        <w:t>ofrecer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alternativa</w:t>
      </w:r>
      <w:proofErr w:type="spellEnd"/>
      <w:r>
        <w:t xml:space="preserve"> QR </w:t>
      </w:r>
      <w:proofErr w:type="spellStart"/>
      <w:r>
        <w:t>cuando</w:t>
      </w:r>
      <w:proofErr w:type="spellEnd"/>
      <w:r>
        <w:t xml:space="preserve"> no </w:t>
      </w:r>
      <w:proofErr w:type="spellStart"/>
      <w:r>
        <w:t>exista</w:t>
      </w:r>
      <w:proofErr w:type="spellEnd"/>
      <w:r>
        <w:t xml:space="preserve"> </w:t>
      </w:r>
      <w:proofErr w:type="spellStart"/>
      <w:r>
        <w:t>disponibilidad</w:t>
      </w:r>
      <w:proofErr w:type="spellEnd"/>
      <w:r>
        <w:t xml:space="preserve"> de NFC.</w:t>
      </w:r>
    </w:p>
    <w:p w14:paraId="35EEA1CC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5.4. </w:t>
      </w:r>
      <w:proofErr w:type="spellStart"/>
      <w:r>
        <w:rPr>
          <w:rFonts w:ascii="Aptos" w:hAnsi="Aptos"/>
          <w:color w:val="1F4E78"/>
          <w:sz w:val="23"/>
        </w:rPr>
        <w:t>Justificación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económica</w:t>
      </w:r>
      <w:proofErr w:type="spellEnd"/>
      <w:r>
        <w:rPr>
          <w:rFonts w:ascii="Aptos" w:hAnsi="Aptos"/>
          <w:color w:val="1F4E78"/>
          <w:sz w:val="23"/>
        </w:rPr>
        <w:t xml:space="preserve"> y </w:t>
      </w:r>
      <w:proofErr w:type="spellStart"/>
      <w:r>
        <w:rPr>
          <w:rFonts w:ascii="Aptos" w:hAnsi="Aptos"/>
          <w:color w:val="1F4E78"/>
          <w:sz w:val="23"/>
        </w:rPr>
        <w:t>emprendedora</w:t>
      </w:r>
      <w:proofErr w:type="spellEnd"/>
    </w:p>
    <w:p w14:paraId="1EC1DB8A" w14:textId="77777777" w:rsidR="00432064" w:rsidRDefault="00000000">
      <w:pPr>
        <w:spacing w:after="100" w:line="259" w:lineRule="auto"/>
        <w:jc w:val="both"/>
      </w:pPr>
      <w:r>
        <w:t xml:space="preserve">El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comprender</w:t>
      </w:r>
      <w:proofErr w:type="spellEnd"/>
      <w:r>
        <w:t xml:space="preserve"> la </w:t>
      </w:r>
      <w:proofErr w:type="spellStart"/>
      <w:r>
        <w:t>relación</w:t>
      </w:r>
      <w:proofErr w:type="spellEnd"/>
      <w:r>
        <w:t xml:space="preserve"> entre </w:t>
      </w:r>
      <w:proofErr w:type="spellStart"/>
      <w:r>
        <w:t>recursos</w:t>
      </w:r>
      <w:proofErr w:type="spellEnd"/>
      <w:r>
        <w:t xml:space="preserve">, </w:t>
      </w:r>
      <w:proofErr w:type="spellStart"/>
      <w:r>
        <w:t>costos</w:t>
      </w:r>
      <w:proofErr w:type="spellEnd"/>
      <w:r>
        <w:t xml:space="preserve">, </w:t>
      </w:r>
      <w:proofErr w:type="spellStart"/>
      <w:r>
        <w:t>beneficios</w:t>
      </w:r>
      <w:proofErr w:type="spellEnd"/>
      <w:r>
        <w:t xml:space="preserve"> y </w:t>
      </w:r>
      <w:proofErr w:type="spellStart"/>
      <w:r>
        <w:t>sostenibilidad</w:t>
      </w:r>
      <w:proofErr w:type="spellEnd"/>
      <w:r>
        <w:t xml:space="preserve">. </w:t>
      </w:r>
      <w:proofErr w:type="spellStart"/>
      <w:r>
        <w:t>Además</w:t>
      </w:r>
      <w:proofErr w:type="spellEnd"/>
      <w:r>
        <w:t xml:space="preserve">,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desarrollar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replicable —</w:t>
      </w:r>
      <w:proofErr w:type="spellStart"/>
      <w:r>
        <w:t>aplicación</w:t>
      </w:r>
      <w:proofErr w:type="spellEnd"/>
      <w:r>
        <w:t xml:space="preserve">, </w:t>
      </w:r>
      <w:proofErr w:type="spellStart"/>
      <w:r>
        <w:t>guía</w:t>
      </w:r>
      <w:proofErr w:type="spellEnd"/>
      <w:r>
        <w:t xml:space="preserve"> y kit de </w:t>
      </w:r>
      <w:proofErr w:type="spellStart"/>
      <w:r>
        <w:t>identificación</w:t>
      </w:r>
      <w:proofErr w:type="spellEnd"/>
      <w:r>
        <w:t xml:space="preserve">—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presentarse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emprendimiento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de </w:t>
      </w:r>
      <w:proofErr w:type="spellStart"/>
      <w:r>
        <w:t>impacto</w:t>
      </w:r>
      <w:proofErr w:type="spellEnd"/>
      <w:r>
        <w:t xml:space="preserve"> social, sin </w:t>
      </w:r>
      <w:proofErr w:type="spellStart"/>
      <w:r>
        <w:t>ofrecer</w:t>
      </w:r>
      <w:proofErr w:type="spellEnd"/>
      <w:r>
        <w:t xml:space="preserve"> </w:t>
      </w:r>
      <w:proofErr w:type="spellStart"/>
      <w:r>
        <w:t>productos</w:t>
      </w:r>
      <w:proofErr w:type="spellEnd"/>
      <w:r>
        <w:t xml:space="preserve"> </w:t>
      </w:r>
      <w:proofErr w:type="spellStart"/>
      <w:r>
        <w:t>financieros</w:t>
      </w:r>
      <w:proofErr w:type="spellEnd"/>
      <w:r>
        <w:t xml:space="preserve"> </w:t>
      </w:r>
      <w:proofErr w:type="spellStart"/>
      <w:r>
        <w:t>regulados</w:t>
      </w:r>
      <w:proofErr w:type="spellEnd"/>
      <w:r>
        <w:t>.</w:t>
      </w:r>
    </w:p>
    <w:p w14:paraId="0E0FFB1A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5.5. </w:t>
      </w:r>
      <w:proofErr w:type="spellStart"/>
      <w:r>
        <w:rPr>
          <w:rFonts w:ascii="Aptos" w:hAnsi="Aptos"/>
          <w:color w:val="1F4E78"/>
          <w:sz w:val="23"/>
        </w:rPr>
        <w:t>Justificación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ética</w:t>
      </w:r>
      <w:proofErr w:type="spellEnd"/>
      <w:r>
        <w:rPr>
          <w:rFonts w:ascii="Aptos" w:hAnsi="Aptos"/>
          <w:color w:val="1F4E78"/>
          <w:sz w:val="23"/>
        </w:rPr>
        <w:t xml:space="preserve"> y de </w:t>
      </w:r>
      <w:proofErr w:type="spellStart"/>
      <w:r>
        <w:rPr>
          <w:rFonts w:ascii="Aptos" w:hAnsi="Aptos"/>
          <w:color w:val="1F4E78"/>
          <w:sz w:val="23"/>
        </w:rPr>
        <w:t>seguridad</w:t>
      </w:r>
      <w:proofErr w:type="spellEnd"/>
    </w:p>
    <w:p w14:paraId="1620D03E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No se </w:t>
      </w:r>
      <w:proofErr w:type="spellStart"/>
      <w:r>
        <w:t>almacenarán</w:t>
      </w:r>
      <w:proofErr w:type="spellEnd"/>
      <w:r>
        <w:t xml:space="preserve"> claves, </w:t>
      </w:r>
      <w:proofErr w:type="spellStart"/>
      <w:r>
        <w:t>números</w:t>
      </w:r>
      <w:proofErr w:type="spellEnd"/>
      <w:r>
        <w:t xml:space="preserve"> de </w:t>
      </w:r>
      <w:proofErr w:type="spellStart"/>
      <w:r>
        <w:t>cuenta</w:t>
      </w:r>
      <w:proofErr w:type="spellEnd"/>
      <w:r>
        <w:t xml:space="preserve">, </w:t>
      </w:r>
      <w:proofErr w:type="spellStart"/>
      <w:r>
        <w:t>tarjetas</w:t>
      </w:r>
      <w:proofErr w:type="spellEnd"/>
      <w:r>
        <w:t xml:space="preserve"> </w:t>
      </w:r>
      <w:proofErr w:type="spellStart"/>
      <w:r>
        <w:t>bancarias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pago</w:t>
      </w:r>
      <w:proofErr w:type="spellEnd"/>
      <w:r>
        <w:t>.</w:t>
      </w:r>
    </w:p>
    <w:p w14:paraId="03E18C0E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La </w:t>
      </w:r>
      <w:proofErr w:type="spellStart"/>
      <w:r>
        <w:t>tarjeta</w:t>
      </w:r>
      <w:proofErr w:type="spellEnd"/>
      <w:r>
        <w:t xml:space="preserve"> NFC o QR </w:t>
      </w:r>
      <w:proofErr w:type="spellStart"/>
      <w:r>
        <w:t>funcionará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identificador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>.</w:t>
      </w:r>
    </w:p>
    <w:p w14:paraId="7EC6AB08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Si se </w:t>
      </w:r>
      <w:proofErr w:type="spellStart"/>
      <w:r>
        <w:t>realizan</w:t>
      </w:r>
      <w:proofErr w:type="spellEnd"/>
      <w:r>
        <w:t xml:space="preserve"> </w:t>
      </w:r>
      <w:proofErr w:type="spellStart"/>
      <w:r>
        <w:t>ahorros</w:t>
      </w:r>
      <w:proofErr w:type="spellEnd"/>
      <w:r>
        <w:t xml:space="preserve"> reales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hogar</w:t>
      </w:r>
      <w:proofErr w:type="spellEnd"/>
      <w:r>
        <w:t xml:space="preserve">, el dinero </w:t>
      </w:r>
      <w:proofErr w:type="spellStart"/>
      <w:r>
        <w:t>permanecerá</w:t>
      </w:r>
      <w:proofErr w:type="spellEnd"/>
      <w:r>
        <w:t xml:space="preserve"> bajo </w:t>
      </w:r>
      <w:proofErr w:type="spellStart"/>
      <w:r>
        <w:t>responsabilidad</w:t>
      </w:r>
      <w:proofErr w:type="spellEnd"/>
      <w:r>
        <w:t xml:space="preserve"> de la familia;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registrará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pedagógicos</w:t>
      </w:r>
      <w:proofErr w:type="spellEnd"/>
      <w:r>
        <w:t xml:space="preserve"> </w:t>
      </w:r>
      <w:proofErr w:type="spellStart"/>
      <w:r>
        <w:t>autorizados</w:t>
      </w:r>
      <w:proofErr w:type="spellEnd"/>
      <w:r>
        <w:t>.</w:t>
      </w:r>
    </w:p>
    <w:p w14:paraId="269C49B8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respetar</w:t>
      </w:r>
      <w:proofErr w:type="spellEnd"/>
      <w:r>
        <w:t xml:space="preserve"> la </w:t>
      </w:r>
      <w:proofErr w:type="spellStart"/>
      <w:r>
        <w:t>privacidad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y </w:t>
      </w:r>
      <w:proofErr w:type="spellStart"/>
      <w:r>
        <w:t>evitar</w:t>
      </w:r>
      <w:proofErr w:type="spellEnd"/>
      <w:r>
        <w:t xml:space="preserve"> rankings </w:t>
      </w:r>
      <w:proofErr w:type="spellStart"/>
      <w:r>
        <w:t>públicos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expongan</w:t>
      </w:r>
      <w:proofErr w:type="spellEnd"/>
      <w:r>
        <w:t xml:space="preserve"> </w:t>
      </w:r>
      <w:proofErr w:type="spellStart"/>
      <w:r>
        <w:t>montos</w:t>
      </w:r>
      <w:proofErr w:type="spellEnd"/>
      <w:r>
        <w:t xml:space="preserve"> de dinero.</w:t>
      </w:r>
    </w:p>
    <w:p w14:paraId="54C4DC67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Los </w:t>
      </w:r>
      <w:proofErr w:type="spellStart"/>
      <w:r>
        <w:t>premios</w:t>
      </w:r>
      <w:proofErr w:type="spellEnd"/>
      <w:r>
        <w:t xml:space="preserve"> se </w:t>
      </w:r>
      <w:proofErr w:type="spellStart"/>
      <w:r>
        <w:t>plantean</w:t>
      </w:r>
      <w:proofErr w:type="spellEnd"/>
      <w:r>
        <w:t xml:space="preserve"> </w:t>
      </w:r>
      <w:proofErr w:type="spellStart"/>
      <w:r>
        <w:t>preferentemente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reconocimientos</w:t>
      </w:r>
      <w:proofErr w:type="spellEnd"/>
      <w:r>
        <w:t xml:space="preserve"> </w:t>
      </w:r>
      <w:proofErr w:type="spellStart"/>
      <w:r>
        <w:t>simbólicos</w:t>
      </w:r>
      <w:proofErr w:type="spellEnd"/>
      <w:r>
        <w:t xml:space="preserve">, insignias, </w:t>
      </w:r>
      <w:proofErr w:type="spellStart"/>
      <w:r>
        <w:t>privilegios</w:t>
      </w:r>
      <w:proofErr w:type="spellEnd"/>
      <w:r>
        <w:t xml:space="preserve"> </w:t>
      </w:r>
      <w:proofErr w:type="spellStart"/>
      <w:r>
        <w:t>pedagógicos</w:t>
      </w:r>
      <w:proofErr w:type="spellEnd"/>
      <w:r>
        <w:t xml:space="preserve"> o </w:t>
      </w:r>
      <w:proofErr w:type="spellStart"/>
      <w:r>
        <w:t>metas</w:t>
      </w:r>
      <w:proofErr w:type="spellEnd"/>
      <w:r>
        <w:t xml:space="preserve"> </w:t>
      </w:r>
      <w:proofErr w:type="spellStart"/>
      <w:r>
        <w:t>colectivas</w:t>
      </w:r>
      <w:proofErr w:type="spellEnd"/>
      <w:r>
        <w:t>.</w:t>
      </w:r>
    </w:p>
    <w:p w14:paraId="1F483CFA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VI. OBJETIVO GENERAL</w:t>
      </w:r>
    </w:p>
    <w:p w14:paraId="31580954" w14:textId="77777777" w:rsidR="00432064" w:rsidRDefault="00000000">
      <w:pPr>
        <w:spacing w:after="100" w:line="259" w:lineRule="auto"/>
        <w:jc w:val="both"/>
      </w:pPr>
      <w:proofErr w:type="spellStart"/>
      <w:r>
        <w:t>Diseñar</w:t>
      </w:r>
      <w:proofErr w:type="spellEnd"/>
      <w:r>
        <w:t xml:space="preserve">, </w:t>
      </w:r>
      <w:proofErr w:type="spellStart"/>
      <w:r>
        <w:t>implementar</w:t>
      </w:r>
      <w:proofErr w:type="spellEnd"/>
      <w:r>
        <w:t xml:space="preserve"> y </w:t>
      </w:r>
      <w:proofErr w:type="spellStart"/>
      <w:r>
        <w:t>validar</w:t>
      </w:r>
      <w:proofErr w:type="spellEnd"/>
      <w:r>
        <w:t xml:space="preserve"> un </w:t>
      </w:r>
      <w:proofErr w:type="spellStart"/>
      <w:r>
        <w:t>prototipo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FINAN-CRFA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integre</w:t>
      </w:r>
      <w:proofErr w:type="spellEnd"/>
      <w:r>
        <w:t xml:space="preserve"> </w:t>
      </w:r>
      <w:proofErr w:type="spellStart"/>
      <w:r>
        <w:t>gamificación</w:t>
      </w:r>
      <w:proofErr w:type="spellEnd"/>
      <w:r>
        <w:t xml:space="preserve">, </w:t>
      </w:r>
      <w:proofErr w:type="spellStart"/>
      <w:r>
        <w:t>registro</w:t>
      </w:r>
      <w:proofErr w:type="spellEnd"/>
      <w:r>
        <w:t xml:space="preserve"> digital de micro-</w:t>
      </w:r>
      <w:proofErr w:type="spellStart"/>
      <w:r>
        <w:t>ahorros</w:t>
      </w:r>
      <w:proofErr w:type="spellEnd"/>
      <w:r>
        <w:t xml:space="preserve">, </w:t>
      </w:r>
      <w:proofErr w:type="spellStart"/>
      <w:r>
        <w:t>presupuesto</w:t>
      </w:r>
      <w:proofErr w:type="spellEnd"/>
      <w:r>
        <w:t xml:space="preserve"> y </w:t>
      </w:r>
      <w:proofErr w:type="spellStart"/>
      <w:r>
        <w:t>tarjetas</w:t>
      </w:r>
      <w:proofErr w:type="spellEnd"/>
      <w:r>
        <w:t xml:space="preserve"> NFC/QR, con la </w:t>
      </w:r>
      <w:proofErr w:type="spellStart"/>
      <w:r>
        <w:t>finalidad</w:t>
      </w:r>
      <w:proofErr w:type="spellEnd"/>
      <w:r>
        <w:t xml:space="preserve"> de </w:t>
      </w:r>
      <w:proofErr w:type="spellStart"/>
      <w:r>
        <w:t>fortalecer</w:t>
      </w:r>
      <w:proofErr w:type="spellEnd"/>
      <w:r>
        <w:t xml:space="preserve"> la </w:t>
      </w:r>
      <w:proofErr w:type="spellStart"/>
      <w:r>
        <w:t>competencia</w:t>
      </w:r>
      <w:proofErr w:type="spellEnd"/>
      <w:r>
        <w:t xml:space="preserve"> </w:t>
      </w:r>
      <w:proofErr w:type="spellStart"/>
      <w:r>
        <w:t>emprendedora</w:t>
      </w:r>
      <w:proofErr w:type="spellEnd"/>
      <w:r>
        <w:t xml:space="preserve">, la </w:t>
      </w:r>
      <w:proofErr w:type="spellStart"/>
      <w:r>
        <w:t>toma</w:t>
      </w:r>
      <w:proofErr w:type="spellEnd"/>
      <w:r>
        <w:t xml:space="preserve"> de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financieras</w:t>
      </w:r>
      <w:proofErr w:type="spellEnd"/>
      <w:r>
        <w:t xml:space="preserve"> </w:t>
      </w:r>
      <w:proofErr w:type="spellStart"/>
      <w:r>
        <w:t>responsables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hábitos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 de </w:t>
      </w:r>
      <w:proofErr w:type="spellStart"/>
      <w:r>
        <w:t>secundaria</w:t>
      </w:r>
      <w:proofErr w:type="spellEnd"/>
      <w:r>
        <w:t>.</w:t>
      </w:r>
    </w:p>
    <w:p w14:paraId="196AB26F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lastRenderedPageBreak/>
        <w:t xml:space="preserve">6.1. </w:t>
      </w:r>
      <w:proofErr w:type="spellStart"/>
      <w:r>
        <w:rPr>
          <w:rFonts w:ascii="Aptos" w:hAnsi="Aptos"/>
          <w:color w:val="1F4E78"/>
          <w:sz w:val="23"/>
        </w:rPr>
        <w:t>Objetivos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específicos</w:t>
      </w:r>
      <w:proofErr w:type="spellEnd"/>
    </w:p>
    <w:p w14:paraId="2D4C1AC7" w14:textId="77777777" w:rsidR="00432064" w:rsidRDefault="00000000">
      <w:pPr>
        <w:pStyle w:val="Listaconnmeros"/>
        <w:spacing w:after="40" w:line="252" w:lineRule="auto"/>
        <w:jc w:val="both"/>
      </w:pPr>
      <w:proofErr w:type="spellStart"/>
      <w:r>
        <w:t>Diagnosticar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conocimientos</w:t>
      </w:r>
      <w:proofErr w:type="spellEnd"/>
      <w:r>
        <w:t xml:space="preserve">, </w:t>
      </w:r>
      <w:proofErr w:type="spellStart"/>
      <w:r>
        <w:t>hábitos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, </w:t>
      </w:r>
      <w:proofErr w:type="spellStart"/>
      <w:r>
        <w:t>prácticas</w:t>
      </w:r>
      <w:proofErr w:type="spellEnd"/>
      <w:r>
        <w:t xml:space="preserve"> de </w:t>
      </w:r>
      <w:proofErr w:type="spellStart"/>
      <w:r>
        <w:t>presupuesto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acceso</w:t>
      </w:r>
      <w:proofErr w:type="spellEnd"/>
      <w:r>
        <w:t xml:space="preserve"> digital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>.</w:t>
      </w:r>
    </w:p>
    <w:p w14:paraId="5BABFE96" w14:textId="77777777" w:rsidR="00432064" w:rsidRDefault="00000000">
      <w:pPr>
        <w:pStyle w:val="Listaconnmeros"/>
        <w:spacing w:after="40" w:line="252" w:lineRule="auto"/>
        <w:jc w:val="both"/>
      </w:pPr>
      <w:proofErr w:type="spellStart"/>
      <w:r>
        <w:t>Diseñar</w:t>
      </w:r>
      <w:proofErr w:type="spellEnd"/>
      <w:r>
        <w:t xml:space="preserve"> la </w:t>
      </w:r>
      <w:proofErr w:type="spellStart"/>
      <w:r>
        <w:t>propuesta</w:t>
      </w:r>
      <w:proofErr w:type="spellEnd"/>
      <w:r>
        <w:t xml:space="preserve"> de valor y el </w:t>
      </w:r>
      <w:proofErr w:type="spellStart"/>
      <w:r>
        <w:t>prototipo</w:t>
      </w:r>
      <w:proofErr w:type="spellEnd"/>
      <w:r>
        <w:t xml:space="preserve"> de la </w:t>
      </w:r>
      <w:proofErr w:type="spellStart"/>
      <w:r>
        <w:t>aplicación</w:t>
      </w:r>
      <w:proofErr w:type="spellEnd"/>
      <w:r>
        <w:t xml:space="preserve"> FINAN-CRFA, </w:t>
      </w:r>
      <w:proofErr w:type="spellStart"/>
      <w:r>
        <w:t>incorporando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, </w:t>
      </w:r>
      <w:proofErr w:type="spellStart"/>
      <w:r>
        <w:t>registro</w:t>
      </w:r>
      <w:proofErr w:type="spellEnd"/>
      <w:r>
        <w:t xml:space="preserve"> de “</w:t>
      </w:r>
      <w:proofErr w:type="spellStart"/>
      <w:r>
        <w:t>moléculas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”, puntos, insignias, </w:t>
      </w:r>
      <w:proofErr w:type="spellStart"/>
      <w:r>
        <w:t>retos</w:t>
      </w:r>
      <w:proofErr w:type="spellEnd"/>
      <w:r>
        <w:t xml:space="preserve"> y </w:t>
      </w:r>
      <w:proofErr w:type="spellStart"/>
      <w:r>
        <w:t>visualización</w:t>
      </w:r>
      <w:proofErr w:type="spellEnd"/>
      <w:r>
        <w:t xml:space="preserve"> del </w:t>
      </w:r>
      <w:proofErr w:type="spellStart"/>
      <w:r>
        <w:t>progreso</w:t>
      </w:r>
      <w:proofErr w:type="spellEnd"/>
      <w:r>
        <w:t>.</w:t>
      </w:r>
    </w:p>
    <w:p w14:paraId="7052A678" w14:textId="77777777" w:rsidR="00432064" w:rsidRDefault="00000000">
      <w:pPr>
        <w:pStyle w:val="Listaconnmeros"/>
        <w:spacing w:after="40" w:line="252" w:lineRule="auto"/>
        <w:jc w:val="both"/>
      </w:pPr>
      <w:proofErr w:type="spellStart"/>
      <w:r>
        <w:t>Configurar</w:t>
      </w:r>
      <w:proofErr w:type="spellEnd"/>
      <w:r>
        <w:t xml:space="preserve"> y </w:t>
      </w:r>
      <w:proofErr w:type="spellStart"/>
      <w:r>
        <w:t>probar</w:t>
      </w:r>
      <w:proofErr w:type="spellEnd"/>
      <w:r>
        <w:t xml:space="preserve"> un </w:t>
      </w:r>
      <w:proofErr w:type="spellStart"/>
      <w:r>
        <w:t>mecanismo</w:t>
      </w:r>
      <w:proofErr w:type="spellEnd"/>
      <w:r>
        <w:t xml:space="preserve"> de </w:t>
      </w:r>
      <w:proofErr w:type="spellStart"/>
      <w:r>
        <w:t>identificación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tarjetas</w:t>
      </w:r>
      <w:proofErr w:type="spellEnd"/>
      <w:r>
        <w:t xml:space="preserve"> NFC o </w:t>
      </w:r>
      <w:proofErr w:type="spellStart"/>
      <w:r>
        <w:t>códigos</w:t>
      </w:r>
      <w:proofErr w:type="spellEnd"/>
      <w:r>
        <w:t xml:space="preserve"> QR para registrar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simple y </w:t>
      </w:r>
      <w:proofErr w:type="spellStart"/>
      <w:r>
        <w:t>segura</w:t>
      </w:r>
      <w:proofErr w:type="spellEnd"/>
      <w:r>
        <w:t>.</w:t>
      </w:r>
    </w:p>
    <w:p w14:paraId="2DC92B9A" w14:textId="77777777" w:rsidR="00432064" w:rsidRDefault="00000000">
      <w:pPr>
        <w:pStyle w:val="Listaconnmeros"/>
        <w:spacing w:after="40" w:line="252" w:lineRule="auto"/>
        <w:jc w:val="both"/>
      </w:pPr>
      <w:proofErr w:type="spellStart"/>
      <w:r>
        <w:t>Implementar</w:t>
      </w:r>
      <w:proofErr w:type="spellEnd"/>
      <w:r>
        <w:t xml:space="preserve"> </w:t>
      </w:r>
      <w:proofErr w:type="spellStart"/>
      <w:r>
        <w:t>experiencias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ahorro</w:t>
      </w:r>
      <w:proofErr w:type="spellEnd"/>
      <w:r>
        <w:t xml:space="preserve">, </w:t>
      </w:r>
      <w:proofErr w:type="spellStart"/>
      <w:r>
        <w:t>presupuesto</w:t>
      </w:r>
      <w:proofErr w:type="spellEnd"/>
      <w:r>
        <w:t xml:space="preserve">,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pequeños</w:t>
      </w:r>
      <w:proofErr w:type="spellEnd"/>
      <w:r>
        <w:t xml:space="preserve">, </w:t>
      </w:r>
      <w:proofErr w:type="spellStart"/>
      <w:r>
        <w:t>metas</w:t>
      </w:r>
      <w:proofErr w:type="spellEnd"/>
      <w:r>
        <w:t xml:space="preserve"> </w:t>
      </w:r>
      <w:proofErr w:type="spellStart"/>
      <w:r>
        <w:t>financieras</w:t>
      </w:r>
      <w:proofErr w:type="spellEnd"/>
      <w:r>
        <w:t xml:space="preserve"> y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retos</w:t>
      </w:r>
      <w:proofErr w:type="spellEnd"/>
      <w:r>
        <w:t xml:space="preserve"> </w:t>
      </w:r>
      <w:proofErr w:type="spellStart"/>
      <w:r>
        <w:t>gamificados</w:t>
      </w:r>
      <w:proofErr w:type="spellEnd"/>
      <w:r>
        <w:t>.</w:t>
      </w:r>
    </w:p>
    <w:p w14:paraId="199A7CE7" w14:textId="77777777" w:rsidR="00432064" w:rsidRDefault="00000000">
      <w:pPr>
        <w:pStyle w:val="Listaconnmeros"/>
        <w:spacing w:after="40" w:line="252" w:lineRule="auto"/>
        <w:jc w:val="both"/>
      </w:pPr>
      <w:proofErr w:type="spellStart"/>
      <w:r>
        <w:t>Evaluar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indicadores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, </w:t>
      </w:r>
      <w:proofErr w:type="spellStart"/>
      <w:r>
        <w:t>participación</w:t>
      </w:r>
      <w:proofErr w:type="spellEnd"/>
      <w:r>
        <w:t xml:space="preserve">, </w:t>
      </w:r>
      <w:proofErr w:type="spellStart"/>
      <w:r>
        <w:t>satisfacción</w:t>
      </w:r>
      <w:proofErr w:type="spellEnd"/>
      <w:r>
        <w:t xml:space="preserve">, </w:t>
      </w:r>
      <w:proofErr w:type="spellStart"/>
      <w:r>
        <w:t>uso</w:t>
      </w:r>
      <w:proofErr w:type="spellEnd"/>
      <w:r>
        <w:t xml:space="preserve"> del </w:t>
      </w:r>
      <w:proofErr w:type="spellStart"/>
      <w:r>
        <w:t>prototipo</w:t>
      </w:r>
      <w:proofErr w:type="spellEnd"/>
      <w:r>
        <w:t xml:space="preserve"> y </w:t>
      </w:r>
      <w:proofErr w:type="spellStart"/>
      <w:r>
        <w:t>cumplimiento</w:t>
      </w:r>
      <w:proofErr w:type="spellEnd"/>
      <w:r>
        <w:t xml:space="preserve"> de </w:t>
      </w:r>
      <w:proofErr w:type="spellStart"/>
      <w:r>
        <w:t>metas</w:t>
      </w:r>
      <w:proofErr w:type="spellEnd"/>
      <w:r>
        <w:t xml:space="preserve">, </w:t>
      </w:r>
      <w:proofErr w:type="spellStart"/>
      <w:r>
        <w:t>incorporando</w:t>
      </w:r>
      <w:proofErr w:type="spellEnd"/>
      <w:r>
        <w:t xml:space="preserve"> </w:t>
      </w:r>
      <w:proofErr w:type="spellStart"/>
      <w:r>
        <w:t>mejoras</w:t>
      </w:r>
      <w:proofErr w:type="spellEnd"/>
      <w:r>
        <w:t xml:space="preserve"> a </w:t>
      </w:r>
      <w:proofErr w:type="spellStart"/>
      <w:r>
        <w:t>partir</w:t>
      </w:r>
      <w:proofErr w:type="spellEnd"/>
      <w:r>
        <w:t xml:space="preserve"> de la </w:t>
      </w:r>
      <w:proofErr w:type="spellStart"/>
      <w:r>
        <w:t>retroalimentación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usuarios</w:t>
      </w:r>
      <w:proofErr w:type="spellEnd"/>
      <w:r>
        <w:t>.</w:t>
      </w:r>
    </w:p>
    <w:p w14:paraId="56B6681B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VII. PROPUESTA DE VALOR</w:t>
      </w:r>
    </w:p>
    <w:p w14:paraId="2EC4CADF" w14:textId="77777777" w:rsidR="00432064" w:rsidRDefault="00000000">
      <w:pPr>
        <w:spacing w:after="100" w:line="259" w:lineRule="auto"/>
        <w:jc w:val="both"/>
      </w:pPr>
      <w:r>
        <w:t xml:space="preserve">FINAN-CRFA </w:t>
      </w:r>
      <w:proofErr w:type="spellStart"/>
      <w:r>
        <w:t>convierte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experiencia</w:t>
      </w:r>
      <w:proofErr w:type="spellEnd"/>
      <w:r>
        <w:t xml:space="preserve"> visible, </w:t>
      </w:r>
      <w:proofErr w:type="spellStart"/>
      <w:r>
        <w:t>progresiva</w:t>
      </w:r>
      <w:proofErr w:type="spellEnd"/>
      <w:r>
        <w:t xml:space="preserve"> y </w:t>
      </w:r>
      <w:proofErr w:type="spellStart"/>
      <w:r>
        <w:t>motivadora</w:t>
      </w:r>
      <w:proofErr w:type="spellEnd"/>
      <w:r>
        <w:t xml:space="preserve">. En </w:t>
      </w:r>
      <w:proofErr w:type="spellStart"/>
      <w:r>
        <w:t>lugar</w:t>
      </w:r>
      <w:proofErr w:type="spellEnd"/>
      <w:r>
        <w:t xml:space="preserve"> de </w:t>
      </w:r>
      <w:proofErr w:type="spellStart"/>
      <w:r>
        <w:t>limitarse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explicar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es </w:t>
      </w:r>
      <w:proofErr w:type="spellStart"/>
      <w:r>
        <w:t>ahorrar</w:t>
      </w:r>
      <w:proofErr w:type="spellEnd"/>
      <w:r>
        <w:t xml:space="preserve">,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defina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meta,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pequeñas</w:t>
      </w:r>
      <w:proofErr w:type="spellEnd"/>
      <w:r>
        <w:t xml:space="preserve"> </w:t>
      </w:r>
      <w:proofErr w:type="spellStart"/>
      <w:r>
        <w:t>acciones</w:t>
      </w:r>
      <w:proofErr w:type="spellEnd"/>
      <w:r>
        <w:t xml:space="preserve">, observe </w:t>
      </w:r>
      <w:proofErr w:type="spellStart"/>
      <w:r>
        <w:t>su</w:t>
      </w:r>
      <w:proofErr w:type="spellEnd"/>
      <w:r>
        <w:t xml:space="preserve"> </w:t>
      </w:r>
      <w:proofErr w:type="spellStart"/>
      <w:r>
        <w:t>acumulación</w:t>
      </w:r>
      <w:proofErr w:type="spellEnd"/>
      <w:r>
        <w:t xml:space="preserve">, </w:t>
      </w:r>
      <w:proofErr w:type="spellStart"/>
      <w:r>
        <w:t>reciba</w:t>
      </w:r>
      <w:proofErr w:type="spellEnd"/>
      <w:r>
        <w:t xml:space="preserve"> </w:t>
      </w:r>
      <w:proofErr w:type="spellStart"/>
      <w:r>
        <w:t>retroalimentación</w:t>
      </w:r>
      <w:proofErr w:type="spellEnd"/>
      <w:r>
        <w:t xml:space="preserve"> y </w:t>
      </w:r>
      <w:proofErr w:type="spellStart"/>
      <w:r>
        <w:t>reflexione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las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favorecen</w:t>
      </w:r>
      <w:proofErr w:type="spellEnd"/>
      <w:r>
        <w:t xml:space="preserve"> o </w:t>
      </w:r>
      <w:proofErr w:type="spellStart"/>
      <w:r>
        <w:t>dificultan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objetivo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3280"/>
        <w:gridCol w:w="3281"/>
        <w:gridCol w:w="3282"/>
      </w:tblGrid>
      <w:tr w:rsidR="00432064" w14:paraId="218BF722" w14:textId="77777777">
        <w:trPr>
          <w:tblHeader/>
          <w:jc w:val="center"/>
        </w:trPr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7988A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Necesidad</w:t>
            </w:r>
            <w:proofErr w:type="spellEnd"/>
            <w:r>
              <w:rPr>
                <w:b/>
                <w:color w:val="FFFFFF"/>
                <w:sz w:val="18"/>
              </w:rPr>
              <w:t xml:space="preserve"> del </w:t>
            </w:r>
            <w:proofErr w:type="spellStart"/>
            <w:r>
              <w:rPr>
                <w:b/>
                <w:color w:val="FFFFFF"/>
                <w:sz w:val="18"/>
              </w:rPr>
              <w:t>usuario</w:t>
            </w:r>
            <w:proofErr w:type="spellEnd"/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3C392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Respuesta FINAN-CRFA</w:t>
            </w:r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27EEC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Valor </w:t>
            </w:r>
            <w:proofErr w:type="spellStart"/>
            <w:r>
              <w:rPr>
                <w:b/>
                <w:color w:val="FFFFFF"/>
                <w:sz w:val="18"/>
              </w:rPr>
              <w:t>generado</w:t>
            </w:r>
            <w:proofErr w:type="spellEnd"/>
          </w:p>
        </w:tc>
      </w:tr>
      <w:tr w:rsidR="00432064" w14:paraId="607C1EF9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48D3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Dificultad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mantener</w:t>
            </w:r>
            <w:proofErr w:type="spellEnd"/>
            <w:r>
              <w:rPr>
                <w:sz w:val="18"/>
              </w:rPr>
              <w:t xml:space="preserve"> el </w:t>
            </w:r>
            <w:proofErr w:type="spellStart"/>
            <w:r>
              <w:rPr>
                <w:sz w:val="18"/>
              </w:rPr>
              <w:t>hábito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ahorro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999B3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Retos </w:t>
            </w:r>
            <w:proofErr w:type="spellStart"/>
            <w:r>
              <w:rPr>
                <w:sz w:val="18"/>
              </w:rPr>
              <w:t>cortos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metas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registro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periódico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A1609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Constancia y </w:t>
            </w:r>
            <w:proofErr w:type="spellStart"/>
            <w:r>
              <w:rPr>
                <w:sz w:val="18"/>
              </w:rPr>
              <w:t>seguimiento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progreso</w:t>
            </w:r>
            <w:proofErr w:type="spellEnd"/>
          </w:p>
        </w:tc>
      </w:tr>
      <w:tr w:rsidR="00432064" w14:paraId="6AEF1342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D302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Conceptos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financieros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percibidos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abstractos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CAE5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Simulación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casos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tablero</w:t>
            </w:r>
            <w:proofErr w:type="spellEnd"/>
            <w:r>
              <w:rPr>
                <w:sz w:val="18"/>
              </w:rPr>
              <w:t xml:space="preserve"> visual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8401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Aprendizaje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práctico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comprensible</w:t>
            </w:r>
            <w:proofErr w:type="spellEnd"/>
          </w:p>
        </w:tc>
      </w:tr>
      <w:tr w:rsidR="00432064" w14:paraId="4615A600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2BCA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Baja </w:t>
            </w:r>
            <w:proofErr w:type="spellStart"/>
            <w:r>
              <w:rPr>
                <w:sz w:val="18"/>
              </w:rPr>
              <w:t>motivación</w:t>
            </w:r>
            <w:proofErr w:type="spellEnd"/>
            <w:r>
              <w:rPr>
                <w:sz w:val="18"/>
              </w:rPr>
              <w:t xml:space="preserve"> para registrar </w:t>
            </w:r>
            <w:proofErr w:type="spellStart"/>
            <w:r>
              <w:rPr>
                <w:sz w:val="18"/>
              </w:rPr>
              <w:t>gastos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BCE8B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Puntos, insignias y </w:t>
            </w:r>
            <w:proofErr w:type="spellStart"/>
            <w:r>
              <w:rPr>
                <w:sz w:val="18"/>
              </w:rPr>
              <w:t>misiones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FAB2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Participación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retroalimentación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inmediata</w:t>
            </w:r>
            <w:proofErr w:type="spellEnd"/>
          </w:p>
        </w:tc>
      </w:tr>
      <w:tr w:rsidR="00432064" w14:paraId="13D8D988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E15A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Conectividad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limitada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0B43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Diseño</w:t>
            </w:r>
            <w:proofErr w:type="spellEnd"/>
            <w:r>
              <w:rPr>
                <w:sz w:val="18"/>
              </w:rPr>
              <w:t xml:space="preserve"> simple, </w:t>
            </w:r>
            <w:proofErr w:type="spellStart"/>
            <w:r>
              <w:rPr>
                <w:sz w:val="18"/>
              </w:rPr>
              <w:t>opción</w:t>
            </w:r>
            <w:proofErr w:type="spellEnd"/>
            <w:r>
              <w:rPr>
                <w:sz w:val="18"/>
              </w:rPr>
              <w:t xml:space="preserve"> QR y </w:t>
            </w:r>
            <w:proofErr w:type="spellStart"/>
            <w:r>
              <w:rPr>
                <w:sz w:val="18"/>
              </w:rPr>
              <w:t>registro</w:t>
            </w:r>
            <w:proofErr w:type="spellEnd"/>
            <w:r>
              <w:rPr>
                <w:sz w:val="18"/>
              </w:rPr>
              <w:t xml:space="preserve"> local/offline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E0C4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Mayor </w:t>
            </w:r>
            <w:proofErr w:type="spellStart"/>
            <w:r>
              <w:rPr>
                <w:sz w:val="18"/>
              </w:rPr>
              <w:t>accesibilidad</w:t>
            </w:r>
            <w:proofErr w:type="spellEnd"/>
          </w:p>
        </w:tc>
      </w:tr>
      <w:tr w:rsidR="00432064" w14:paraId="3183B245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DE79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Necesidad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apoyo</w:t>
            </w:r>
            <w:proofErr w:type="spellEnd"/>
            <w:r>
              <w:rPr>
                <w:sz w:val="18"/>
              </w:rPr>
              <w:t xml:space="preserve"> familiar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938C8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Retos </w:t>
            </w:r>
            <w:proofErr w:type="spellStart"/>
            <w:r>
              <w:rPr>
                <w:sz w:val="18"/>
              </w:rPr>
              <w:t>voluntarios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hogar</w:t>
            </w:r>
            <w:proofErr w:type="spellEnd"/>
            <w:r>
              <w:rPr>
                <w:sz w:val="18"/>
              </w:rPr>
              <w:t>–</w:t>
            </w:r>
            <w:proofErr w:type="spellStart"/>
            <w:r>
              <w:rPr>
                <w:sz w:val="18"/>
              </w:rPr>
              <w:t>escuela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436B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Transferencia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aprendizaje</w:t>
            </w:r>
            <w:proofErr w:type="spellEnd"/>
            <w:r>
              <w:rPr>
                <w:sz w:val="18"/>
              </w:rPr>
              <w:t xml:space="preserve"> a la </w:t>
            </w:r>
            <w:proofErr w:type="spellStart"/>
            <w:r>
              <w:rPr>
                <w:sz w:val="18"/>
              </w:rPr>
              <w:t>vida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cotidiana</w:t>
            </w:r>
            <w:proofErr w:type="spellEnd"/>
          </w:p>
        </w:tc>
      </w:tr>
    </w:tbl>
    <w:p w14:paraId="245AC5DA" w14:textId="77777777" w:rsidR="00432064" w:rsidRDefault="00432064">
      <w:pPr>
        <w:spacing w:after="20"/>
        <w:jc w:val="both"/>
      </w:pPr>
    </w:p>
    <w:p w14:paraId="49650C4B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VIII. CLIENTES POTENCIALES / USUARIOS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3281"/>
        <w:gridCol w:w="3281"/>
        <w:gridCol w:w="3281"/>
      </w:tblGrid>
      <w:tr w:rsidR="00432064" w14:paraId="77AB8D13" w14:textId="77777777">
        <w:trPr>
          <w:tblHeader/>
          <w:jc w:val="center"/>
        </w:trPr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579C1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Segmento</w:t>
            </w:r>
            <w:proofErr w:type="spellEnd"/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CB928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Necesidad</w:t>
            </w:r>
            <w:proofErr w:type="spellEnd"/>
            <w:r>
              <w:rPr>
                <w:b/>
                <w:color w:val="FFFFFF"/>
                <w:sz w:val="18"/>
              </w:rPr>
              <w:t xml:space="preserve"> principal</w:t>
            </w:r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7F76B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Rol </w:t>
            </w:r>
            <w:proofErr w:type="spellStart"/>
            <w:r>
              <w:rPr>
                <w:b/>
                <w:color w:val="FFFFFF"/>
                <w:sz w:val="18"/>
              </w:rPr>
              <w:t>en</w:t>
            </w:r>
            <w:proofErr w:type="spellEnd"/>
            <w:r>
              <w:rPr>
                <w:b/>
                <w:color w:val="FFFFFF"/>
                <w:sz w:val="18"/>
              </w:rPr>
              <w:t xml:space="preserve"> el </w:t>
            </w:r>
            <w:proofErr w:type="spellStart"/>
            <w:r>
              <w:rPr>
                <w:b/>
                <w:color w:val="FFFFFF"/>
                <w:sz w:val="18"/>
              </w:rPr>
              <w:t>proyecto</w:t>
            </w:r>
            <w:proofErr w:type="spellEnd"/>
          </w:p>
        </w:tc>
      </w:tr>
      <w:tr w:rsidR="00432064" w14:paraId="4229865E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FFD8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Estudiantes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secundaria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CEB0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Aprender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administrar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recursos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cumplir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metas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1F32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Usuarios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principales</w:t>
            </w:r>
            <w:proofErr w:type="spellEnd"/>
            <w:r>
              <w:rPr>
                <w:sz w:val="18"/>
              </w:rPr>
              <w:t xml:space="preserve"> y co-</w:t>
            </w:r>
            <w:proofErr w:type="spellStart"/>
            <w:r>
              <w:rPr>
                <w:sz w:val="18"/>
              </w:rPr>
              <w:t>diseñadores</w:t>
            </w:r>
            <w:proofErr w:type="spellEnd"/>
          </w:p>
        </w:tc>
      </w:tr>
      <w:tr w:rsidR="00432064" w14:paraId="3BC13CC5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4994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Familias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8ACB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Fortalecer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hábitos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planificación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ahorro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7526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Aliados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acompañantes</w:t>
            </w:r>
            <w:proofErr w:type="spellEnd"/>
          </w:p>
        </w:tc>
      </w:tr>
      <w:tr w:rsidR="00432064" w14:paraId="290987E0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5150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Docentes</w:t>
            </w:r>
            <w:proofErr w:type="spellEnd"/>
            <w:r>
              <w:rPr>
                <w:sz w:val="18"/>
              </w:rPr>
              <w:t xml:space="preserve"> de EPT y </w:t>
            </w:r>
            <w:proofErr w:type="spellStart"/>
            <w:r>
              <w:rPr>
                <w:sz w:val="18"/>
              </w:rPr>
              <w:t>áreas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afines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38D2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Contar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recursos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prácticos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proyectos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emprendimiento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9BC4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Facilitadores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evaluadores</w:t>
            </w:r>
            <w:proofErr w:type="spellEnd"/>
          </w:p>
        </w:tc>
      </w:tr>
      <w:tr w:rsidR="00432064" w14:paraId="22B77FFC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E755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Instituciones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educativas</w:t>
            </w:r>
            <w:proofErr w:type="spellEnd"/>
            <w:r>
              <w:rPr>
                <w:sz w:val="18"/>
              </w:rPr>
              <w:t xml:space="preserve"> / CRFA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76F3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Implementar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innovación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educativa</w:t>
            </w:r>
            <w:proofErr w:type="spellEnd"/>
            <w:r>
              <w:rPr>
                <w:sz w:val="18"/>
              </w:rPr>
              <w:t xml:space="preserve"> replicable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2028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Entorno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implementación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escalamiento</w:t>
            </w:r>
            <w:proofErr w:type="spellEnd"/>
          </w:p>
        </w:tc>
      </w:tr>
      <w:tr w:rsidR="00432064" w14:paraId="264B43BB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5ADF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Aliados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comunitarios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entidades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educación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financiera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F477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Apoyar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capacitación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difusión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4F08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Asistencia </w:t>
            </w:r>
            <w:proofErr w:type="spellStart"/>
            <w:r>
              <w:rPr>
                <w:sz w:val="18"/>
              </w:rPr>
              <w:t>técnica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articulación</w:t>
            </w:r>
            <w:proofErr w:type="spellEnd"/>
          </w:p>
        </w:tc>
      </w:tr>
    </w:tbl>
    <w:p w14:paraId="30721F9F" w14:textId="77777777" w:rsidR="00432064" w:rsidRDefault="00432064">
      <w:pPr>
        <w:spacing w:after="20"/>
        <w:jc w:val="both"/>
      </w:pPr>
    </w:p>
    <w:p w14:paraId="2533E391" w14:textId="77777777" w:rsidR="00432064" w:rsidRDefault="00000000">
      <w:pPr>
        <w:spacing w:after="100" w:line="259" w:lineRule="auto"/>
        <w:jc w:val="both"/>
      </w:pPr>
      <w:r>
        <w:t xml:space="preserve">En un </w:t>
      </w:r>
      <w:proofErr w:type="spellStart"/>
      <w:r>
        <w:t>proyecto</w:t>
      </w:r>
      <w:proofErr w:type="spellEnd"/>
      <w:r>
        <w:t xml:space="preserve"> escolar es </w:t>
      </w:r>
      <w:proofErr w:type="spellStart"/>
      <w:r>
        <w:t>preferible</w:t>
      </w:r>
      <w:proofErr w:type="spellEnd"/>
      <w:r>
        <w:t xml:space="preserve"> </w:t>
      </w:r>
      <w:proofErr w:type="spellStart"/>
      <w:r>
        <w:t>hablar</w:t>
      </w:r>
      <w:proofErr w:type="spellEnd"/>
      <w:r>
        <w:t xml:space="preserve"> también de “</w:t>
      </w:r>
      <w:proofErr w:type="spellStart"/>
      <w:r>
        <w:t>usuarios</w:t>
      </w:r>
      <w:proofErr w:type="spellEnd"/>
      <w:r>
        <w:t xml:space="preserve"> y </w:t>
      </w:r>
      <w:proofErr w:type="spellStart"/>
      <w:r>
        <w:t>beneficiarios</w:t>
      </w:r>
      <w:proofErr w:type="spellEnd"/>
      <w:r>
        <w:t xml:space="preserve">”. La </w:t>
      </w:r>
      <w:proofErr w:type="spellStart"/>
      <w:r>
        <w:t>comercialización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desarrolla</w:t>
      </w:r>
      <w:proofErr w:type="spellEnd"/>
      <w:r>
        <w:t xml:space="preserve">, se </w:t>
      </w:r>
      <w:proofErr w:type="spellStart"/>
      <w:r>
        <w:t>orientará</w:t>
      </w:r>
      <w:proofErr w:type="spellEnd"/>
      <w:r>
        <w:t xml:space="preserve"> al kit </w:t>
      </w:r>
      <w:proofErr w:type="spellStart"/>
      <w:r>
        <w:t>educativo</w:t>
      </w:r>
      <w:proofErr w:type="spellEnd"/>
      <w:r>
        <w:t xml:space="preserve"> y al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capacitación</w:t>
      </w:r>
      <w:proofErr w:type="spellEnd"/>
      <w:r>
        <w:t xml:space="preserve"> o </w:t>
      </w:r>
      <w:proofErr w:type="spellStart"/>
      <w:r>
        <w:t>soporte</w:t>
      </w:r>
      <w:proofErr w:type="spellEnd"/>
      <w:r>
        <w:t xml:space="preserve">, no a la </w:t>
      </w:r>
      <w:proofErr w:type="spellStart"/>
      <w:r>
        <w:t>captación</w:t>
      </w:r>
      <w:proofErr w:type="spellEnd"/>
      <w:r>
        <w:t xml:space="preserve"> o </w:t>
      </w:r>
      <w:proofErr w:type="spellStart"/>
      <w:r>
        <w:t>colocación</w:t>
      </w:r>
      <w:proofErr w:type="spellEnd"/>
      <w:r>
        <w:t xml:space="preserve"> de dinero.</w:t>
      </w:r>
    </w:p>
    <w:p w14:paraId="52ADEC1E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IX. CARACTERÍSTICAS DEL PRODUCTO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432064" w14:paraId="3477505F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82ECF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Componente</w:t>
            </w:r>
            <w:proofErr w:type="spellEnd"/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8BB53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Características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propuestas</w:t>
            </w:r>
            <w:proofErr w:type="spellEnd"/>
          </w:p>
        </w:tc>
      </w:tr>
      <w:tr w:rsidR="00432064" w14:paraId="55A9F1B7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311A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Aplicación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sistema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9C00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Perfil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código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metas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registro</w:t>
            </w:r>
            <w:proofErr w:type="spellEnd"/>
            <w:r>
              <w:rPr>
                <w:sz w:val="18"/>
              </w:rPr>
              <w:t xml:space="preserve"> de micro-</w:t>
            </w:r>
            <w:proofErr w:type="spellStart"/>
            <w:r>
              <w:rPr>
                <w:sz w:val="18"/>
              </w:rPr>
              <w:t>ahorros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presupuesto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historial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retos</w:t>
            </w:r>
            <w:proofErr w:type="spellEnd"/>
            <w:r>
              <w:rPr>
                <w:sz w:val="18"/>
              </w:rPr>
              <w:t xml:space="preserve">, puntos, insignias, </w:t>
            </w:r>
            <w:proofErr w:type="spellStart"/>
            <w:r>
              <w:rPr>
                <w:sz w:val="18"/>
              </w:rPr>
              <w:t>mensajes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educativos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tablero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progreso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5B2D609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AD37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Tarjeta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inteligente</w:t>
            </w:r>
            <w:proofErr w:type="spellEnd"/>
            <w:r>
              <w:rPr>
                <w:sz w:val="18"/>
              </w:rPr>
              <w:t xml:space="preserve"> NFC / QR</w:t>
            </w:r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F823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Identificador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único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abrir</w:t>
            </w:r>
            <w:proofErr w:type="spellEnd"/>
            <w:r>
              <w:rPr>
                <w:sz w:val="18"/>
              </w:rPr>
              <w:t xml:space="preserve"> o registrar </w:t>
            </w:r>
            <w:proofErr w:type="spellStart"/>
            <w:r>
              <w:rPr>
                <w:sz w:val="18"/>
              </w:rPr>
              <w:t>actividades</w:t>
            </w:r>
            <w:proofErr w:type="spellEnd"/>
            <w:r>
              <w:rPr>
                <w:sz w:val="18"/>
              </w:rPr>
              <w:t xml:space="preserve">; no </w:t>
            </w:r>
            <w:proofErr w:type="spellStart"/>
            <w:r>
              <w:rPr>
                <w:sz w:val="18"/>
              </w:rPr>
              <w:t>contiene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bancaria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</w:t>
            </w:r>
            <w:proofErr w:type="spellEnd"/>
            <w:r>
              <w:rPr>
                <w:sz w:val="18"/>
              </w:rPr>
              <w:t xml:space="preserve"> dinero </w:t>
            </w:r>
            <w:proofErr w:type="spellStart"/>
            <w:r>
              <w:rPr>
                <w:sz w:val="18"/>
              </w:rPr>
              <w:t>electrónico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5880BF9F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A0CAF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Motor de </w:t>
            </w:r>
            <w:proofErr w:type="spellStart"/>
            <w:r>
              <w:rPr>
                <w:sz w:val="18"/>
              </w:rPr>
              <w:t>gamificación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5614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Misiones, </w:t>
            </w:r>
            <w:proofErr w:type="spellStart"/>
            <w:r>
              <w:rPr>
                <w:sz w:val="18"/>
              </w:rPr>
              <w:t>niveles</w:t>
            </w:r>
            <w:proofErr w:type="spellEnd"/>
            <w:r>
              <w:rPr>
                <w:sz w:val="18"/>
              </w:rPr>
              <w:t xml:space="preserve">, insignias, </w:t>
            </w:r>
            <w:proofErr w:type="spellStart"/>
            <w:r>
              <w:rPr>
                <w:sz w:val="18"/>
              </w:rPr>
              <w:t>rachas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constancia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metas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individuales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desafíos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cooperativos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2D68E980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41BC3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Panel </w:t>
            </w:r>
            <w:proofErr w:type="spellStart"/>
            <w:r>
              <w:rPr>
                <w:sz w:val="18"/>
              </w:rPr>
              <w:t>docente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A025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Seguimiento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pedagógico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participación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cumplimiento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actividades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indicadores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agregados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014E306C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28CF9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Guía </w:t>
            </w:r>
            <w:proofErr w:type="spellStart"/>
            <w:r>
              <w:rPr>
                <w:sz w:val="18"/>
              </w:rPr>
              <w:t>educativa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6EC2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Sesiones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retos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criterios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evaluación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preguntas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reflexión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orientaciones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familias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F437677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43EB5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Accesibilidad</w:t>
            </w:r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6645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Interfaz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sencilla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posibilidad</w:t>
            </w:r>
            <w:proofErr w:type="spellEnd"/>
            <w:r>
              <w:rPr>
                <w:sz w:val="18"/>
              </w:rPr>
              <w:t xml:space="preserve"> de QR; </w:t>
            </w:r>
            <w:proofErr w:type="spellStart"/>
            <w:r>
              <w:rPr>
                <w:sz w:val="18"/>
              </w:rPr>
              <w:t>registro</w:t>
            </w:r>
            <w:proofErr w:type="spellEnd"/>
            <w:r>
              <w:rPr>
                <w:sz w:val="18"/>
              </w:rPr>
              <w:t xml:space="preserve"> offline o </w:t>
            </w:r>
            <w:proofErr w:type="spellStart"/>
            <w:r>
              <w:rPr>
                <w:sz w:val="18"/>
              </w:rPr>
              <w:t>sincronización</w:t>
            </w:r>
            <w:proofErr w:type="spellEnd"/>
            <w:r>
              <w:rPr>
                <w:sz w:val="18"/>
              </w:rPr>
              <w:t xml:space="preserve"> posterior </w:t>
            </w:r>
            <w:proofErr w:type="spellStart"/>
            <w:r>
              <w:rPr>
                <w:sz w:val="18"/>
              </w:rPr>
              <w:t>cuando</w:t>
            </w:r>
            <w:proofErr w:type="spellEnd"/>
            <w:r>
              <w:rPr>
                <w:sz w:val="18"/>
              </w:rPr>
              <w:t xml:space="preserve"> sea </w:t>
            </w:r>
            <w:proofErr w:type="spellStart"/>
            <w:r>
              <w:rPr>
                <w:sz w:val="18"/>
              </w:rPr>
              <w:t>posible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136549A9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49F2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Privacidad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seguridad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97E0C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Uso </w:t>
            </w:r>
            <w:proofErr w:type="spellStart"/>
            <w:r>
              <w:rPr>
                <w:sz w:val="18"/>
              </w:rPr>
              <w:t>mínimo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datos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personales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códigos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estudiante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permisos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definidos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respaldo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periódico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2FC78DD2" w14:textId="77777777" w:rsidR="00432064" w:rsidRDefault="00432064">
      <w:pPr>
        <w:spacing w:after="20"/>
        <w:jc w:val="both"/>
      </w:pPr>
    </w:p>
    <w:p w14:paraId="15987853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X. PROCESO DE INNOVACIÓN</w:t>
      </w:r>
    </w:p>
    <w:p w14:paraId="154CC320" w14:textId="77777777" w:rsidR="00432064" w:rsidRDefault="00000000">
      <w:pPr>
        <w:spacing w:after="100" w:line="259" w:lineRule="auto"/>
        <w:jc w:val="both"/>
      </w:pPr>
      <w:r>
        <w:t xml:space="preserve">Se </w:t>
      </w:r>
      <w:proofErr w:type="gramStart"/>
      <w:r>
        <w:t>propone</w:t>
      </w:r>
      <w:proofErr w:type="gramEnd"/>
      <w:r>
        <w:t xml:space="preserve"> </w:t>
      </w:r>
      <w:proofErr w:type="spellStart"/>
      <w:r>
        <w:t>aplicar</w:t>
      </w:r>
      <w:proofErr w:type="spellEnd"/>
      <w:r>
        <w:t xml:space="preserve"> Pensamiento de </w:t>
      </w:r>
      <w:proofErr w:type="spellStart"/>
      <w:r>
        <w:t>Diseño</w:t>
      </w:r>
      <w:proofErr w:type="spellEnd"/>
      <w:r>
        <w:t xml:space="preserve"> (Design Thinking)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ruta</w:t>
      </w:r>
      <w:proofErr w:type="spellEnd"/>
      <w:r>
        <w:t xml:space="preserve"> de </w:t>
      </w:r>
      <w:proofErr w:type="spellStart"/>
      <w:r>
        <w:t>innovación</w:t>
      </w:r>
      <w:proofErr w:type="spellEnd"/>
      <w:r>
        <w:t xml:space="preserve">, </w:t>
      </w:r>
      <w:proofErr w:type="spellStart"/>
      <w:r>
        <w:t>complementada</w:t>
      </w:r>
      <w:proofErr w:type="spellEnd"/>
      <w:r>
        <w:t xml:space="preserve"> con </w:t>
      </w:r>
      <w:proofErr w:type="spellStart"/>
      <w:r>
        <w:t>planificación</w:t>
      </w:r>
      <w:proofErr w:type="spellEnd"/>
      <w:r>
        <w:t xml:space="preserve">, </w:t>
      </w:r>
      <w:proofErr w:type="spellStart"/>
      <w:r>
        <w:t>implementación</w:t>
      </w:r>
      <w:proofErr w:type="spellEnd"/>
      <w:r>
        <w:t xml:space="preserve"> y </w:t>
      </w:r>
      <w:proofErr w:type="spellStart"/>
      <w:r>
        <w:t>evaluación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3281"/>
        <w:gridCol w:w="3281"/>
        <w:gridCol w:w="3281"/>
      </w:tblGrid>
      <w:tr w:rsidR="00432064" w14:paraId="56EB650A" w14:textId="77777777">
        <w:trPr>
          <w:tblHeader/>
          <w:jc w:val="center"/>
        </w:trPr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6543A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A1859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Acciones clave</w:t>
            </w:r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50206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Evidencia</w:t>
            </w:r>
            <w:proofErr w:type="spellEnd"/>
          </w:p>
        </w:tc>
      </w:tr>
      <w:tr w:rsidR="00432064" w14:paraId="4FDF6076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007B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1. </w:t>
            </w:r>
            <w:proofErr w:type="spellStart"/>
            <w:r>
              <w:rPr>
                <w:sz w:val="18"/>
              </w:rPr>
              <w:t>Empatizar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43A6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Entrevistas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encuesta</w:t>
            </w:r>
            <w:proofErr w:type="spellEnd"/>
            <w:r>
              <w:rPr>
                <w:sz w:val="18"/>
              </w:rPr>
              <w:t xml:space="preserve"> breve, </w:t>
            </w:r>
            <w:proofErr w:type="spellStart"/>
            <w:r>
              <w:rPr>
                <w:sz w:val="18"/>
              </w:rPr>
              <w:t>observación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hábitos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contexto</w:t>
            </w:r>
            <w:proofErr w:type="spellEnd"/>
            <w:r>
              <w:rPr>
                <w:sz w:val="18"/>
              </w:rPr>
              <w:t xml:space="preserve"> digital.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1CCED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Mapa de </w:t>
            </w:r>
            <w:proofErr w:type="spellStart"/>
            <w:r>
              <w:rPr>
                <w:sz w:val="18"/>
              </w:rPr>
              <w:t>necesidades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línea</w:t>
            </w:r>
            <w:proofErr w:type="spellEnd"/>
            <w:r>
              <w:rPr>
                <w:sz w:val="18"/>
              </w:rPr>
              <w:t xml:space="preserve"> de base.</w:t>
            </w:r>
          </w:p>
        </w:tc>
      </w:tr>
      <w:tr w:rsidR="00432064" w14:paraId="2838622E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469D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2. </w:t>
            </w:r>
            <w:proofErr w:type="spellStart"/>
            <w:r>
              <w:rPr>
                <w:sz w:val="18"/>
              </w:rPr>
              <w:t>Definir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CD77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Priorizar</w:t>
            </w:r>
            <w:proofErr w:type="spellEnd"/>
            <w:r>
              <w:rPr>
                <w:sz w:val="18"/>
              </w:rPr>
              <w:t xml:space="preserve"> el </w:t>
            </w:r>
            <w:proofErr w:type="spellStart"/>
            <w:r>
              <w:rPr>
                <w:sz w:val="18"/>
              </w:rPr>
              <w:t>problema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identificar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usuarios</w:t>
            </w:r>
            <w:proofErr w:type="spellEnd"/>
            <w:r>
              <w:rPr>
                <w:sz w:val="18"/>
              </w:rPr>
              <w:t xml:space="preserve"> y formular el </w:t>
            </w:r>
            <w:proofErr w:type="spellStart"/>
            <w:r>
              <w:rPr>
                <w:sz w:val="18"/>
              </w:rPr>
              <w:t>reto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3985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Problema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validados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5187C119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B3C0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3. </w:t>
            </w:r>
            <w:proofErr w:type="spellStart"/>
            <w:r>
              <w:rPr>
                <w:sz w:val="18"/>
              </w:rPr>
              <w:t>Idear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9BC2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Generar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alternativas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solución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seleccionar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funciones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reglas</w:t>
            </w:r>
            <w:proofErr w:type="spellEnd"/>
            <w:r>
              <w:rPr>
                <w:sz w:val="18"/>
              </w:rPr>
              <w:t xml:space="preserve"> del juego.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4943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Matriz</w:t>
            </w:r>
            <w:proofErr w:type="spellEnd"/>
            <w:r>
              <w:rPr>
                <w:sz w:val="18"/>
              </w:rPr>
              <w:t xml:space="preserve"> de ideas y </w:t>
            </w:r>
            <w:proofErr w:type="spellStart"/>
            <w:r>
              <w:rPr>
                <w:sz w:val="18"/>
              </w:rPr>
              <w:t>propuesta</w:t>
            </w:r>
            <w:proofErr w:type="spellEnd"/>
            <w:r>
              <w:rPr>
                <w:sz w:val="18"/>
              </w:rPr>
              <w:t xml:space="preserve"> de valor.</w:t>
            </w:r>
          </w:p>
        </w:tc>
      </w:tr>
      <w:tr w:rsidR="00432064" w14:paraId="3FAD9845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7CD39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4. </w:t>
            </w:r>
            <w:proofErr w:type="spellStart"/>
            <w:r>
              <w:rPr>
                <w:sz w:val="18"/>
              </w:rPr>
              <w:t>Prototipar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8E83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Diseñar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pantallas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flujo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registro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tarjeta</w:t>
            </w:r>
            <w:proofErr w:type="spellEnd"/>
            <w:r>
              <w:rPr>
                <w:sz w:val="18"/>
              </w:rPr>
              <w:t xml:space="preserve"> NFC/QR y </w:t>
            </w:r>
            <w:proofErr w:type="spellStart"/>
            <w:r>
              <w:rPr>
                <w:sz w:val="18"/>
              </w:rPr>
              <w:t>guía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retos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0432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Prototipo</w:t>
            </w:r>
            <w:proofErr w:type="spellEnd"/>
            <w:r>
              <w:rPr>
                <w:sz w:val="18"/>
              </w:rPr>
              <w:t xml:space="preserve"> de baja y media </w:t>
            </w:r>
            <w:proofErr w:type="spellStart"/>
            <w:r>
              <w:rPr>
                <w:sz w:val="18"/>
              </w:rPr>
              <w:t>fidelidad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0DC117EF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76C22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5. </w:t>
            </w:r>
            <w:proofErr w:type="spellStart"/>
            <w:r>
              <w:rPr>
                <w:sz w:val="18"/>
              </w:rPr>
              <w:t>Evaluar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BF86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Prueba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usuarios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encuesta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usabilidad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observación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errores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4FC5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Lista de </w:t>
            </w:r>
            <w:proofErr w:type="spellStart"/>
            <w:r>
              <w:rPr>
                <w:sz w:val="18"/>
              </w:rPr>
              <w:t>mejoras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88089C8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FD123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6. </w:t>
            </w:r>
            <w:proofErr w:type="spellStart"/>
            <w:r>
              <w:rPr>
                <w:sz w:val="18"/>
              </w:rPr>
              <w:t>Implementar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7171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Ejecutar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sesiones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registro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avances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D8BF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Bitácora</w:t>
            </w:r>
            <w:proofErr w:type="spellEnd"/>
            <w:r>
              <w:rPr>
                <w:sz w:val="18"/>
              </w:rPr>
              <w:t xml:space="preserve"> y base de </w:t>
            </w:r>
            <w:proofErr w:type="spellStart"/>
            <w:r>
              <w:rPr>
                <w:sz w:val="18"/>
              </w:rPr>
              <w:t>datos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educativa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2F839742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296D3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7. </w:t>
            </w:r>
            <w:proofErr w:type="spellStart"/>
            <w:r>
              <w:rPr>
                <w:sz w:val="18"/>
              </w:rPr>
              <w:t>Medir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mejorar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0D5F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Comparar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línea</w:t>
            </w:r>
            <w:proofErr w:type="spellEnd"/>
            <w:r>
              <w:rPr>
                <w:sz w:val="18"/>
              </w:rPr>
              <w:t xml:space="preserve"> de base y salida, </w:t>
            </w:r>
            <w:proofErr w:type="spellStart"/>
            <w:r>
              <w:rPr>
                <w:sz w:val="18"/>
              </w:rPr>
              <w:lastRenderedPageBreak/>
              <w:t>analizar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indicadores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lecciones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aprendidas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D8993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lastRenderedPageBreak/>
              <w:t xml:space="preserve">Informe de </w:t>
            </w:r>
            <w:proofErr w:type="spellStart"/>
            <w:r>
              <w:rPr>
                <w:sz w:val="18"/>
              </w:rPr>
              <w:t>resultados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versión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lastRenderedPageBreak/>
              <w:t>mejorada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664E840F" w14:textId="77777777" w:rsidR="00432064" w:rsidRDefault="00432064">
      <w:pPr>
        <w:spacing w:after="20"/>
        <w:jc w:val="both"/>
      </w:pPr>
    </w:p>
    <w:p w14:paraId="6D2D1F6B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XI. RECURSOS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432064" w14:paraId="34921F31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B4241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9B783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Recursos</w:t>
            </w:r>
            <w:proofErr w:type="spellEnd"/>
          </w:p>
        </w:tc>
      </w:tr>
      <w:tr w:rsidR="00432064" w14:paraId="1AA7D3F2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3655A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Humanos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423A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Estudiantes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docente</w:t>
            </w:r>
            <w:proofErr w:type="spellEnd"/>
            <w:r>
              <w:rPr>
                <w:sz w:val="18"/>
              </w:rPr>
              <w:t xml:space="preserve"> de EPT, </w:t>
            </w:r>
            <w:proofErr w:type="spellStart"/>
            <w:r>
              <w:rPr>
                <w:sz w:val="18"/>
              </w:rPr>
              <w:t>responsable</w:t>
            </w:r>
            <w:proofErr w:type="spellEnd"/>
            <w:r>
              <w:rPr>
                <w:sz w:val="18"/>
              </w:rPr>
              <w:t xml:space="preserve"> TIC, </w:t>
            </w:r>
            <w:proofErr w:type="spellStart"/>
            <w:r>
              <w:rPr>
                <w:sz w:val="18"/>
              </w:rPr>
              <w:t>familias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aliados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educación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financiera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9F20FEB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AB97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Tecnológicos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8E55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Computadora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teléfonos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disponibles</w:t>
            </w:r>
            <w:proofErr w:type="spellEnd"/>
            <w:r>
              <w:rPr>
                <w:sz w:val="18"/>
              </w:rPr>
              <w:t xml:space="preserve">, internet </w:t>
            </w:r>
            <w:proofErr w:type="spellStart"/>
            <w:r>
              <w:rPr>
                <w:sz w:val="18"/>
              </w:rPr>
              <w:t>cuando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exista</w:t>
            </w:r>
            <w:proofErr w:type="spellEnd"/>
            <w:r>
              <w:rPr>
                <w:sz w:val="18"/>
              </w:rPr>
              <w:t xml:space="preserve">, software de </w:t>
            </w:r>
            <w:proofErr w:type="spellStart"/>
            <w:r>
              <w:rPr>
                <w:sz w:val="18"/>
              </w:rPr>
              <w:t>prototipado</w:t>
            </w:r>
            <w:proofErr w:type="spellEnd"/>
            <w:r>
              <w:rPr>
                <w:sz w:val="18"/>
              </w:rPr>
              <w:t xml:space="preserve">, hoja de </w:t>
            </w:r>
            <w:proofErr w:type="spellStart"/>
            <w:r>
              <w:rPr>
                <w:sz w:val="18"/>
              </w:rPr>
              <w:t>cálculo</w:t>
            </w:r>
            <w:proofErr w:type="spellEnd"/>
            <w:r>
              <w:rPr>
                <w:sz w:val="18"/>
              </w:rPr>
              <w:t xml:space="preserve">/base de </w:t>
            </w:r>
            <w:proofErr w:type="spellStart"/>
            <w:r>
              <w:rPr>
                <w:sz w:val="18"/>
              </w:rPr>
              <w:t>datos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aplicación</w:t>
            </w:r>
            <w:proofErr w:type="spellEnd"/>
            <w:r>
              <w:rPr>
                <w:sz w:val="18"/>
              </w:rPr>
              <w:t xml:space="preserve"> web/</w:t>
            </w:r>
            <w:proofErr w:type="spellStart"/>
            <w:r>
              <w:rPr>
                <w:sz w:val="18"/>
              </w:rPr>
              <w:t>móvil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365E60CF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98CC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Materiales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98E8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Tarjetas</w:t>
            </w:r>
            <w:proofErr w:type="spellEnd"/>
            <w:r>
              <w:rPr>
                <w:sz w:val="18"/>
              </w:rPr>
              <w:t xml:space="preserve"> NFC o </w:t>
            </w:r>
            <w:proofErr w:type="spellStart"/>
            <w:r>
              <w:rPr>
                <w:sz w:val="18"/>
              </w:rPr>
              <w:t>códigos</w:t>
            </w:r>
            <w:proofErr w:type="spellEnd"/>
            <w:r>
              <w:rPr>
                <w:sz w:val="18"/>
              </w:rPr>
              <w:t xml:space="preserve"> QR </w:t>
            </w:r>
            <w:proofErr w:type="spellStart"/>
            <w:r>
              <w:rPr>
                <w:sz w:val="18"/>
              </w:rPr>
              <w:t>impresos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fichas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trabajo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cartulinas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plumones</w:t>
            </w:r>
            <w:proofErr w:type="spellEnd"/>
            <w:r>
              <w:rPr>
                <w:sz w:val="18"/>
              </w:rPr>
              <w:t xml:space="preserve">, material de </w:t>
            </w:r>
            <w:proofErr w:type="spellStart"/>
            <w:r>
              <w:rPr>
                <w:sz w:val="18"/>
              </w:rPr>
              <w:t>difusión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B90CE55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4B7C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Pedagógicos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AE0D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Instrumentos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diagnóstico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rúbrica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guía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educación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financiera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fichas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presupuesto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ahorro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E08CF56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8632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Financieros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FB11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Presupuesto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prototipo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impresiones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conectividad</w:t>
            </w:r>
            <w:proofErr w:type="spellEnd"/>
            <w:r>
              <w:rPr>
                <w:sz w:val="18"/>
              </w:rPr>
              <w:t xml:space="preserve">, hosting </w:t>
            </w:r>
            <w:proofErr w:type="spellStart"/>
            <w:r>
              <w:rPr>
                <w:sz w:val="18"/>
              </w:rPr>
              <w:t>opcional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materiales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32E4753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7013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Organizativos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769A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Cronograma</w:t>
            </w:r>
            <w:proofErr w:type="spellEnd"/>
            <w:r>
              <w:rPr>
                <w:sz w:val="18"/>
              </w:rPr>
              <w:t xml:space="preserve">, roles de </w:t>
            </w:r>
            <w:proofErr w:type="spellStart"/>
            <w:r>
              <w:rPr>
                <w:sz w:val="18"/>
              </w:rPr>
              <w:t>equipo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autorización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institucional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reglas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privacidad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61731298" w14:textId="77777777" w:rsidR="00432064" w:rsidRDefault="00432064">
      <w:pPr>
        <w:spacing w:after="20"/>
        <w:jc w:val="both"/>
      </w:pPr>
    </w:p>
    <w:p w14:paraId="169D2A16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XII. IDENTIDAD DE LA MARCA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432064" w14:paraId="175FB843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451CE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30E12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Propuesta</w:t>
            </w:r>
            <w:proofErr w:type="spellEnd"/>
          </w:p>
        </w:tc>
      </w:tr>
      <w:tr w:rsidR="00432064" w14:paraId="152C1499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C8F39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Nombre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F4FFB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FINAN-CRFA</w:t>
            </w:r>
          </w:p>
        </w:tc>
      </w:tr>
      <w:tr w:rsidR="00432064" w14:paraId="7C8F23B9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EDED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Concepto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7ACD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Finanzas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Moleculares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pequeñas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decisiones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que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acumulan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construir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metas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3B3A3687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A6C1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Lema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08565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“</w:t>
            </w:r>
            <w:proofErr w:type="spellStart"/>
            <w:r>
              <w:rPr>
                <w:sz w:val="18"/>
              </w:rPr>
              <w:t>Pequeñas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moléculas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ahorro</w:t>
            </w:r>
            <w:proofErr w:type="spellEnd"/>
            <w:r>
              <w:rPr>
                <w:sz w:val="18"/>
              </w:rPr>
              <w:t xml:space="preserve"> hoy, </w:t>
            </w:r>
            <w:proofErr w:type="spellStart"/>
            <w:r>
              <w:rPr>
                <w:sz w:val="18"/>
              </w:rPr>
              <w:t>grandes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oportunidades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mañana</w:t>
            </w:r>
            <w:proofErr w:type="spellEnd"/>
            <w:r>
              <w:rPr>
                <w:sz w:val="18"/>
              </w:rPr>
              <w:t>.”</w:t>
            </w:r>
          </w:p>
        </w:tc>
      </w:tr>
      <w:tr w:rsidR="00432064" w14:paraId="5D76D101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AB3C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Personalidad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FD83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Educativa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cercana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tecnológica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responsable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motivadora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148AB1B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D0C7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Símbolo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sugerido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35FA2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Conjunto de puntos/</w:t>
            </w:r>
            <w:proofErr w:type="spellStart"/>
            <w:r>
              <w:rPr>
                <w:sz w:val="18"/>
              </w:rPr>
              <w:t>moléculas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forman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moneda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una</w:t>
            </w:r>
            <w:proofErr w:type="spellEnd"/>
            <w:r>
              <w:rPr>
                <w:sz w:val="18"/>
              </w:rPr>
              <w:t xml:space="preserve"> meta o </w:t>
            </w:r>
            <w:proofErr w:type="spellStart"/>
            <w:r>
              <w:rPr>
                <w:sz w:val="18"/>
              </w:rPr>
              <w:t>una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ruta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progreso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566D8DE9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9225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Aplicaciones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672C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App, </w:t>
            </w:r>
            <w:proofErr w:type="spellStart"/>
            <w:r>
              <w:rPr>
                <w:sz w:val="18"/>
              </w:rPr>
              <w:t>tarjeta</w:t>
            </w:r>
            <w:proofErr w:type="spellEnd"/>
            <w:r>
              <w:rPr>
                <w:sz w:val="18"/>
              </w:rPr>
              <w:t xml:space="preserve"> NFC/QR, </w:t>
            </w:r>
            <w:proofErr w:type="spellStart"/>
            <w:r>
              <w:rPr>
                <w:sz w:val="18"/>
              </w:rPr>
              <w:t>cuaderno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retos</w:t>
            </w:r>
            <w:proofErr w:type="spellEnd"/>
            <w:r>
              <w:rPr>
                <w:sz w:val="18"/>
              </w:rPr>
              <w:t xml:space="preserve">, insignias, panel de </w:t>
            </w:r>
            <w:proofErr w:type="spellStart"/>
            <w:r>
              <w:rPr>
                <w:sz w:val="18"/>
              </w:rPr>
              <w:t>progreso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piezas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difusión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43EA1323" w14:textId="77777777" w:rsidR="00432064" w:rsidRDefault="00432064">
      <w:pPr>
        <w:spacing w:after="20"/>
        <w:jc w:val="both"/>
      </w:pPr>
    </w:p>
    <w:p w14:paraId="05ED0A59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XIII. MODELO CANVAS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0"/>
        <w:gridCol w:w="4923"/>
      </w:tblGrid>
      <w:tr w:rsidR="00432064" w14:paraId="406C46A6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2A9A2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Bloque Canvas</w:t>
            </w:r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2999E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Contenido</w:t>
            </w:r>
            <w:proofErr w:type="spellEnd"/>
          </w:p>
        </w:tc>
      </w:tr>
      <w:tr w:rsidR="00432064" w14:paraId="69A02D72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F18B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Segmentos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usuarios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3BFC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Estudiantes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familias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docentes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instituciones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educativas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que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requieran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educación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financiera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práctica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7D4B7487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C628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lastRenderedPageBreak/>
              <w:t>Propuesta</w:t>
            </w:r>
            <w:proofErr w:type="spellEnd"/>
            <w:r>
              <w:rPr>
                <w:sz w:val="17"/>
              </w:rPr>
              <w:t xml:space="preserve"> de valor</w:t>
            </w:r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DA9E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Ecosistema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educativo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gamificado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que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convierte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pequeños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hábitos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ahorro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presupuesto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progreso</w:t>
            </w:r>
            <w:proofErr w:type="spellEnd"/>
            <w:r>
              <w:rPr>
                <w:sz w:val="17"/>
              </w:rPr>
              <w:t xml:space="preserve"> visible y </w:t>
            </w:r>
            <w:proofErr w:type="spellStart"/>
            <w:r>
              <w:rPr>
                <w:sz w:val="17"/>
              </w:rPr>
              <w:t>medible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2D613137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2640A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Canales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4BD5C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Aula, </w:t>
            </w:r>
            <w:proofErr w:type="spellStart"/>
            <w:r>
              <w:rPr>
                <w:sz w:val="17"/>
              </w:rPr>
              <w:t>aplicación</w:t>
            </w:r>
            <w:proofErr w:type="spellEnd"/>
            <w:r>
              <w:rPr>
                <w:sz w:val="17"/>
              </w:rPr>
              <w:t xml:space="preserve">/web, </w:t>
            </w:r>
            <w:proofErr w:type="spellStart"/>
            <w:r>
              <w:rPr>
                <w:sz w:val="17"/>
              </w:rPr>
              <w:t>tarjetas</w:t>
            </w:r>
            <w:proofErr w:type="spellEnd"/>
            <w:r>
              <w:rPr>
                <w:sz w:val="17"/>
              </w:rPr>
              <w:t xml:space="preserve"> NFC/QR, ferias </w:t>
            </w:r>
            <w:proofErr w:type="spellStart"/>
            <w:r>
              <w:rPr>
                <w:sz w:val="17"/>
              </w:rPr>
              <w:t>escolares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reuniones</w:t>
            </w:r>
            <w:proofErr w:type="spellEnd"/>
            <w:r>
              <w:rPr>
                <w:sz w:val="17"/>
              </w:rPr>
              <w:t xml:space="preserve"> con </w:t>
            </w:r>
            <w:proofErr w:type="spellStart"/>
            <w:r>
              <w:rPr>
                <w:sz w:val="17"/>
              </w:rPr>
              <w:t>familias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demostraciones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1543F7B7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9C6B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Relación</w:t>
            </w:r>
            <w:proofErr w:type="spellEnd"/>
            <w:r>
              <w:rPr>
                <w:sz w:val="17"/>
              </w:rPr>
              <w:t xml:space="preserve"> con </w:t>
            </w:r>
            <w:proofErr w:type="spellStart"/>
            <w:r>
              <w:rPr>
                <w:sz w:val="17"/>
              </w:rPr>
              <w:t>usuarios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891F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Acompañamiento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docente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retos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retroalimentación</w:t>
            </w:r>
            <w:proofErr w:type="spellEnd"/>
            <w:r>
              <w:rPr>
                <w:sz w:val="17"/>
              </w:rPr>
              <w:t>, co-</w:t>
            </w:r>
            <w:proofErr w:type="spellStart"/>
            <w:r>
              <w:rPr>
                <w:sz w:val="17"/>
              </w:rPr>
              <w:t>diseño</w:t>
            </w:r>
            <w:proofErr w:type="spellEnd"/>
            <w:r>
              <w:rPr>
                <w:sz w:val="17"/>
              </w:rPr>
              <w:t xml:space="preserve"> y comunidad de </w:t>
            </w:r>
            <w:proofErr w:type="spellStart"/>
            <w:r>
              <w:rPr>
                <w:sz w:val="17"/>
              </w:rPr>
              <w:t>aprendizaje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1CFD2241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2D23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Actividades</w:t>
            </w:r>
            <w:proofErr w:type="spellEnd"/>
            <w:r>
              <w:rPr>
                <w:sz w:val="17"/>
              </w:rPr>
              <w:t xml:space="preserve"> clave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6782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Diagnóstico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diseño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programación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prototipado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elaboración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contenidos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pruebas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implementación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evaluación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46E266D3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7CB2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Recursos</w:t>
            </w:r>
            <w:proofErr w:type="spellEnd"/>
            <w:r>
              <w:rPr>
                <w:sz w:val="17"/>
              </w:rPr>
              <w:t xml:space="preserve"> clave</w:t>
            </w:r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9E2E6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</w:t>
            </w:r>
            <w:proofErr w:type="spellStart"/>
            <w:r>
              <w:rPr>
                <w:sz w:val="17"/>
              </w:rPr>
              <w:t>estudiantil-docente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prototipo</w:t>
            </w:r>
            <w:proofErr w:type="spellEnd"/>
            <w:r>
              <w:rPr>
                <w:sz w:val="17"/>
              </w:rPr>
              <w:t xml:space="preserve"> digital, </w:t>
            </w:r>
            <w:proofErr w:type="spellStart"/>
            <w:r>
              <w:rPr>
                <w:sz w:val="17"/>
              </w:rPr>
              <w:t>tarjetas</w:t>
            </w:r>
            <w:proofErr w:type="spellEnd"/>
            <w:r>
              <w:rPr>
                <w:sz w:val="17"/>
              </w:rPr>
              <w:t xml:space="preserve">/QR, </w:t>
            </w:r>
            <w:proofErr w:type="spellStart"/>
            <w:r>
              <w:rPr>
                <w:sz w:val="17"/>
              </w:rPr>
              <w:t>contenidos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educación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financiera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dispositivos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conectividad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13902035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F7B4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Socios</w:t>
            </w:r>
            <w:proofErr w:type="spellEnd"/>
            <w:r>
              <w:rPr>
                <w:sz w:val="17"/>
              </w:rPr>
              <w:t xml:space="preserve"> clave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834D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Dirección</w:t>
            </w:r>
            <w:proofErr w:type="spellEnd"/>
            <w:r>
              <w:rPr>
                <w:sz w:val="17"/>
              </w:rPr>
              <w:t xml:space="preserve"> de la </w:t>
            </w:r>
            <w:proofErr w:type="spellStart"/>
            <w:r>
              <w:rPr>
                <w:sz w:val="17"/>
              </w:rPr>
              <w:t>institución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familias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docentes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aliados</w:t>
            </w:r>
            <w:proofErr w:type="spellEnd"/>
            <w:r>
              <w:rPr>
                <w:sz w:val="17"/>
              </w:rPr>
              <w:t xml:space="preserve"> TIC y </w:t>
            </w:r>
            <w:proofErr w:type="spellStart"/>
            <w:r>
              <w:rPr>
                <w:sz w:val="17"/>
              </w:rPr>
              <w:t>entidades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que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brindan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educación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financiera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70FF3593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04DB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Estructura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costos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27C1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Tarjetas</w:t>
            </w:r>
            <w:proofErr w:type="spellEnd"/>
            <w:r>
              <w:rPr>
                <w:sz w:val="17"/>
              </w:rPr>
              <w:t xml:space="preserve">/QR, </w:t>
            </w:r>
            <w:proofErr w:type="spellStart"/>
            <w:r>
              <w:rPr>
                <w:sz w:val="17"/>
              </w:rPr>
              <w:t>impresión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materiales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conectividad</w:t>
            </w:r>
            <w:proofErr w:type="spellEnd"/>
            <w:r>
              <w:rPr>
                <w:sz w:val="17"/>
              </w:rPr>
              <w:t xml:space="preserve">, hosting </w:t>
            </w:r>
            <w:proofErr w:type="spellStart"/>
            <w:r>
              <w:rPr>
                <w:sz w:val="17"/>
              </w:rPr>
              <w:t>opcional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prototipado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soporte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1D8E46E7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74397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Fuentes de </w:t>
            </w:r>
            <w:proofErr w:type="spellStart"/>
            <w:r>
              <w:rPr>
                <w:sz w:val="17"/>
              </w:rPr>
              <w:t>sostenibilidad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89CA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Recursos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institucionales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alianzas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fondos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innovación</w:t>
            </w:r>
            <w:proofErr w:type="spellEnd"/>
            <w:r>
              <w:rPr>
                <w:sz w:val="17"/>
              </w:rPr>
              <w:t xml:space="preserve"> y eventual </w:t>
            </w:r>
            <w:proofErr w:type="spellStart"/>
            <w:r>
              <w:rPr>
                <w:sz w:val="17"/>
              </w:rPr>
              <w:t>réplica</w:t>
            </w:r>
            <w:proofErr w:type="spellEnd"/>
            <w:r>
              <w:rPr>
                <w:sz w:val="17"/>
              </w:rPr>
              <w:t xml:space="preserve"> del kit </w:t>
            </w:r>
            <w:proofErr w:type="spellStart"/>
            <w:r>
              <w:rPr>
                <w:sz w:val="17"/>
              </w:rPr>
              <w:t>educativo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costo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recuperación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según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autorización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7642C10A" w14:textId="77777777" w:rsidR="00432064" w:rsidRDefault="00432064">
      <w:pPr>
        <w:spacing w:after="20"/>
        <w:jc w:val="both"/>
      </w:pPr>
    </w:p>
    <w:p w14:paraId="79F49484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XIV. CÁLCULO DE COSTOS</w:t>
      </w:r>
    </w:p>
    <w:p w14:paraId="36F27DC5" w14:textId="77777777" w:rsidR="00432064" w:rsidRDefault="00000000">
      <w:pPr>
        <w:spacing w:after="100" w:line="259" w:lineRule="auto"/>
        <w:jc w:val="both"/>
      </w:pPr>
      <w:r>
        <w:t xml:space="preserve">Para </w:t>
      </w:r>
      <w:proofErr w:type="spellStart"/>
      <w:r>
        <w:t>mostrar</w:t>
      </w:r>
      <w:proofErr w:type="spellEnd"/>
      <w:r>
        <w:t xml:space="preserve"> </w:t>
      </w:r>
      <w:proofErr w:type="spellStart"/>
      <w:r>
        <w:t>viabilidad</w:t>
      </w:r>
      <w:proofErr w:type="spellEnd"/>
      <w:r>
        <w:t xml:space="preserve"> se </w:t>
      </w:r>
      <w:proofErr w:type="spellStart"/>
      <w:r>
        <w:t>plantea</w:t>
      </w:r>
      <w:proofErr w:type="spellEnd"/>
      <w:r>
        <w:t xml:space="preserve"> un </w:t>
      </w:r>
      <w:proofErr w:type="spellStart"/>
      <w:r>
        <w:t>escenario</w:t>
      </w:r>
      <w:proofErr w:type="spellEnd"/>
      <w:r>
        <w:t xml:space="preserve"> </w:t>
      </w:r>
      <w:proofErr w:type="spellStart"/>
      <w:r>
        <w:t>referencial</w:t>
      </w:r>
      <w:proofErr w:type="spellEnd"/>
      <w:r>
        <w:t xml:space="preserve"> de un aula de 30 </w:t>
      </w:r>
      <w:proofErr w:type="spellStart"/>
      <w:r>
        <w:t>estudiantes</w:t>
      </w:r>
      <w:proofErr w:type="spellEnd"/>
      <w:r>
        <w:t xml:space="preserve">. Los </w:t>
      </w:r>
      <w:proofErr w:type="spellStart"/>
      <w:r>
        <w:t>valores</w:t>
      </w:r>
      <w:proofErr w:type="spellEnd"/>
      <w:r>
        <w:t xml:space="preserve"> no son </w:t>
      </w:r>
      <w:proofErr w:type="spellStart"/>
      <w:r>
        <w:t>cotizaciones</w:t>
      </w:r>
      <w:proofErr w:type="spellEnd"/>
      <w:r>
        <w:t xml:space="preserve"> </w:t>
      </w:r>
      <w:proofErr w:type="spellStart"/>
      <w:r>
        <w:t>oficiales</w:t>
      </w:r>
      <w:proofErr w:type="spellEnd"/>
      <w:r>
        <w:t xml:space="preserve"> y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actualizarse</w:t>
      </w:r>
      <w:proofErr w:type="spellEnd"/>
      <w:r>
        <w:t xml:space="preserve"> antes de </w:t>
      </w:r>
      <w:proofErr w:type="spellStart"/>
      <w:r>
        <w:t>ejecutar</w:t>
      </w:r>
      <w:proofErr w:type="spellEnd"/>
      <w:r>
        <w:t xml:space="preserve"> el </w:t>
      </w:r>
      <w:proofErr w:type="spellStart"/>
      <w:r>
        <w:t>proyecto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2464"/>
        <w:gridCol w:w="2460"/>
        <w:gridCol w:w="2460"/>
        <w:gridCol w:w="2459"/>
      </w:tblGrid>
      <w:tr w:rsidR="00432064" w14:paraId="7FF3BF5D" w14:textId="77777777">
        <w:trPr>
          <w:tblHeader/>
          <w:jc w:val="center"/>
        </w:trPr>
        <w:tc>
          <w:tcPr>
            <w:tcW w:w="2465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FC51D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Concepto</w:t>
            </w:r>
            <w:proofErr w:type="spellEnd"/>
          </w:p>
        </w:tc>
        <w:tc>
          <w:tcPr>
            <w:tcW w:w="2465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99525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Cantidad</w:t>
            </w:r>
            <w:proofErr w:type="spellEnd"/>
          </w:p>
        </w:tc>
        <w:tc>
          <w:tcPr>
            <w:tcW w:w="2465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B7B57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Costo </w:t>
            </w:r>
            <w:proofErr w:type="spellStart"/>
            <w:r>
              <w:rPr>
                <w:b/>
                <w:color w:val="FFFFFF"/>
                <w:sz w:val="18"/>
              </w:rPr>
              <w:t>unitario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referencial</w:t>
            </w:r>
            <w:proofErr w:type="spellEnd"/>
          </w:p>
        </w:tc>
        <w:tc>
          <w:tcPr>
            <w:tcW w:w="2465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79CB5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Subtotal</w:t>
            </w:r>
          </w:p>
        </w:tc>
      </w:tr>
      <w:tr w:rsidR="00432064" w14:paraId="382EF21D" w14:textId="77777777">
        <w:trPr>
          <w:jc w:val="center"/>
        </w:trPr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15D7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Tarjetas</w:t>
            </w:r>
            <w:proofErr w:type="spellEnd"/>
            <w:r>
              <w:rPr>
                <w:sz w:val="18"/>
              </w:rPr>
              <w:t xml:space="preserve"> NFC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BF38D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30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B4715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3.00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2C8D2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90.00</w:t>
            </w:r>
          </w:p>
        </w:tc>
      </w:tr>
      <w:tr w:rsidR="00432064" w14:paraId="5DC69E7F" w14:textId="77777777">
        <w:trPr>
          <w:jc w:val="center"/>
        </w:trPr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B037F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Lector NFC USB (</w:t>
            </w: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requiere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20B7C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F60B2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55.00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D85E7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55.00</w:t>
            </w:r>
          </w:p>
        </w:tc>
      </w:tr>
      <w:tr w:rsidR="00432064" w14:paraId="5E62E15F" w14:textId="77777777">
        <w:trPr>
          <w:jc w:val="center"/>
        </w:trPr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B551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Guías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fichas</w:t>
            </w:r>
            <w:proofErr w:type="spellEnd"/>
            <w:r>
              <w:rPr>
                <w:sz w:val="18"/>
              </w:rPr>
              <w:t xml:space="preserve"> impresas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C1CDC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30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C0507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2.00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9C6F8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60.00</w:t>
            </w:r>
          </w:p>
        </w:tc>
      </w:tr>
      <w:tr w:rsidR="00432064" w14:paraId="07CE90D1" w14:textId="77777777">
        <w:trPr>
          <w:jc w:val="center"/>
        </w:trPr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CEC15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Material de </w:t>
            </w:r>
            <w:proofErr w:type="spellStart"/>
            <w:r>
              <w:rPr>
                <w:sz w:val="18"/>
              </w:rPr>
              <w:t>prototipado</w:t>
            </w:r>
            <w:proofErr w:type="spellEnd"/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98AB0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lote</w:t>
            </w:r>
            <w:proofErr w:type="spellEnd"/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A7075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40.00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90F58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40.00</w:t>
            </w:r>
          </w:p>
        </w:tc>
      </w:tr>
      <w:tr w:rsidR="00432064" w14:paraId="21874CAA" w14:textId="77777777">
        <w:trPr>
          <w:jc w:val="center"/>
        </w:trPr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66058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Insignias/</w:t>
            </w:r>
            <w:proofErr w:type="spellStart"/>
            <w:r>
              <w:rPr>
                <w:sz w:val="18"/>
              </w:rPr>
              <w:t>reconocimientos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simbólicos</w:t>
            </w:r>
            <w:proofErr w:type="spellEnd"/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ACF36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lote</w:t>
            </w:r>
            <w:proofErr w:type="spellEnd"/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C09C8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50.00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01C37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50.00</w:t>
            </w:r>
          </w:p>
        </w:tc>
      </w:tr>
      <w:tr w:rsidR="00432064" w14:paraId="0742CD75" w14:textId="77777777">
        <w:trPr>
          <w:jc w:val="center"/>
        </w:trPr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4D1B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Conectividad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datos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pruebas</w:t>
            </w:r>
            <w:proofErr w:type="spellEnd"/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DA5DC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096A0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60.00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F70B0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60.00</w:t>
            </w:r>
          </w:p>
        </w:tc>
      </w:tr>
      <w:tr w:rsidR="00432064" w14:paraId="3F3FBB9A" w14:textId="77777777">
        <w:trPr>
          <w:jc w:val="center"/>
        </w:trPr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0B9DA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Hosting/</w:t>
            </w:r>
            <w:proofErr w:type="spellStart"/>
            <w:r>
              <w:rPr>
                <w:sz w:val="18"/>
              </w:rPr>
              <w:t>dominio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opcional</w:t>
            </w:r>
            <w:proofErr w:type="spellEnd"/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6AA72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5D7D7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120.00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639AE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120.00</w:t>
            </w:r>
          </w:p>
        </w:tc>
      </w:tr>
      <w:tr w:rsidR="00432064" w14:paraId="0853A624" w14:textId="77777777">
        <w:trPr>
          <w:jc w:val="center"/>
        </w:trPr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CD24C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SUBTOTAL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C6ECD" w14:textId="77777777" w:rsidR="00432064" w:rsidRDefault="00432064">
            <w:pPr>
              <w:spacing w:after="0" w:line="240" w:lineRule="auto"/>
            </w:pP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362FF" w14:textId="77777777" w:rsidR="00432064" w:rsidRDefault="00432064">
            <w:pPr>
              <w:spacing w:after="0" w:line="240" w:lineRule="auto"/>
            </w:pP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9B72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475.00</w:t>
            </w:r>
          </w:p>
        </w:tc>
      </w:tr>
      <w:tr w:rsidR="00432064" w14:paraId="6EACA843" w14:textId="77777777">
        <w:trPr>
          <w:jc w:val="center"/>
        </w:trPr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9603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Contingencia</w:t>
            </w:r>
            <w:proofErr w:type="spellEnd"/>
            <w:r>
              <w:rPr>
                <w:sz w:val="18"/>
              </w:rPr>
              <w:t xml:space="preserve"> 10%</w:t>
            </w: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BD240" w14:textId="77777777" w:rsidR="00432064" w:rsidRDefault="00432064">
            <w:pPr>
              <w:spacing w:after="0" w:line="240" w:lineRule="auto"/>
            </w:pP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DBFA9" w14:textId="77777777" w:rsidR="00432064" w:rsidRDefault="00432064">
            <w:pPr>
              <w:spacing w:after="0" w:line="240" w:lineRule="auto"/>
            </w:pPr>
          </w:p>
        </w:tc>
        <w:tc>
          <w:tcPr>
            <w:tcW w:w="2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E8B2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47.50</w:t>
            </w:r>
          </w:p>
        </w:tc>
      </w:tr>
      <w:tr w:rsidR="00432064" w14:paraId="2183CCEC" w14:textId="77777777">
        <w:trPr>
          <w:jc w:val="center"/>
        </w:trPr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FF76B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TOTAL REFERENCIAL</w:t>
            </w: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3AA9A" w14:textId="77777777" w:rsidR="00432064" w:rsidRDefault="00432064">
            <w:pPr>
              <w:spacing w:after="0" w:line="240" w:lineRule="auto"/>
            </w:pP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48A9F" w14:textId="77777777" w:rsidR="00432064" w:rsidRDefault="00432064">
            <w:pPr>
              <w:spacing w:after="0" w:line="240" w:lineRule="auto"/>
            </w:pPr>
          </w:p>
        </w:tc>
        <w:tc>
          <w:tcPr>
            <w:tcW w:w="2465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6C3D5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S/ 522.50</w:t>
            </w:r>
          </w:p>
        </w:tc>
      </w:tr>
    </w:tbl>
    <w:p w14:paraId="58594E07" w14:textId="77777777" w:rsidR="00432064" w:rsidRDefault="00432064">
      <w:pPr>
        <w:spacing w:after="20"/>
        <w:jc w:val="both"/>
      </w:pPr>
    </w:p>
    <w:p w14:paraId="751349A4" w14:textId="77777777" w:rsidR="00432064" w:rsidRDefault="00000000">
      <w:pPr>
        <w:spacing w:after="100" w:line="259" w:lineRule="auto"/>
        <w:jc w:val="both"/>
      </w:pPr>
      <w:proofErr w:type="spellStart"/>
      <w:r>
        <w:t>Cálculo</w:t>
      </w:r>
      <w:proofErr w:type="spellEnd"/>
      <w:r>
        <w:t xml:space="preserve">: S/ 475.00 × 10% = S/ 47.50 de </w:t>
      </w:r>
      <w:proofErr w:type="spellStart"/>
      <w:r>
        <w:t>contingencia</w:t>
      </w:r>
      <w:proofErr w:type="spellEnd"/>
      <w:r>
        <w:t xml:space="preserve">; total = S/ 475.00 + S/ 47.50 = S/ 522.50. Para 30 </w:t>
      </w:r>
      <w:proofErr w:type="spellStart"/>
      <w:r>
        <w:t>estudiantes</w:t>
      </w:r>
      <w:proofErr w:type="spellEnd"/>
      <w:r>
        <w:t xml:space="preserve">, el </w:t>
      </w:r>
      <w:proofErr w:type="spellStart"/>
      <w:r>
        <w:t>costo</w:t>
      </w:r>
      <w:proofErr w:type="spellEnd"/>
      <w:r>
        <w:t xml:space="preserve"> </w:t>
      </w:r>
      <w:proofErr w:type="spellStart"/>
      <w:r>
        <w:t>referencial</w:t>
      </w:r>
      <w:proofErr w:type="spellEnd"/>
      <w:r>
        <w:t xml:space="preserve"> del </w:t>
      </w:r>
      <w:proofErr w:type="spellStart"/>
      <w:r>
        <w:t>prototipo</w:t>
      </w:r>
      <w:proofErr w:type="spellEnd"/>
      <w:r>
        <w:t xml:space="preserve"> equivale a S/ 17.42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(S/ 522.50 ÷ 30). El dinero </w:t>
      </w:r>
      <w:proofErr w:type="spellStart"/>
      <w:r>
        <w:t>que</w:t>
      </w:r>
      <w:proofErr w:type="spellEnd"/>
      <w:r>
        <w:t xml:space="preserve"> las </w:t>
      </w:r>
      <w:proofErr w:type="spellStart"/>
      <w:r>
        <w:t>familias</w:t>
      </w:r>
      <w:proofErr w:type="spellEnd"/>
      <w:r>
        <w:t xml:space="preserve"> </w:t>
      </w:r>
      <w:proofErr w:type="spellStart"/>
      <w:r>
        <w:t>decidan</w:t>
      </w:r>
      <w:proofErr w:type="spellEnd"/>
      <w:r>
        <w:t xml:space="preserve"> </w:t>
      </w:r>
      <w:proofErr w:type="spellStart"/>
      <w:r>
        <w:t>ahorrar</w:t>
      </w:r>
      <w:proofErr w:type="spellEnd"/>
      <w:r>
        <w:t xml:space="preserve"> no forma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presupuesto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>.</w:t>
      </w:r>
    </w:p>
    <w:p w14:paraId="7FFD1661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lastRenderedPageBreak/>
        <w:t>XV. ESTRATEGIA DE COMERCIALIZACIÓN Y SOSTENIBILIDAD</w:t>
      </w:r>
    </w:p>
    <w:p w14:paraId="2B50868B" w14:textId="77777777" w:rsidR="00432064" w:rsidRDefault="00000000">
      <w:pPr>
        <w:spacing w:after="100" w:line="259" w:lineRule="auto"/>
        <w:jc w:val="both"/>
      </w:pPr>
      <w:r>
        <w:t xml:space="preserve">Por </w:t>
      </w:r>
      <w:proofErr w:type="spellStart"/>
      <w:r>
        <w:t>tratarse</w:t>
      </w:r>
      <w:proofErr w:type="spellEnd"/>
      <w:r>
        <w:t xml:space="preserve"> de un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, la </w:t>
      </w:r>
      <w:proofErr w:type="spellStart"/>
      <w:r>
        <w:t>estrategia</w:t>
      </w:r>
      <w:proofErr w:type="spellEnd"/>
      <w:r>
        <w:t xml:space="preserve"> </w:t>
      </w:r>
      <w:proofErr w:type="spellStart"/>
      <w:r>
        <w:t>prioriza</w:t>
      </w:r>
      <w:proofErr w:type="spellEnd"/>
      <w:r>
        <w:t xml:space="preserve"> la </w:t>
      </w:r>
      <w:proofErr w:type="spellStart"/>
      <w:r>
        <w:t>validación</w:t>
      </w:r>
      <w:proofErr w:type="spellEnd"/>
      <w:r>
        <w:t xml:space="preserve"> y la </w:t>
      </w:r>
      <w:proofErr w:type="spellStart"/>
      <w:r>
        <w:t>sostenibilidad</w:t>
      </w:r>
      <w:proofErr w:type="spellEnd"/>
      <w:r>
        <w:t xml:space="preserve"> antes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venta</w:t>
      </w:r>
      <w:proofErr w:type="spellEnd"/>
      <w:r>
        <w:t xml:space="preserve">.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comprobada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utilidad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evolucionar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un </w:t>
      </w:r>
      <w:proofErr w:type="spellStart"/>
      <w:r>
        <w:t>emprendimiento</w:t>
      </w:r>
      <w:proofErr w:type="spellEnd"/>
      <w:r>
        <w:t xml:space="preserve"> social </w:t>
      </w:r>
      <w:proofErr w:type="spellStart"/>
      <w:r>
        <w:t>educativo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432064" w14:paraId="4D65D044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64D59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Etapa</w:t>
            </w:r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23AC7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Estrategia</w:t>
            </w:r>
            <w:proofErr w:type="spellEnd"/>
          </w:p>
        </w:tc>
      </w:tr>
      <w:tr w:rsidR="00432064" w14:paraId="41DE5355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390B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Validación</w:t>
            </w:r>
            <w:proofErr w:type="spellEnd"/>
            <w:r>
              <w:rPr>
                <w:sz w:val="18"/>
              </w:rPr>
              <w:t xml:space="preserve"> interna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4091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Demostración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aula, feria de EPT y </w:t>
            </w:r>
            <w:proofErr w:type="spellStart"/>
            <w:r>
              <w:rPr>
                <w:sz w:val="18"/>
              </w:rPr>
              <w:t>retroalimentación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estudiantes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docentes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familias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7B12B2B9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FCDE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Difusión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AF196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Videos </w:t>
            </w:r>
            <w:proofErr w:type="spellStart"/>
            <w:r>
              <w:rPr>
                <w:sz w:val="18"/>
              </w:rPr>
              <w:t>cortos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afiches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demostraciones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prototipo</w:t>
            </w:r>
            <w:proofErr w:type="spellEnd"/>
            <w:r>
              <w:rPr>
                <w:sz w:val="18"/>
              </w:rPr>
              <w:t xml:space="preserve"> y testimonios de </w:t>
            </w:r>
            <w:proofErr w:type="spellStart"/>
            <w:r>
              <w:rPr>
                <w:sz w:val="18"/>
              </w:rPr>
              <w:t>aprendizaje</w:t>
            </w:r>
            <w:proofErr w:type="spellEnd"/>
            <w:r>
              <w:rPr>
                <w:sz w:val="18"/>
              </w:rPr>
              <w:t xml:space="preserve"> sin </w:t>
            </w:r>
            <w:proofErr w:type="spellStart"/>
            <w:r>
              <w:rPr>
                <w:sz w:val="18"/>
              </w:rPr>
              <w:t>exponer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montos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personales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2F3A2C24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F5BF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Réplica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8F19F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Kit FINAN-CRFA: </w:t>
            </w:r>
            <w:proofErr w:type="spellStart"/>
            <w:r>
              <w:rPr>
                <w:sz w:val="18"/>
              </w:rPr>
              <w:t>guía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docente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acceso</w:t>
            </w:r>
            <w:proofErr w:type="spellEnd"/>
            <w:r>
              <w:rPr>
                <w:sz w:val="18"/>
              </w:rPr>
              <w:t xml:space="preserve"> al </w:t>
            </w:r>
            <w:proofErr w:type="spellStart"/>
            <w:r>
              <w:rPr>
                <w:sz w:val="18"/>
              </w:rPr>
              <w:t>prototipo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tarjetas</w:t>
            </w:r>
            <w:proofErr w:type="spellEnd"/>
            <w:r>
              <w:rPr>
                <w:sz w:val="18"/>
              </w:rPr>
              <w:t xml:space="preserve">/QR + </w:t>
            </w:r>
            <w:proofErr w:type="spellStart"/>
            <w:r>
              <w:rPr>
                <w:sz w:val="18"/>
              </w:rPr>
              <w:t>capacitación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básica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87E3979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C309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Alianzas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06CE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Articulación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instituciones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educativas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municipalidad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universidades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programas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innovación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entidades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educación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financiera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5C36D5D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FBE4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Sostenibilidad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3BC8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Uso de </w:t>
            </w:r>
            <w:proofErr w:type="spellStart"/>
            <w:r>
              <w:rPr>
                <w:sz w:val="18"/>
              </w:rPr>
              <w:t>herramientas</w:t>
            </w:r>
            <w:proofErr w:type="spellEnd"/>
            <w:r>
              <w:rPr>
                <w:sz w:val="18"/>
              </w:rPr>
              <w:t xml:space="preserve"> de bajo </w:t>
            </w:r>
            <w:proofErr w:type="spellStart"/>
            <w:r>
              <w:rPr>
                <w:sz w:val="18"/>
              </w:rPr>
              <w:t>costo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gratuitas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repositorio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materiales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formación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estudiantes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monitores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actualización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anual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contenido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52277D06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7741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Condición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ética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D27A9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No </w:t>
            </w:r>
            <w:proofErr w:type="spellStart"/>
            <w:r>
              <w:rPr>
                <w:sz w:val="18"/>
              </w:rPr>
              <w:t>ofrecer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créditos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depósitos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inversiones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servicios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financieros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cualquier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versión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comercial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será</w:t>
            </w:r>
            <w:proofErr w:type="spellEnd"/>
            <w:r>
              <w:rPr>
                <w:sz w:val="18"/>
              </w:rPr>
              <w:t xml:space="preserve"> un </w:t>
            </w:r>
            <w:proofErr w:type="spellStart"/>
            <w:r>
              <w:rPr>
                <w:sz w:val="18"/>
              </w:rPr>
              <w:t>recurso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educativo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4FF4281E" w14:textId="77777777" w:rsidR="00432064" w:rsidRDefault="00432064">
      <w:pPr>
        <w:spacing w:after="20"/>
        <w:jc w:val="both"/>
      </w:pPr>
    </w:p>
    <w:p w14:paraId="64B3F80A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XVI. INNOVACIÓN DEL PROYECTO</w:t>
      </w:r>
    </w:p>
    <w:p w14:paraId="673F7C1C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Innovación</w:t>
      </w:r>
      <w:proofErr w:type="spellEnd"/>
      <w:r>
        <w:t xml:space="preserve"> </w:t>
      </w:r>
      <w:proofErr w:type="spellStart"/>
      <w:r>
        <w:t>pedagógica</w:t>
      </w:r>
      <w:proofErr w:type="spellEnd"/>
      <w:r>
        <w:t xml:space="preserve">: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financiero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retos</w:t>
      </w:r>
      <w:proofErr w:type="spellEnd"/>
      <w:r>
        <w:t xml:space="preserve">, </w:t>
      </w:r>
      <w:proofErr w:type="spellStart"/>
      <w:r>
        <w:t>toma</w:t>
      </w:r>
      <w:proofErr w:type="spellEnd"/>
      <w:r>
        <w:t xml:space="preserve"> de </w:t>
      </w:r>
      <w:proofErr w:type="spellStart"/>
      <w:r>
        <w:t>decisiones</w:t>
      </w:r>
      <w:proofErr w:type="spellEnd"/>
      <w:r>
        <w:t xml:space="preserve"> y </w:t>
      </w:r>
      <w:proofErr w:type="spellStart"/>
      <w:r>
        <w:t>evidencia</w:t>
      </w:r>
      <w:proofErr w:type="spellEnd"/>
      <w:r>
        <w:t xml:space="preserve"> de </w:t>
      </w:r>
      <w:proofErr w:type="spellStart"/>
      <w:r>
        <w:t>progreso</w:t>
      </w:r>
      <w:proofErr w:type="spellEnd"/>
      <w:r>
        <w:t xml:space="preserve">, no solo </w:t>
      </w:r>
      <w:proofErr w:type="spellStart"/>
      <w:r>
        <w:t>exposición</w:t>
      </w:r>
      <w:proofErr w:type="spellEnd"/>
      <w:r>
        <w:t xml:space="preserve"> </w:t>
      </w:r>
      <w:proofErr w:type="spellStart"/>
      <w:r>
        <w:t>teórica</w:t>
      </w:r>
      <w:proofErr w:type="spellEnd"/>
      <w:r>
        <w:t>.</w:t>
      </w:r>
    </w:p>
    <w:p w14:paraId="09892E45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Innovación</w:t>
      </w:r>
      <w:proofErr w:type="spellEnd"/>
      <w:r>
        <w:t xml:space="preserve"> </w:t>
      </w:r>
      <w:proofErr w:type="spellStart"/>
      <w:r>
        <w:t>tecnológica</w:t>
      </w:r>
      <w:proofErr w:type="spellEnd"/>
      <w:r>
        <w:t xml:space="preserve">: </w:t>
      </w:r>
      <w:proofErr w:type="spellStart"/>
      <w:r>
        <w:t>identificación</w:t>
      </w:r>
      <w:proofErr w:type="spellEnd"/>
      <w:r>
        <w:t xml:space="preserve"> NFC/QR y </w:t>
      </w:r>
      <w:proofErr w:type="spellStart"/>
      <w:r>
        <w:t>tablero</w:t>
      </w:r>
      <w:proofErr w:type="spellEnd"/>
      <w:r>
        <w:t xml:space="preserve"> digital para registrar y </w:t>
      </w:r>
      <w:proofErr w:type="spellStart"/>
      <w:r>
        <w:t>visualizar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>.</w:t>
      </w:r>
    </w:p>
    <w:p w14:paraId="6EC0B659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Innovación</w:t>
      </w:r>
      <w:proofErr w:type="spellEnd"/>
      <w:r>
        <w:t xml:space="preserve"> </w:t>
      </w:r>
      <w:proofErr w:type="spellStart"/>
      <w:r>
        <w:t>conductual</w:t>
      </w:r>
      <w:proofErr w:type="spellEnd"/>
      <w:r>
        <w:t xml:space="preserve">: </w:t>
      </w:r>
      <w:proofErr w:type="spellStart"/>
      <w:r>
        <w:t>pequeñas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, </w:t>
      </w:r>
      <w:proofErr w:type="spellStart"/>
      <w:r>
        <w:t>retroalimentación</w:t>
      </w:r>
      <w:proofErr w:type="spellEnd"/>
      <w:r>
        <w:t xml:space="preserve"> </w:t>
      </w:r>
      <w:proofErr w:type="spellStart"/>
      <w:r>
        <w:t>frecuente</w:t>
      </w:r>
      <w:proofErr w:type="spellEnd"/>
      <w:r>
        <w:t xml:space="preserve">, </w:t>
      </w:r>
      <w:proofErr w:type="spellStart"/>
      <w:r>
        <w:t>rachas</w:t>
      </w:r>
      <w:proofErr w:type="spellEnd"/>
      <w:r>
        <w:t xml:space="preserve"> e insignias para </w:t>
      </w:r>
      <w:proofErr w:type="spellStart"/>
      <w:r>
        <w:t>favorecer</w:t>
      </w:r>
      <w:proofErr w:type="spellEnd"/>
      <w:r>
        <w:t xml:space="preserve"> </w:t>
      </w:r>
      <w:proofErr w:type="spellStart"/>
      <w:r>
        <w:t>constancia</w:t>
      </w:r>
      <w:proofErr w:type="spellEnd"/>
      <w:r>
        <w:t xml:space="preserve"> sin </w:t>
      </w:r>
      <w:proofErr w:type="spellStart"/>
      <w:r>
        <w:t>convertir</w:t>
      </w:r>
      <w:proofErr w:type="spellEnd"/>
      <w:r>
        <w:t xml:space="preserve"> el dinero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competencia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>.</w:t>
      </w:r>
    </w:p>
    <w:p w14:paraId="722077C1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Innovación</w:t>
      </w:r>
      <w:proofErr w:type="spellEnd"/>
      <w:r>
        <w:t xml:space="preserve"> social: </w:t>
      </w:r>
      <w:proofErr w:type="spellStart"/>
      <w:r>
        <w:t>conexión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–familia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retos</w:t>
      </w:r>
      <w:proofErr w:type="spellEnd"/>
      <w:r>
        <w:t xml:space="preserve"> </w:t>
      </w:r>
      <w:proofErr w:type="spellStart"/>
      <w:r>
        <w:t>voluntarios</w:t>
      </w:r>
      <w:proofErr w:type="spellEnd"/>
      <w:r>
        <w:t xml:space="preserve"> de </w:t>
      </w:r>
      <w:proofErr w:type="spellStart"/>
      <w:r>
        <w:t>presupuesto</w:t>
      </w:r>
      <w:proofErr w:type="spellEnd"/>
      <w:r>
        <w:t xml:space="preserve">, </w:t>
      </w:r>
      <w:proofErr w:type="spellStart"/>
      <w:r>
        <w:t>ahorro</w:t>
      </w:r>
      <w:proofErr w:type="spellEnd"/>
      <w:r>
        <w:t xml:space="preserve"> y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>.</w:t>
      </w:r>
    </w:p>
    <w:p w14:paraId="629F1807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Innovación</w:t>
      </w:r>
      <w:proofErr w:type="spellEnd"/>
      <w:r>
        <w:t xml:space="preserve"> de </w:t>
      </w:r>
      <w:proofErr w:type="spellStart"/>
      <w:r>
        <w:t>gestión</w:t>
      </w:r>
      <w:proofErr w:type="spellEnd"/>
      <w:r>
        <w:t xml:space="preserve">: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agregados</w:t>
      </w:r>
      <w:proofErr w:type="spellEnd"/>
      <w:r>
        <w:t xml:space="preserve"> para </w:t>
      </w:r>
      <w:proofErr w:type="spellStart"/>
      <w:r>
        <w:t>evaluar</w:t>
      </w:r>
      <w:proofErr w:type="spellEnd"/>
      <w:r>
        <w:t xml:space="preserve"> el </w:t>
      </w:r>
      <w:proofErr w:type="spellStart"/>
      <w:r>
        <w:t>proyecto</w:t>
      </w:r>
      <w:proofErr w:type="spellEnd"/>
      <w:r>
        <w:t xml:space="preserve">, </w:t>
      </w:r>
      <w:proofErr w:type="spellStart"/>
      <w:r>
        <w:t>detectar</w:t>
      </w:r>
      <w:proofErr w:type="spellEnd"/>
      <w:r>
        <w:t xml:space="preserve"> </w:t>
      </w:r>
      <w:proofErr w:type="spellStart"/>
      <w:r>
        <w:t>dificultades</w:t>
      </w:r>
      <w:proofErr w:type="spellEnd"/>
      <w:r>
        <w:t xml:space="preserve"> y </w:t>
      </w:r>
      <w:proofErr w:type="spellStart"/>
      <w:r>
        <w:t>proponer</w:t>
      </w:r>
      <w:proofErr w:type="spellEnd"/>
      <w:r>
        <w:t xml:space="preserve"> </w:t>
      </w:r>
      <w:proofErr w:type="spellStart"/>
      <w:r>
        <w:t>mejoras</w:t>
      </w:r>
      <w:proofErr w:type="spellEnd"/>
      <w:r>
        <w:t>.</w:t>
      </w:r>
    </w:p>
    <w:p w14:paraId="0C69BA8F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XVII. IMPACTO ESPERADO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3281"/>
        <w:gridCol w:w="3281"/>
        <w:gridCol w:w="3281"/>
      </w:tblGrid>
      <w:tr w:rsidR="00432064" w14:paraId="2AC45D73" w14:textId="77777777">
        <w:trPr>
          <w:tblHeader/>
          <w:jc w:val="center"/>
        </w:trPr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6B6A5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Dimensión</w:t>
            </w:r>
            <w:proofErr w:type="spellEnd"/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9C8B6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 xml:space="preserve">Impacto </w:t>
            </w:r>
            <w:proofErr w:type="spellStart"/>
            <w:r>
              <w:rPr>
                <w:b/>
                <w:color w:val="FFFFFF"/>
                <w:sz w:val="17"/>
              </w:rPr>
              <w:t>esperado</w:t>
            </w:r>
            <w:proofErr w:type="spellEnd"/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5AFC2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Cómo</w:t>
            </w:r>
            <w:proofErr w:type="spellEnd"/>
            <w:r>
              <w:rPr>
                <w:b/>
                <w:color w:val="FFFFFF"/>
                <w:sz w:val="17"/>
              </w:rPr>
              <w:t xml:space="preserve"> se </w:t>
            </w:r>
            <w:proofErr w:type="spellStart"/>
            <w:r>
              <w:rPr>
                <w:b/>
                <w:color w:val="FFFFFF"/>
                <w:sz w:val="17"/>
              </w:rPr>
              <w:t>verificará</w:t>
            </w:r>
            <w:proofErr w:type="spellEnd"/>
          </w:p>
        </w:tc>
      </w:tr>
      <w:tr w:rsidR="00432064" w14:paraId="109D940B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1D28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Educativo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759E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Mejora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comprensión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ahorro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presupuesto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metas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toma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decisiones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0648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Comparación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diagnóstico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inicial</w:t>
            </w:r>
            <w:proofErr w:type="spellEnd"/>
            <w:r>
              <w:rPr>
                <w:sz w:val="17"/>
              </w:rPr>
              <w:t xml:space="preserve">/final; </w:t>
            </w:r>
            <w:proofErr w:type="spellStart"/>
            <w:r>
              <w:rPr>
                <w:sz w:val="17"/>
              </w:rPr>
              <w:t>productos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rúbricas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2D2E71C0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52D49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Económico-</w:t>
            </w:r>
            <w:proofErr w:type="spellStart"/>
            <w:r>
              <w:rPr>
                <w:sz w:val="17"/>
              </w:rPr>
              <w:t>formativo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70157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Mayor </w:t>
            </w:r>
            <w:proofErr w:type="spellStart"/>
            <w:r>
              <w:rPr>
                <w:sz w:val="17"/>
              </w:rPr>
              <w:t>capacidad</w:t>
            </w:r>
            <w:proofErr w:type="spellEnd"/>
            <w:r>
              <w:rPr>
                <w:sz w:val="17"/>
              </w:rPr>
              <w:t xml:space="preserve"> para </w:t>
            </w:r>
            <w:proofErr w:type="spellStart"/>
            <w:r>
              <w:rPr>
                <w:sz w:val="17"/>
              </w:rPr>
              <w:t>planificar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recursos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reconocer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gastos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pequeños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B4CC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Presupuestos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elaborados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retos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cumplidos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reflexión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decisiones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571F761B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E9057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Social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43F4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Trabajo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cooperativo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responsabilidad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apoyo</w:t>
            </w:r>
            <w:proofErr w:type="spellEnd"/>
            <w:r>
              <w:rPr>
                <w:sz w:val="17"/>
              </w:rPr>
              <w:t xml:space="preserve"> entre pares.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C99A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Rúbrica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trabajo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equipo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participación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3F9426A7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2CCDD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Familiar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A191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Conversaciones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acuerdos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sobre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metas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consumo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responsable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098D7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Registro </w:t>
            </w:r>
            <w:proofErr w:type="spellStart"/>
            <w:r>
              <w:rPr>
                <w:sz w:val="17"/>
              </w:rPr>
              <w:t>voluntario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retos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familiares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encuesta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percepción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6778CC78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BB780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lastRenderedPageBreak/>
              <w:t>Tecnológico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B7361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Uso </w:t>
            </w:r>
            <w:proofErr w:type="spellStart"/>
            <w:r>
              <w:rPr>
                <w:sz w:val="17"/>
              </w:rPr>
              <w:t>responsable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herramientas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digitales</w:t>
            </w:r>
            <w:proofErr w:type="spellEnd"/>
            <w:r>
              <w:rPr>
                <w:sz w:val="17"/>
              </w:rPr>
              <w:t xml:space="preserve"> para resolver </w:t>
            </w:r>
            <w:proofErr w:type="spellStart"/>
            <w:r>
              <w:rPr>
                <w:sz w:val="17"/>
              </w:rPr>
              <w:t>una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necesidad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62DD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Prototipo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funcional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evidencias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uso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38E8AAD8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9091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Institucional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F5821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Modelo replicable de </w:t>
            </w:r>
            <w:proofErr w:type="spellStart"/>
            <w:r>
              <w:rPr>
                <w:sz w:val="17"/>
              </w:rPr>
              <w:t>educación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financiera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EPT.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4C579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Guía, </w:t>
            </w:r>
            <w:proofErr w:type="spellStart"/>
            <w:r>
              <w:rPr>
                <w:sz w:val="17"/>
              </w:rPr>
              <w:t>protocolo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presentación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feria/</w:t>
            </w:r>
            <w:proofErr w:type="spellStart"/>
            <w:r>
              <w:rPr>
                <w:sz w:val="17"/>
              </w:rPr>
              <w:t>espacio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institucional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2846B04A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EEBEC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Ambiental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D933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Promoción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consumo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consciente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reutilización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materiales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prototipado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4FCE4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Retos de </w:t>
            </w:r>
            <w:proofErr w:type="spellStart"/>
            <w:r>
              <w:rPr>
                <w:sz w:val="17"/>
              </w:rPr>
              <w:t>consumo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responsable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registro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materiales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reutilizados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46283D05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5CB38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Personal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1EFF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Autonomía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perseverancia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orientación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metas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0DC8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Autoevaluación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seguimiento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metas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32064" w14:paraId="795E26DA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9C1E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Ético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0B9F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Comprensión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manejo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responsable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datos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límites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una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herramienta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educativa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C47D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Cumplimiento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protocolo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privacidad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uso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seguro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2C05682A" w14:textId="77777777" w:rsidR="00432064" w:rsidRDefault="00432064">
      <w:pPr>
        <w:spacing w:after="20"/>
        <w:jc w:val="both"/>
      </w:pPr>
    </w:p>
    <w:p w14:paraId="6679ED8B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XVIII. CRONOGRAMA DE ACTIVIDADES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384"/>
        <w:gridCol w:w="1080"/>
        <w:gridCol w:w="1800"/>
        <w:gridCol w:w="2232"/>
      </w:tblGrid>
      <w:tr w:rsidR="00432064" w14:paraId="3E2550D1" w14:textId="77777777">
        <w:trPr>
          <w:tblHeader/>
          <w:jc w:val="center"/>
        </w:trPr>
        <w:tc>
          <w:tcPr>
            <w:tcW w:w="64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AE8FA" w14:textId="77777777" w:rsidR="00432064" w:rsidRDefault="00000000">
            <w:pPr>
              <w:jc w:val="center"/>
            </w:pPr>
            <w:proofErr w:type="gramStart"/>
            <w:r>
              <w:rPr>
                <w:b/>
                <w:color w:val="FFFFFF"/>
                <w:sz w:val="16"/>
              </w:rPr>
              <w:t>N.º</w:t>
            </w:r>
            <w:proofErr w:type="gramEnd"/>
          </w:p>
        </w:tc>
        <w:tc>
          <w:tcPr>
            <w:tcW w:w="338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8A5D9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Actividad</w:t>
            </w:r>
            <w:proofErr w:type="spellEnd"/>
          </w:p>
        </w:tc>
        <w:tc>
          <w:tcPr>
            <w:tcW w:w="1080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F4661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Periodo</w:t>
            </w:r>
            <w:proofErr w:type="spellEnd"/>
          </w:p>
        </w:tc>
        <w:tc>
          <w:tcPr>
            <w:tcW w:w="1800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ABDB32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Responsable</w:t>
            </w:r>
            <w:proofErr w:type="spellEnd"/>
          </w:p>
        </w:tc>
        <w:tc>
          <w:tcPr>
            <w:tcW w:w="223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4CC7A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Producto</w:t>
            </w:r>
            <w:proofErr w:type="spellEnd"/>
            <w:r>
              <w:rPr>
                <w:b/>
                <w:color w:val="FFFFFF"/>
                <w:sz w:val="16"/>
              </w:rPr>
              <w:t xml:space="preserve"> / </w:t>
            </w:r>
            <w:proofErr w:type="spellStart"/>
            <w:r>
              <w:rPr>
                <w:b/>
                <w:color w:val="FFFFFF"/>
                <w:sz w:val="16"/>
              </w:rPr>
              <w:t>evidencia</w:t>
            </w:r>
            <w:proofErr w:type="spellEnd"/>
          </w:p>
        </w:tc>
      </w:tr>
      <w:tr w:rsidR="00432064" w14:paraId="2E7367B7" w14:textId="77777777">
        <w:trPr>
          <w:jc w:val="center"/>
        </w:trPr>
        <w:tc>
          <w:tcPr>
            <w:tcW w:w="6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A3C5D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0A9ED8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Organización del </w:t>
            </w:r>
            <w:proofErr w:type="spellStart"/>
            <w:r>
              <w:rPr>
                <w:sz w:val="16"/>
              </w:rPr>
              <w:t>equipo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definición</w:t>
            </w:r>
            <w:proofErr w:type="spellEnd"/>
            <w:r>
              <w:rPr>
                <w:sz w:val="16"/>
              </w:rPr>
              <w:t xml:space="preserve"> de roles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C7CE5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S1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D0080C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Equipo </w:t>
            </w:r>
            <w:proofErr w:type="spellStart"/>
            <w:r>
              <w:rPr>
                <w:sz w:val="16"/>
              </w:rPr>
              <w:t>completo</w:t>
            </w:r>
            <w:proofErr w:type="spellEnd"/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1B0A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Matriz</w:t>
            </w:r>
            <w:proofErr w:type="spellEnd"/>
            <w:r>
              <w:rPr>
                <w:sz w:val="16"/>
              </w:rPr>
              <w:t xml:space="preserve"> de roles y </w:t>
            </w:r>
            <w:proofErr w:type="spellStart"/>
            <w:r>
              <w:rPr>
                <w:sz w:val="16"/>
              </w:rPr>
              <w:t>acuerdos</w:t>
            </w:r>
            <w:proofErr w:type="spellEnd"/>
          </w:p>
        </w:tc>
      </w:tr>
      <w:tr w:rsidR="00432064" w14:paraId="001C9092" w14:textId="77777777">
        <w:trPr>
          <w:jc w:val="center"/>
        </w:trPr>
        <w:tc>
          <w:tcPr>
            <w:tcW w:w="6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5E97EC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3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6F44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Diagnóstico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encuesta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entrevistas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línea</w:t>
            </w:r>
            <w:proofErr w:type="spellEnd"/>
            <w:r>
              <w:rPr>
                <w:sz w:val="16"/>
              </w:rPr>
              <w:t xml:space="preserve"> de base</w:t>
            </w:r>
          </w:p>
        </w:tc>
        <w:tc>
          <w:tcPr>
            <w:tcW w:w="10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071752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S1–S2</w:t>
            </w:r>
          </w:p>
        </w:tc>
        <w:tc>
          <w:tcPr>
            <w:tcW w:w="180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68D9C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Equipo de </w:t>
            </w:r>
            <w:proofErr w:type="spellStart"/>
            <w:r>
              <w:rPr>
                <w:sz w:val="16"/>
              </w:rPr>
              <w:t>investigación</w:t>
            </w:r>
            <w:proofErr w:type="spellEnd"/>
          </w:p>
        </w:tc>
        <w:tc>
          <w:tcPr>
            <w:tcW w:w="223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39E4C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>Línea de base</w:t>
            </w:r>
          </w:p>
        </w:tc>
      </w:tr>
      <w:tr w:rsidR="00432064" w14:paraId="52FA6E7C" w14:textId="77777777">
        <w:trPr>
          <w:jc w:val="center"/>
        </w:trPr>
        <w:tc>
          <w:tcPr>
            <w:tcW w:w="6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E2E50A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798CB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Definición</w:t>
            </w:r>
            <w:proofErr w:type="spellEnd"/>
            <w:r>
              <w:rPr>
                <w:sz w:val="16"/>
              </w:rPr>
              <w:t xml:space="preserve"> del </w:t>
            </w:r>
            <w:proofErr w:type="spellStart"/>
            <w:r>
              <w:rPr>
                <w:sz w:val="16"/>
              </w:rPr>
              <w:t>problema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formulación</w:t>
            </w:r>
            <w:proofErr w:type="spellEnd"/>
            <w:r>
              <w:rPr>
                <w:sz w:val="16"/>
              </w:rPr>
              <w:t xml:space="preserve"> del </w:t>
            </w:r>
            <w:proofErr w:type="spellStart"/>
            <w:r>
              <w:rPr>
                <w:sz w:val="16"/>
              </w:rPr>
              <w:t>reto</w:t>
            </w:r>
            <w:proofErr w:type="spellEnd"/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86023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S2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CEAC5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Equipo </w:t>
            </w:r>
            <w:proofErr w:type="spellStart"/>
            <w:r>
              <w:rPr>
                <w:sz w:val="16"/>
              </w:rPr>
              <w:t>completo</w:t>
            </w:r>
            <w:proofErr w:type="spellEnd"/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7490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Problema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reto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validados</w:t>
            </w:r>
            <w:proofErr w:type="spellEnd"/>
          </w:p>
        </w:tc>
      </w:tr>
      <w:tr w:rsidR="00432064" w14:paraId="60F5CADF" w14:textId="77777777">
        <w:trPr>
          <w:jc w:val="center"/>
        </w:trPr>
        <w:tc>
          <w:tcPr>
            <w:tcW w:w="6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D6110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33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190B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Ideación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selección</w:t>
            </w:r>
            <w:proofErr w:type="spellEnd"/>
            <w:r>
              <w:rPr>
                <w:sz w:val="16"/>
              </w:rPr>
              <w:t xml:space="preserve"> de la </w:t>
            </w:r>
            <w:proofErr w:type="spellStart"/>
            <w:r>
              <w:rPr>
                <w:sz w:val="16"/>
              </w:rPr>
              <w:t>propuesta</w:t>
            </w:r>
            <w:proofErr w:type="spellEnd"/>
            <w:r>
              <w:rPr>
                <w:sz w:val="16"/>
              </w:rPr>
              <w:t xml:space="preserve"> de valor</w:t>
            </w:r>
          </w:p>
        </w:tc>
        <w:tc>
          <w:tcPr>
            <w:tcW w:w="10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A41C1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S2–S3</w:t>
            </w:r>
          </w:p>
        </w:tc>
        <w:tc>
          <w:tcPr>
            <w:tcW w:w="180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97191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Equipo de </w:t>
            </w:r>
            <w:proofErr w:type="spellStart"/>
            <w:r>
              <w:rPr>
                <w:sz w:val="16"/>
              </w:rPr>
              <w:t>diseño</w:t>
            </w:r>
            <w:proofErr w:type="spellEnd"/>
          </w:p>
        </w:tc>
        <w:tc>
          <w:tcPr>
            <w:tcW w:w="223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6833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Propuesta</w:t>
            </w:r>
            <w:proofErr w:type="spellEnd"/>
            <w:r>
              <w:rPr>
                <w:sz w:val="16"/>
              </w:rPr>
              <w:t xml:space="preserve"> de valor</w:t>
            </w:r>
          </w:p>
        </w:tc>
      </w:tr>
      <w:tr w:rsidR="00432064" w14:paraId="4526444D" w14:textId="77777777">
        <w:trPr>
          <w:jc w:val="center"/>
        </w:trPr>
        <w:tc>
          <w:tcPr>
            <w:tcW w:w="6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4B5B0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6AF14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Diseño</w:t>
            </w:r>
            <w:proofErr w:type="spellEnd"/>
            <w:r>
              <w:rPr>
                <w:sz w:val="16"/>
              </w:rPr>
              <w:t xml:space="preserve"> del </w:t>
            </w:r>
            <w:proofErr w:type="spellStart"/>
            <w:r>
              <w:rPr>
                <w:sz w:val="16"/>
              </w:rPr>
              <w:t>prototipo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reglas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gamificación</w:t>
            </w:r>
            <w:proofErr w:type="spellEnd"/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B66664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S3–S4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82D60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Diseño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tecnología</w:t>
            </w:r>
            <w:proofErr w:type="spellEnd"/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8CFB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Prototipo</w:t>
            </w:r>
            <w:proofErr w:type="spellEnd"/>
            <w:r>
              <w:rPr>
                <w:sz w:val="16"/>
              </w:rPr>
              <w:t xml:space="preserve"> visual</w:t>
            </w:r>
          </w:p>
        </w:tc>
      </w:tr>
      <w:tr w:rsidR="00432064" w14:paraId="313DE3AE" w14:textId="77777777">
        <w:trPr>
          <w:jc w:val="center"/>
        </w:trPr>
        <w:tc>
          <w:tcPr>
            <w:tcW w:w="6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7121D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33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EE21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Configuración</w:t>
            </w:r>
            <w:proofErr w:type="spellEnd"/>
            <w:r>
              <w:rPr>
                <w:sz w:val="16"/>
              </w:rPr>
              <w:t xml:space="preserve"> NFC/QR y </w:t>
            </w:r>
            <w:proofErr w:type="spellStart"/>
            <w:r>
              <w:rPr>
                <w:sz w:val="16"/>
              </w:rPr>
              <w:t>pruebas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técnicas</w:t>
            </w:r>
            <w:proofErr w:type="spellEnd"/>
          </w:p>
        </w:tc>
        <w:tc>
          <w:tcPr>
            <w:tcW w:w="10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D35F7F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S4–S5</w:t>
            </w:r>
          </w:p>
        </w:tc>
        <w:tc>
          <w:tcPr>
            <w:tcW w:w="180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036340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Equipo </w:t>
            </w:r>
            <w:proofErr w:type="spellStart"/>
            <w:r>
              <w:rPr>
                <w:sz w:val="16"/>
              </w:rPr>
              <w:t>técnico</w:t>
            </w:r>
            <w:proofErr w:type="spellEnd"/>
          </w:p>
        </w:tc>
        <w:tc>
          <w:tcPr>
            <w:tcW w:w="223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37F77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Registro </w:t>
            </w:r>
            <w:proofErr w:type="spellStart"/>
            <w:r>
              <w:rPr>
                <w:sz w:val="16"/>
              </w:rPr>
              <w:t>funcional</w:t>
            </w:r>
            <w:proofErr w:type="spellEnd"/>
          </w:p>
        </w:tc>
      </w:tr>
      <w:tr w:rsidR="00432064" w14:paraId="1B37FA32" w14:textId="77777777">
        <w:trPr>
          <w:jc w:val="center"/>
        </w:trPr>
        <w:tc>
          <w:tcPr>
            <w:tcW w:w="6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544FD2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6FB4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Prueba</w:t>
            </w:r>
            <w:proofErr w:type="spellEnd"/>
            <w:r>
              <w:rPr>
                <w:sz w:val="16"/>
              </w:rPr>
              <w:t xml:space="preserve"> con </w:t>
            </w:r>
            <w:proofErr w:type="spellStart"/>
            <w:r>
              <w:rPr>
                <w:sz w:val="16"/>
              </w:rPr>
              <w:t>usuarios</w:t>
            </w:r>
            <w:proofErr w:type="spellEnd"/>
            <w:r>
              <w:rPr>
                <w:sz w:val="16"/>
              </w:rPr>
              <w:t xml:space="preserve"> e </w:t>
            </w:r>
            <w:proofErr w:type="spellStart"/>
            <w:r>
              <w:rPr>
                <w:sz w:val="16"/>
              </w:rPr>
              <w:t>incorporación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mejoras</w:t>
            </w:r>
            <w:proofErr w:type="spellEnd"/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4059B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S5–S6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37C12F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Equipo de </w:t>
            </w:r>
            <w:proofErr w:type="spellStart"/>
            <w:r>
              <w:rPr>
                <w:sz w:val="16"/>
              </w:rPr>
              <w:t>validación</w:t>
            </w:r>
            <w:proofErr w:type="spellEnd"/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FAF28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Versión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mejorada</w:t>
            </w:r>
            <w:proofErr w:type="spellEnd"/>
          </w:p>
        </w:tc>
      </w:tr>
      <w:tr w:rsidR="00432064" w14:paraId="1491125E" w14:textId="77777777">
        <w:trPr>
          <w:jc w:val="center"/>
        </w:trPr>
        <w:tc>
          <w:tcPr>
            <w:tcW w:w="6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860404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33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4DB9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Implementación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sesiones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retos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financieros</w:t>
            </w:r>
            <w:proofErr w:type="spellEnd"/>
          </w:p>
        </w:tc>
        <w:tc>
          <w:tcPr>
            <w:tcW w:w="10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798E18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S6–S8</w:t>
            </w:r>
          </w:p>
        </w:tc>
        <w:tc>
          <w:tcPr>
            <w:tcW w:w="180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CFED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Docente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estudiantes</w:t>
            </w:r>
            <w:proofErr w:type="spellEnd"/>
          </w:p>
        </w:tc>
        <w:tc>
          <w:tcPr>
            <w:tcW w:w="223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D8787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Evidencias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uso</w:t>
            </w:r>
            <w:proofErr w:type="spellEnd"/>
          </w:p>
        </w:tc>
      </w:tr>
      <w:tr w:rsidR="00432064" w14:paraId="76401CA3" w14:textId="77777777">
        <w:trPr>
          <w:jc w:val="center"/>
        </w:trPr>
        <w:tc>
          <w:tcPr>
            <w:tcW w:w="6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A6409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5C767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Evaluación</w:t>
            </w:r>
            <w:proofErr w:type="spellEnd"/>
            <w:r>
              <w:rPr>
                <w:sz w:val="16"/>
              </w:rPr>
              <w:t xml:space="preserve"> final y </w:t>
            </w:r>
            <w:proofErr w:type="spellStart"/>
            <w:r>
              <w:rPr>
                <w:sz w:val="16"/>
              </w:rPr>
              <w:t>análisis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resultados</w:t>
            </w:r>
            <w:proofErr w:type="spellEnd"/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39EB8D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S8–S9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E7A22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Equipo de </w:t>
            </w:r>
            <w:proofErr w:type="spellStart"/>
            <w:r>
              <w:rPr>
                <w:sz w:val="16"/>
              </w:rPr>
              <w:t>evaluación</w:t>
            </w:r>
            <w:proofErr w:type="spellEnd"/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03223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Informe de </w:t>
            </w:r>
            <w:proofErr w:type="spellStart"/>
            <w:r>
              <w:rPr>
                <w:sz w:val="16"/>
              </w:rPr>
              <w:t>resultados</w:t>
            </w:r>
            <w:proofErr w:type="spellEnd"/>
          </w:p>
        </w:tc>
      </w:tr>
      <w:tr w:rsidR="00432064" w14:paraId="62EF19F5" w14:textId="77777777">
        <w:trPr>
          <w:jc w:val="center"/>
        </w:trPr>
        <w:tc>
          <w:tcPr>
            <w:tcW w:w="6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794B3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33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057B1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Presentación, feria y </w:t>
            </w:r>
            <w:proofErr w:type="gramStart"/>
            <w:r>
              <w:rPr>
                <w:sz w:val="16"/>
              </w:rPr>
              <w:t>plan</w:t>
            </w:r>
            <w:proofErr w:type="gram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continuidad</w:t>
            </w:r>
            <w:proofErr w:type="spellEnd"/>
          </w:p>
        </w:tc>
        <w:tc>
          <w:tcPr>
            <w:tcW w:w="10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A0F1C6" w14:textId="77777777" w:rsidR="0043206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S9–S10</w:t>
            </w:r>
          </w:p>
        </w:tc>
        <w:tc>
          <w:tcPr>
            <w:tcW w:w="180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6815E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Comunicación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coordinación</w:t>
            </w:r>
            <w:proofErr w:type="spellEnd"/>
          </w:p>
        </w:tc>
        <w:tc>
          <w:tcPr>
            <w:tcW w:w="223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1D9BCF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Presentación y </w:t>
            </w:r>
            <w:proofErr w:type="gramStart"/>
            <w:r>
              <w:rPr>
                <w:sz w:val="16"/>
              </w:rPr>
              <w:t>plan</w:t>
            </w:r>
            <w:proofErr w:type="gram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sostenibilidad</w:t>
            </w:r>
            <w:proofErr w:type="spellEnd"/>
          </w:p>
        </w:tc>
      </w:tr>
    </w:tbl>
    <w:p w14:paraId="09C3A9F8" w14:textId="77777777" w:rsidR="00432064" w:rsidRDefault="00432064">
      <w:pPr>
        <w:spacing w:after="20"/>
        <w:jc w:val="both"/>
      </w:pPr>
    </w:p>
    <w:p w14:paraId="325C3A07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XIX. MATRIZ DE PRESUPUESTO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1970"/>
        <w:gridCol w:w="1967"/>
        <w:gridCol w:w="1968"/>
        <w:gridCol w:w="1968"/>
        <w:gridCol w:w="1970"/>
      </w:tblGrid>
      <w:tr w:rsidR="00432064" w14:paraId="2B8896E6" w14:textId="77777777">
        <w:trPr>
          <w:tblHeader/>
          <w:jc w:val="center"/>
        </w:trPr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AFB75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Rubro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D73F8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 xml:space="preserve">Monto </w:t>
            </w:r>
            <w:proofErr w:type="spellStart"/>
            <w:r>
              <w:rPr>
                <w:b/>
                <w:color w:val="FFFFFF"/>
                <w:sz w:val="17"/>
              </w:rPr>
              <w:t>referencial</w:t>
            </w:r>
            <w:proofErr w:type="spellEnd"/>
            <w:r>
              <w:rPr>
                <w:b/>
                <w:color w:val="FFFFFF"/>
                <w:sz w:val="17"/>
              </w:rPr>
              <w:t xml:space="preserve"> (S/)</w:t>
            </w:r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6E157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 xml:space="preserve">Fuente </w:t>
            </w:r>
            <w:proofErr w:type="spellStart"/>
            <w:r>
              <w:rPr>
                <w:b/>
                <w:color w:val="FFFFFF"/>
                <w:sz w:val="17"/>
              </w:rPr>
              <w:t>posible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F7DD4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Responsable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B02D5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Momento</w:t>
            </w:r>
            <w:proofErr w:type="spellEnd"/>
          </w:p>
        </w:tc>
      </w:tr>
      <w:tr w:rsidR="00432064" w14:paraId="793A2585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1B02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Tarjetas</w:t>
            </w:r>
            <w:proofErr w:type="spellEnd"/>
            <w:r>
              <w:rPr>
                <w:sz w:val="17"/>
              </w:rPr>
              <w:t xml:space="preserve"> NFC / QR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F7D4A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90.00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677C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Aporte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institucional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equipo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D8C06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</w:t>
            </w:r>
            <w:proofErr w:type="spellStart"/>
            <w:r>
              <w:rPr>
                <w:sz w:val="17"/>
              </w:rPr>
              <w:t>técnico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1724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Inicio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prototipo</w:t>
            </w:r>
            <w:proofErr w:type="spellEnd"/>
          </w:p>
        </w:tc>
      </w:tr>
      <w:tr w:rsidR="00432064" w14:paraId="6DD360EC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E58C6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Lector NFC </w:t>
            </w:r>
            <w:proofErr w:type="spellStart"/>
            <w:r>
              <w:rPr>
                <w:sz w:val="17"/>
              </w:rPr>
              <w:t>opcional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08EB5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55.00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630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Aporte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institucional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aliado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638D7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</w:t>
            </w:r>
            <w:proofErr w:type="spellStart"/>
            <w:r>
              <w:rPr>
                <w:sz w:val="17"/>
              </w:rPr>
              <w:t>técnico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F664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Prototipado</w:t>
            </w:r>
            <w:proofErr w:type="spellEnd"/>
          </w:p>
        </w:tc>
      </w:tr>
      <w:tr w:rsidR="00432064" w14:paraId="5DE57306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A213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Impresiones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guías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A0365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60.00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0F23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Institución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familias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según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autorización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7F3A1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</w:t>
            </w:r>
            <w:proofErr w:type="spellStart"/>
            <w:r>
              <w:rPr>
                <w:sz w:val="17"/>
              </w:rPr>
              <w:t>pedagógico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A395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Implementación</w:t>
            </w:r>
            <w:proofErr w:type="spellEnd"/>
          </w:p>
        </w:tc>
      </w:tr>
      <w:tr w:rsidR="00432064" w14:paraId="7D032E85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A9987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Material de </w:t>
            </w:r>
            <w:proofErr w:type="spellStart"/>
            <w:r>
              <w:rPr>
                <w:sz w:val="17"/>
              </w:rPr>
              <w:t>prototipado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09C8B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40.00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26BC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Aporte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proyecto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E28C8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de </w:t>
            </w:r>
            <w:proofErr w:type="spellStart"/>
            <w:r>
              <w:rPr>
                <w:sz w:val="17"/>
              </w:rPr>
              <w:t>diseño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F58E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Ideación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prototipo</w:t>
            </w:r>
            <w:proofErr w:type="spellEnd"/>
          </w:p>
        </w:tc>
      </w:tr>
      <w:tr w:rsidR="00432064" w14:paraId="1B52EBA5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CADE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Reconocimientos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lastRenderedPageBreak/>
              <w:t>simbólicos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7A3D3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lastRenderedPageBreak/>
              <w:t>50.00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49EB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Aporte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institucional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lastRenderedPageBreak/>
              <w:t>aliados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9636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lastRenderedPageBreak/>
              <w:t>Docente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7B54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Implementación</w:t>
            </w:r>
            <w:proofErr w:type="spellEnd"/>
          </w:p>
        </w:tc>
      </w:tr>
      <w:tr w:rsidR="00432064" w14:paraId="6E11EAB4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6D3E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Conectividad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C699D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60.00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C68F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Institución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proyecto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325F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Responsable</w:t>
            </w:r>
            <w:proofErr w:type="spellEnd"/>
            <w:r>
              <w:rPr>
                <w:sz w:val="17"/>
              </w:rPr>
              <w:t xml:space="preserve"> TIC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45FF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Pruebas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implementación</w:t>
            </w:r>
            <w:proofErr w:type="spellEnd"/>
          </w:p>
        </w:tc>
      </w:tr>
      <w:tr w:rsidR="00432064" w14:paraId="1E0F3AEA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5FE24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Hosting/</w:t>
            </w:r>
            <w:proofErr w:type="spellStart"/>
            <w:r>
              <w:rPr>
                <w:sz w:val="17"/>
              </w:rPr>
              <w:t>dominio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opcional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38392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120.00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B3F6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Institución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aliado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AF65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Responsable</w:t>
            </w:r>
            <w:proofErr w:type="spellEnd"/>
            <w:r>
              <w:rPr>
                <w:sz w:val="17"/>
              </w:rPr>
              <w:t xml:space="preserve"> TIC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9C88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Despliegue</w:t>
            </w:r>
            <w:proofErr w:type="spellEnd"/>
          </w:p>
        </w:tc>
      </w:tr>
      <w:tr w:rsidR="00432064" w14:paraId="7C7B9E1C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3E23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Contingencia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B706A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47.50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4711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Reserva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proyecto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27BD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Coordinación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662D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Según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necesidad</w:t>
            </w:r>
            <w:proofErr w:type="spellEnd"/>
          </w:p>
        </w:tc>
      </w:tr>
      <w:tr w:rsidR="00432064" w14:paraId="613D805C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D92AE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TOTAL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0F673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522.50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B806E" w14:textId="77777777" w:rsidR="00432064" w:rsidRDefault="00432064">
            <w:pPr>
              <w:spacing w:after="0" w:line="240" w:lineRule="auto"/>
            </w:pP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ACFF4" w14:textId="77777777" w:rsidR="00432064" w:rsidRDefault="00432064">
            <w:pPr>
              <w:spacing w:after="0" w:line="240" w:lineRule="auto"/>
            </w:pP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8B53C" w14:textId="77777777" w:rsidR="00432064" w:rsidRDefault="00432064">
            <w:pPr>
              <w:spacing w:after="0" w:line="240" w:lineRule="auto"/>
            </w:pPr>
          </w:p>
        </w:tc>
      </w:tr>
    </w:tbl>
    <w:p w14:paraId="0F7220CB" w14:textId="77777777" w:rsidR="00432064" w:rsidRDefault="00432064">
      <w:pPr>
        <w:spacing w:after="20"/>
        <w:jc w:val="both"/>
      </w:pPr>
    </w:p>
    <w:p w14:paraId="2860B748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XX. PLAN OPERATIVO DE EJECUCIÓN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1968"/>
        <w:gridCol w:w="1967"/>
        <w:gridCol w:w="1968"/>
        <w:gridCol w:w="1970"/>
        <w:gridCol w:w="1970"/>
      </w:tblGrid>
      <w:tr w:rsidR="00432064" w14:paraId="06A97471" w14:textId="77777777">
        <w:trPr>
          <w:tblHeader/>
          <w:jc w:val="center"/>
        </w:trPr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40D17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Objetivo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operativo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6ED38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Actividad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74A39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Responsable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72E1F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Recursos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124B1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Producto</w:t>
            </w:r>
            <w:proofErr w:type="spellEnd"/>
            <w:r>
              <w:rPr>
                <w:b/>
                <w:color w:val="FFFFFF"/>
                <w:sz w:val="17"/>
              </w:rPr>
              <w:t>/</w:t>
            </w:r>
            <w:proofErr w:type="spellStart"/>
            <w:r>
              <w:rPr>
                <w:b/>
                <w:color w:val="FFFFFF"/>
                <w:sz w:val="17"/>
              </w:rPr>
              <w:t>indicador</w:t>
            </w:r>
            <w:proofErr w:type="spellEnd"/>
          </w:p>
        </w:tc>
      </w:tr>
      <w:tr w:rsidR="00432064" w14:paraId="73C3A060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4DA3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Diagnosticar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4F8B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Aplicar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encuesta</w:t>
            </w:r>
            <w:proofErr w:type="spellEnd"/>
            <w:r>
              <w:rPr>
                <w:sz w:val="17"/>
              </w:rPr>
              <w:t xml:space="preserve"> breve y </w:t>
            </w:r>
            <w:proofErr w:type="spellStart"/>
            <w:r>
              <w:rPr>
                <w:sz w:val="17"/>
              </w:rPr>
              <w:t>entrevistas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5E11D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de </w:t>
            </w:r>
            <w:proofErr w:type="spellStart"/>
            <w:r>
              <w:rPr>
                <w:sz w:val="17"/>
              </w:rPr>
              <w:t>investigación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9F99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Instrumentos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formularios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7F5F6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Línea de base </w:t>
            </w:r>
            <w:proofErr w:type="spellStart"/>
            <w:r>
              <w:rPr>
                <w:sz w:val="17"/>
              </w:rPr>
              <w:t>validada</w:t>
            </w:r>
            <w:proofErr w:type="spellEnd"/>
          </w:p>
        </w:tc>
      </w:tr>
      <w:tr w:rsidR="00432064" w14:paraId="0B5D644F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C840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Diseñar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2C642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Crear </w:t>
            </w:r>
            <w:proofErr w:type="spellStart"/>
            <w:r>
              <w:rPr>
                <w:sz w:val="17"/>
              </w:rPr>
              <w:t>propuesta</w:t>
            </w:r>
            <w:proofErr w:type="spellEnd"/>
            <w:r>
              <w:rPr>
                <w:sz w:val="17"/>
              </w:rPr>
              <w:t xml:space="preserve"> de valor, </w:t>
            </w:r>
            <w:proofErr w:type="spellStart"/>
            <w:r>
              <w:rPr>
                <w:sz w:val="17"/>
              </w:rPr>
              <w:t>flujo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pantallas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C9C28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de </w:t>
            </w:r>
            <w:proofErr w:type="spellStart"/>
            <w:r>
              <w:rPr>
                <w:sz w:val="17"/>
              </w:rPr>
              <w:t>diseño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F7DA1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Canva/Figma/</w:t>
            </w:r>
            <w:proofErr w:type="spellStart"/>
            <w:r>
              <w:rPr>
                <w:sz w:val="17"/>
              </w:rPr>
              <w:t>papel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34DD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Prototipo</w:t>
            </w:r>
            <w:proofErr w:type="spellEnd"/>
            <w:r>
              <w:rPr>
                <w:sz w:val="17"/>
              </w:rPr>
              <w:t xml:space="preserve"> visual</w:t>
            </w:r>
          </w:p>
        </w:tc>
      </w:tr>
      <w:tr w:rsidR="00432064" w14:paraId="3CC1A546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DD74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Construir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8C1E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Desarrollar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versión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funcional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registro</w:t>
            </w:r>
            <w:proofErr w:type="spellEnd"/>
            <w:r>
              <w:rPr>
                <w:sz w:val="17"/>
              </w:rPr>
              <w:t xml:space="preserve"> NFC/QR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42944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</w:t>
            </w:r>
            <w:proofErr w:type="spellStart"/>
            <w:r>
              <w:rPr>
                <w:sz w:val="17"/>
              </w:rPr>
              <w:t>técnico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FE7D3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PC, software, </w:t>
            </w:r>
            <w:proofErr w:type="spellStart"/>
            <w:r>
              <w:rPr>
                <w:sz w:val="17"/>
              </w:rPr>
              <w:t>tarjetas</w:t>
            </w:r>
            <w:proofErr w:type="spellEnd"/>
            <w:r>
              <w:rPr>
                <w:sz w:val="17"/>
              </w:rPr>
              <w:t>/QR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D667D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MVP </w:t>
            </w:r>
            <w:proofErr w:type="spellStart"/>
            <w:r>
              <w:rPr>
                <w:sz w:val="17"/>
              </w:rPr>
              <w:t>funcional</w:t>
            </w:r>
            <w:proofErr w:type="spellEnd"/>
          </w:p>
        </w:tc>
      </w:tr>
      <w:tr w:rsidR="00432064" w14:paraId="3AD03DAB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E3C6D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>Validar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1252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Realizar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pruebas</w:t>
            </w:r>
            <w:proofErr w:type="spellEnd"/>
            <w:r>
              <w:rPr>
                <w:sz w:val="17"/>
              </w:rPr>
              <w:t xml:space="preserve"> con </w:t>
            </w:r>
            <w:proofErr w:type="spellStart"/>
            <w:r>
              <w:rPr>
                <w:sz w:val="17"/>
              </w:rPr>
              <w:t>usuarios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BE153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de </w:t>
            </w:r>
            <w:proofErr w:type="spellStart"/>
            <w:r>
              <w:rPr>
                <w:sz w:val="17"/>
              </w:rPr>
              <w:t>validación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00CE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Rúbrica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encuesta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C25BB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Lista </w:t>
            </w:r>
            <w:proofErr w:type="spellStart"/>
            <w:r>
              <w:rPr>
                <w:sz w:val="17"/>
              </w:rPr>
              <w:t>priorizada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mejoras</w:t>
            </w:r>
            <w:proofErr w:type="spellEnd"/>
          </w:p>
        </w:tc>
      </w:tr>
      <w:tr w:rsidR="00432064" w14:paraId="50FE6432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A8E9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Implementar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CAC3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Ejecutar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sesiones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retos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79BC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Docente</w:t>
            </w:r>
            <w:proofErr w:type="spellEnd"/>
            <w:r>
              <w:rPr>
                <w:sz w:val="17"/>
              </w:rPr>
              <w:t xml:space="preserve"> + </w:t>
            </w:r>
            <w:proofErr w:type="spellStart"/>
            <w:r>
              <w:rPr>
                <w:sz w:val="17"/>
              </w:rPr>
              <w:t>estudiantes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F6340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App, </w:t>
            </w:r>
            <w:proofErr w:type="spellStart"/>
            <w:r>
              <w:rPr>
                <w:sz w:val="17"/>
              </w:rPr>
              <w:t>guía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fichas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F7F2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Evidencias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uso</w:t>
            </w:r>
            <w:proofErr w:type="spellEnd"/>
          </w:p>
        </w:tc>
      </w:tr>
      <w:tr w:rsidR="00432064" w14:paraId="49E55200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6A84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Evaluar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1BA8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Comparar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indicadores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recoger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satisfacción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CA821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de </w:t>
            </w:r>
            <w:proofErr w:type="spellStart"/>
            <w:r>
              <w:rPr>
                <w:sz w:val="17"/>
              </w:rPr>
              <w:t>evaluación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AB58F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Base de </w:t>
            </w:r>
            <w:proofErr w:type="spellStart"/>
            <w:r>
              <w:rPr>
                <w:sz w:val="17"/>
              </w:rPr>
              <w:t>datos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rúbrica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3F1EF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Informe de </w:t>
            </w:r>
            <w:proofErr w:type="spellStart"/>
            <w:r>
              <w:rPr>
                <w:sz w:val="17"/>
              </w:rPr>
              <w:t>resultados</w:t>
            </w:r>
            <w:proofErr w:type="spellEnd"/>
          </w:p>
        </w:tc>
      </w:tr>
      <w:tr w:rsidR="00432064" w14:paraId="6F58D27F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7A91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Escalar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E77B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7"/>
              </w:rPr>
              <w:t>Documentar</w:t>
            </w:r>
            <w:proofErr w:type="spellEnd"/>
            <w:r>
              <w:rPr>
                <w:sz w:val="17"/>
              </w:rPr>
              <w:t xml:space="preserve"> y </w:t>
            </w:r>
            <w:proofErr w:type="spellStart"/>
            <w:r>
              <w:rPr>
                <w:sz w:val="17"/>
              </w:rPr>
              <w:t>presentar</w:t>
            </w:r>
            <w:proofErr w:type="spellEnd"/>
            <w:r>
              <w:rPr>
                <w:sz w:val="17"/>
              </w:rPr>
              <w:t xml:space="preserve"> el </w:t>
            </w:r>
            <w:proofErr w:type="spellStart"/>
            <w:r>
              <w:rPr>
                <w:sz w:val="17"/>
              </w:rPr>
              <w:t>proyecto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3E008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Equipo </w:t>
            </w:r>
            <w:proofErr w:type="spellStart"/>
            <w:r>
              <w:rPr>
                <w:sz w:val="17"/>
              </w:rPr>
              <w:t>completo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654FE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Guía y </w:t>
            </w:r>
            <w:proofErr w:type="spellStart"/>
            <w:r>
              <w:rPr>
                <w:sz w:val="17"/>
              </w:rPr>
              <w:t>presentación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7760F" w14:textId="77777777" w:rsidR="00432064" w:rsidRDefault="00000000">
            <w:pPr>
              <w:spacing w:after="0" w:line="240" w:lineRule="auto"/>
            </w:pPr>
            <w:r>
              <w:rPr>
                <w:sz w:val="17"/>
              </w:rPr>
              <w:t xml:space="preserve">Plan de </w:t>
            </w:r>
            <w:proofErr w:type="spellStart"/>
            <w:r>
              <w:rPr>
                <w:sz w:val="17"/>
              </w:rPr>
              <w:t>sostenibilidad</w:t>
            </w:r>
            <w:proofErr w:type="spellEnd"/>
          </w:p>
        </w:tc>
      </w:tr>
    </w:tbl>
    <w:p w14:paraId="3D90430E" w14:textId="77777777" w:rsidR="00432064" w:rsidRDefault="00432064">
      <w:pPr>
        <w:spacing w:after="20"/>
        <w:jc w:val="both"/>
      </w:pPr>
    </w:p>
    <w:p w14:paraId="62693FBC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XXI. PERTINENCIA DEL PROYECTO</w:t>
      </w:r>
    </w:p>
    <w:p w14:paraId="7ABEEC5B" w14:textId="77777777" w:rsidR="00432064" w:rsidRDefault="00000000">
      <w:pPr>
        <w:spacing w:after="100" w:line="259" w:lineRule="auto"/>
        <w:jc w:val="both"/>
      </w:pPr>
      <w:r>
        <w:t xml:space="preserve">FINAN-CRFA es </w:t>
      </w:r>
      <w:proofErr w:type="spellStart"/>
      <w:r>
        <w:t>pertinente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responde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necesidad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</w:t>
      </w:r>
      <w:proofErr w:type="spellStart"/>
      <w:r>
        <w:t>concreta</w:t>
      </w:r>
      <w:proofErr w:type="spellEnd"/>
      <w:r>
        <w:t xml:space="preserve"> —</w:t>
      </w:r>
      <w:proofErr w:type="spellStart"/>
      <w:r>
        <w:t>fortalecer</w:t>
      </w:r>
      <w:proofErr w:type="spellEnd"/>
      <w:r>
        <w:t xml:space="preserve"> la </w:t>
      </w:r>
      <w:proofErr w:type="spellStart"/>
      <w:r>
        <w:t>gestión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 xml:space="preserve"> y la </w:t>
      </w:r>
      <w:proofErr w:type="spellStart"/>
      <w:r>
        <w:t>cultura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 xml:space="preserve">—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solución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moviliza</w:t>
      </w:r>
      <w:proofErr w:type="spellEnd"/>
      <w:r>
        <w:t xml:space="preserve"> las </w:t>
      </w:r>
      <w:proofErr w:type="spellStart"/>
      <w:r>
        <w:t>capacidades</w:t>
      </w:r>
      <w:proofErr w:type="spellEnd"/>
      <w:r>
        <w:t xml:space="preserve"> del </w:t>
      </w:r>
      <w:proofErr w:type="spellStart"/>
      <w:r>
        <w:t>área</w:t>
      </w:r>
      <w:proofErr w:type="spellEnd"/>
      <w:r>
        <w:t xml:space="preserve"> de EPT. Para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, el </w:t>
      </w:r>
      <w:proofErr w:type="spellStart"/>
      <w:r>
        <w:t>currículo</w:t>
      </w:r>
      <w:proofErr w:type="spellEnd"/>
      <w:r>
        <w:t xml:space="preserve"> </w:t>
      </w:r>
      <w:proofErr w:type="spellStart"/>
      <w:r>
        <w:t>espera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indague</w:t>
      </w:r>
      <w:proofErr w:type="spellEnd"/>
      <w:r>
        <w:t xml:space="preserve"> </w:t>
      </w:r>
      <w:proofErr w:type="spellStart"/>
      <w:r>
        <w:t>necesidades</w:t>
      </w:r>
      <w:proofErr w:type="spellEnd"/>
      <w:r>
        <w:t xml:space="preserve">, </w:t>
      </w:r>
      <w:proofErr w:type="spellStart"/>
      <w:r>
        <w:t>formule</w:t>
      </w:r>
      <w:proofErr w:type="spellEnd"/>
      <w:r>
        <w:t xml:space="preserve"> </w:t>
      </w:r>
      <w:proofErr w:type="spellStart"/>
      <w:r>
        <w:t>propuestas</w:t>
      </w:r>
      <w:proofErr w:type="spellEnd"/>
      <w:r>
        <w:t xml:space="preserve"> </w:t>
      </w:r>
      <w:proofErr w:type="spellStart"/>
      <w:r>
        <w:t>creativas</w:t>
      </w:r>
      <w:proofErr w:type="spellEnd"/>
      <w:r>
        <w:t xml:space="preserve">, las </w:t>
      </w:r>
      <w:proofErr w:type="spellStart"/>
      <w:r>
        <w:t>represente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prototipos</w:t>
      </w:r>
      <w:proofErr w:type="spellEnd"/>
      <w:r>
        <w:t xml:space="preserve">, </w:t>
      </w:r>
      <w:proofErr w:type="spellStart"/>
      <w:r>
        <w:t>planifique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, </w:t>
      </w:r>
      <w:proofErr w:type="spellStart"/>
      <w:r>
        <w:t>trabaje</w:t>
      </w:r>
      <w:proofErr w:type="spellEnd"/>
      <w:r>
        <w:t xml:space="preserve"> </w:t>
      </w:r>
      <w:proofErr w:type="spellStart"/>
      <w:r>
        <w:t>cooperativamente</w:t>
      </w:r>
      <w:proofErr w:type="spellEnd"/>
      <w:r>
        <w:t xml:space="preserve"> y </w:t>
      </w:r>
      <w:proofErr w:type="spellStart"/>
      <w:r>
        <w:t>formule</w:t>
      </w:r>
      <w:proofErr w:type="spellEnd"/>
      <w:r>
        <w:t xml:space="preserve"> </w:t>
      </w:r>
      <w:proofErr w:type="spellStart"/>
      <w:r>
        <w:t>indicadores</w:t>
      </w:r>
      <w:proofErr w:type="spellEnd"/>
      <w:r>
        <w:t xml:space="preserve"> para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procesos</w:t>
      </w:r>
      <w:proofErr w:type="spellEnd"/>
      <w:r>
        <w:t xml:space="preserve"> e </w:t>
      </w:r>
      <w:proofErr w:type="spellStart"/>
      <w:r>
        <w:t>impactos</w:t>
      </w:r>
      <w:proofErr w:type="spellEnd"/>
      <w:r>
        <w:t xml:space="preserve">; </w:t>
      </w:r>
      <w:proofErr w:type="spellStart"/>
      <w:r>
        <w:t>esas</w:t>
      </w:r>
      <w:proofErr w:type="spellEnd"/>
      <w:r>
        <w:t xml:space="preserve"> </w:t>
      </w:r>
      <w:proofErr w:type="spellStart"/>
      <w:r>
        <w:t>acciones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incorporadas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explícita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proyecto</w:t>
      </w:r>
      <w:proofErr w:type="spellEnd"/>
      <w:r>
        <w:t>.</w:t>
      </w:r>
    </w:p>
    <w:p w14:paraId="097E4FD4" w14:textId="77777777" w:rsidR="00432064" w:rsidRDefault="00000000">
      <w:pPr>
        <w:spacing w:after="100" w:line="259" w:lineRule="auto"/>
        <w:jc w:val="both"/>
      </w:pPr>
      <w:r>
        <w:t xml:space="preserve">También es </w:t>
      </w:r>
      <w:proofErr w:type="spellStart"/>
      <w:r>
        <w:t>pertinente</w:t>
      </w:r>
      <w:proofErr w:type="spellEnd"/>
      <w:r>
        <w:t xml:space="preserve"> para la comunidad </w:t>
      </w:r>
      <w:proofErr w:type="spellStart"/>
      <w:r>
        <w:t>porque</w:t>
      </w:r>
      <w:proofErr w:type="spellEnd"/>
      <w:r>
        <w:t xml:space="preserve"> vincula el </w:t>
      </w:r>
      <w:proofErr w:type="spellStart"/>
      <w:r>
        <w:t>aprendizaje</w:t>
      </w:r>
      <w:proofErr w:type="spellEnd"/>
      <w:r>
        <w:t xml:space="preserve"> escolar con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cotidianas</w:t>
      </w:r>
      <w:proofErr w:type="spellEnd"/>
      <w:r>
        <w:t xml:space="preserve"> del </w:t>
      </w:r>
      <w:proofErr w:type="spellStart"/>
      <w:r>
        <w:t>hogar</w:t>
      </w:r>
      <w:proofErr w:type="spellEnd"/>
      <w:r>
        <w:t xml:space="preserve">, y es </w:t>
      </w:r>
      <w:proofErr w:type="spellStart"/>
      <w:r>
        <w:t>tecnológicamente</w:t>
      </w:r>
      <w:proofErr w:type="spellEnd"/>
      <w:r>
        <w:t xml:space="preserve"> viable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iniciar</w:t>
      </w:r>
      <w:proofErr w:type="spellEnd"/>
      <w:r>
        <w:t xml:space="preserve"> con </w:t>
      </w:r>
      <w:proofErr w:type="spellStart"/>
      <w:r>
        <w:t>herramientas</w:t>
      </w:r>
      <w:proofErr w:type="spellEnd"/>
      <w:r>
        <w:t xml:space="preserve"> </w:t>
      </w:r>
      <w:proofErr w:type="spellStart"/>
      <w:r>
        <w:t>sencillas</w:t>
      </w:r>
      <w:proofErr w:type="spellEnd"/>
      <w:r>
        <w:t xml:space="preserve"> (</w:t>
      </w:r>
      <w:proofErr w:type="spellStart"/>
      <w:r>
        <w:t>formularios</w:t>
      </w:r>
      <w:proofErr w:type="spellEnd"/>
      <w:r>
        <w:t xml:space="preserve">, hoja de </w:t>
      </w:r>
      <w:proofErr w:type="spellStart"/>
      <w:r>
        <w:t>cálculo</w:t>
      </w:r>
      <w:proofErr w:type="spellEnd"/>
      <w:r>
        <w:t xml:space="preserve">, QR) y </w:t>
      </w:r>
      <w:proofErr w:type="spellStart"/>
      <w:r>
        <w:t>evolucionar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NFC 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aplicación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completa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>.</w:t>
      </w:r>
    </w:p>
    <w:p w14:paraId="4DC939BA" w14:textId="77777777" w:rsidR="00432064" w:rsidRDefault="00000000">
      <w:pPr>
        <w:spacing w:after="100" w:line="259" w:lineRule="auto"/>
        <w:jc w:val="both"/>
      </w:pPr>
      <w:r>
        <w:t xml:space="preserve">La </w:t>
      </w:r>
      <w:proofErr w:type="spellStart"/>
      <w:r>
        <w:t>pertinencia</w:t>
      </w:r>
      <w:proofErr w:type="spellEnd"/>
      <w:r>
        <w:t xml:space="preserve">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confirmarse</w:t>
      </w:r>
      <w:proofErr w:type="spellEnd"/>
      <w:r>
        <w:t xml:space="preserve"> con la </w:t>
      </w:r>
      <w:proofErr w:type="spellStart"/>
      <w:r>
        <w:t>línea</w:t>
      </w:r>
      <w:proofErr w:type="spellEnd"/>
      <w:r>
        <w:t xml:space="preserve"> de base y la </w:t>
      </w:r>
      <w:proofErr w:type="spellStart"/>
      <w:r>
        <w:t>validación</w:t>
      </w:r>
      <w:proofErr w:type="spellEnd"/>
      <w:r>
        <w:t xml:space="preserve"> con </w:t>
      </w:r>
      <w:proofErr w:type="spellStart"/>
      <w:r>
        <w:t>estudiantes</w:t>
      </w:r>
      <w:proofErr w:type="spellEnd"/>
      <w:r>
        <w:t xml:space="preserve"> y </w:t>
      </w:r>
      <w:proofErr w:type="spellStart"/>
      <w:r>
        <w:t>familias</w:t>
      </w:r>
      <w:proofErr w:type="spellEnd"/>
      <w:r>
        <w:t xml:space="preserve">. Si el </w:t>
      </w:r>
      <w:proofErr w:type="spellStart"/>
      <w:r>
        <w:t>diagnóstico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barreras de </w:t>
      </w:r>
      <w:proofErr w:type="spellStart"/>
      <w:r>
        <w:t>conectividad</w:t>
      </w:r>
      <w:proofErr w:type="spellEnd"/>
      <w:r>
        <w:t xml:space="preserve"> o baja </w:t>
      </w:r>
      <w:proofErr w:type="spellStart"/>
      <w:r>
        <w:t>disponibilidad</w:t>
      </w:r>
      <w:proofErr w:type="spellEnd"/>
      <w:r>
        <w:t xml:space="preserve"> de </w:t>
      </w:r>
      <w:proofErr w:type="spellStart"/>
      <w:r>
        <w:t>teléfonos</w:t>
      </w:r>
      <w:proofErr w:type="spellEnd"/>
      <w:r>
        <w:t xml:space="preserve">, el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priorizará</w:t>
      </w:r>
      <w:proofErr w:type="spellEnd"/>
      <w:r>
        <w:t xml:space="preserve"> la </w:t>
      </w:r>
      <w:proofErr w:type="spellStart"/>
      <w:r>
        <w:t>modalidad</w:t>
      </w:r>
      <w:proofErr w:type="spellEnd"/>
      <w:r>
        <w:t xml:space="preserve"> QR/</w:t>
      </w:r>
      <w:proofErr w:type="spellStart"/>
      <w:r>
        <w:t>papel</w:t>
      </w:r>
      <w:proofErr w:type="spellEnd"/>
      <w:r>
        <w:t xml:space="preserve"> y </w:t>
      </w:r>
      <w:proofErr w:type="spellStart"/>
      <w:r>
        <w:t>sincronización</w:t>
      </w:r>
      <w:proofErr w:type="spellEnd"/>
      <w:r>
        <w:t xml:space="preserve"> posterior.</w:t>
      </w:r>
    </w:p>
    <w:p w14:paraId="3BB879E0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lastRenderedPageBreak/>
        <w:t>XXII. BENEFICIARIOS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3281"/>
        <w:gridCol w:w="3281"/>
        <w:gridCol w:w="3281"/>
      </w:tblGrid>
      <w:tr w:rsidR="00432064" w14:paraId="661368E0" w14:textId="77777777">
        <w:trPr>
          <w:tblHeader/>
          <w:jc w:val="center"/>
        </w:trPr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85008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30B96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Beneficiarios</w:t>
            </w:r>
            <w:proofErr w:type="spellEnd"/>
          </w:p>
        </w:tc>
        <w:tc>
          <w:tcPr>
            <w:tcW w:w="3286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05AAC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Beneficio</w:t>
            </w:r>
            <w:proofErr w:type="spellEnd"/>
          </w:p>
        </w:tc>
      </w:tr>
      <w:tr w:rsidR="00432064" w14:paraId="4337239A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B44E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Directos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EF82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Estudiantes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segundo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participantes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1FC4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Competencias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emprendedoras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financieras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digitales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práctica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metas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presupuesto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55D9B24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DAA8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Directos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4DAB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Docente</w:t>
            </w:r>
            <w:proofErr w:type="spellEnd"/>
            <w:r>
              <w:rPr>
                <w:sz w:val="18"/>
              </w:rPr>
              <w:t xml:space="preserve"> de EPT y </w:t>
            </w:r>
            <w:proofErr w:type="spellStart"/>
            <w:r>
              <w:rPr>
                <w:sz w:val="18"/>
              </w:rPr>
              <w:t>equipo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pedagógico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82D4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Herramienta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práctica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proyectos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emprendimiento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evaluación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evidencias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49AFBBF9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57D3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Indirectos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13EE2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Familias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63BC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Recursos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retos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dialogar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sobre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ahorro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presupuesto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consumo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responsable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75B94B3" w14:textId="77777777">
        <w:trPr>
          <w:jc w:val="center"/>
        </w:trPr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B1D4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Indirectos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EA36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Institución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educativa</w:t>
            </w:r>
            <w:proofErr w:type="spellEnd"/>
          </w:p>
        </w:tc>
        <w:tc>
          <w:tcPr>
            <w:tcW w:w="328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071D3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Modelo replicable y </w:t>
            </w:r>
            <w:proofErr w:type="spellStart"/>
            <w:r>
              <w:rPr>
                <w:sz w:val="18"/>
              </w:rPr>
              <w:t>evidencia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innovación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pedagógica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5BA564E0" w14:textId="77777777">
        <w:trPr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48A58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Potenciales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C1A5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Otras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instituciones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aliados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BB40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Kit y </w:t>
            </w:r>
            <w:proofErr w:type="spellStart"/>
            <w:r>
              <w:rPr>
                <w:sz w:val="18"/>
              </w:rPr>
              <w:t>metodología</w:t>
            </w:r>
            <w:proofErr w:type="spellEnd"/>
            <w:r>
              <w:rPr>
                <w:sz w:val="18"/>
              </w:rPr>
              <w:t xml:space="preserve"> adaptable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otros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contextos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731BCF65" w14:textId="77777777" w:rsidR="00432064" w:rsidRDefault="00432064">
      <w:pPr>
        <w:spacing w:after="20"/>
        <w:jc w:val="both"/>
      </w:pPr>
    </w:p>
    <w:p w14:paraId="0CF056B9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XXIII. LOGROS ESPERADOS</w:t>
      </w:r>
    </w:p>
    <w:p w14:paraId="7B3BA296" w14:textId="77777777" w:rsidR="00432064" w:rsidRDefault="00000000">
      <w:pPr>
        <w:spacing w:after="100" w:line="259" w:lineRule="auto"/>
        <w:jc w:val="both"/>
      </w:pPr>
      <w:r>
        <w:t xml:space="preserve">Los </w:t>
      </w:r>
      <w:proofErr w:type="spellStart"/>
      <w:r>
        <w:t>siguientes</w:t>
      </w:r>
      <w:proofErr w:type="spellEnd"/>
      <w:r>
        <w:t xml:space="preserve"> son </w:t>
      </w:r>
      <w:proofErr w:type="spellStart"/>
      <w:r>
        <w:t>logros</w:t>
      </w:r>
      <w:proofErr w:type="spellEnd"/>
      <w:r>
        <w:t xml:space="preserve"> </w:t>
      </w:r>
      <w:proofErr w:type="spellStart"/>
      <w:r>
        <w:t>esperados</w:t>
      </w:r>
      <w:proofErr w:type="spellEnd"/>
      <w:r>
        <w:t xml:space="preserve">; no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presentarse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</w:t>
      </w:r>
      <w:proofErr w:type="spellStart"/>
      <w:r>
        <w:t>alcanzados</w:t>
      </w:r>
      <w:proofErr w:type="spellEnd"/>
      <w:r>
        <w:t xml:space="preserve"> hasta </w:t>
      </w:r>
      <w:proofErr w:type="spellStart"/>
      <w:r>
        <w:t>finalizar</w:t>
      </w:r>
      <w:proofErr w:type="spellEnd"/>
      <w:r>
        <w:t xml:space="preserve"> la </w:t>
      </w:r>
      <w:proofErr w:type="spellStart"/>
      <w:r>
        <w:t>ejecución</w:t>
      </w:r>
      <w:proofErr w:type="spellEnd"/>
      <w:r>
        <w:t xml:space="preserve"> y </w:t>
      </w:r>
      <w:proofErr w:type="spellStart"/>
      <w:r>
        <w:t>contar</w:t>
      </w:r>
      <w:proofErr w:type="spellEnd"/>
      <w:r>
        <w:t xml:space="preserve"> con </w:t>
      </w:r>
      <w:proofErr w:type="spellStart"/>
      <w:r>
        <w:t>evidencias</w:t>
      </w:r>
      <w:proofErr w:type="spellEnd"/>
      <w:r>
        <w:t>.</w:t>
      </w:r>
    </w:p>
    <w:p w14:paraId="39D95B37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Prototipo</w:t>
      </w:r>
      <w:proofErr w:type="spellEnd"/>
      <w:r>
        <w:t xml:space="preserve"> FINAN-CRFA </w:t>
      </w:r>
      <w:proofErr w:type="spellStart"/>
      <w:r>
        <w:t>funcional</w:t>
      </w:r>
      <w:proofErr w:type="spellEnd"/>
      <w:r>
        <w:t xml:space="preserve"> y </w:t>
      </w:r>
      <w:proofErr w:type="spellStart"/>
      <w:r>
        <w:t>probado</w:t>
      </w:r>
      <w:proofErr w:type="spellEnd"/>
      <w:r>
        <w:t xml:space="preserve"> con </w:t>
      </w:r>
      <w:proofErr w:type="spellStart"/>
      <w:r>
        <w:t>usuarios</w:t>
      </w:r>
      <w:proofErr w:type="spellEnd"/>
      <w:r>
        <w:t>.</w:t>
      </w:r>
    </w:p>
    <w:p w14:paraId="628D173C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Estudiantes</w:t>
      </w:r>
      <w:proofErr w:type="spellEnd"/>
      <w:r>
        <w:t xml:space="preserve"> </w:t>
      </w:r>
      <w:proofErr w:type="spellStart"/>
      <w:r>
        <w:t>capaces</w:t>
      </w:r>
      <w:proofErr w:type="spellEnd"/>
      <w:r>
        <w:t xml:space="preserve"> de formular </w:t>
      </w:r>
      <w:proofErr w:type="spellStart"/>
      <w:r>
        <w:t>metas</w:t>
      </w:r>
      <w:proofErr w:type="spellEnd"/>
      <w:r>
        <w:t xml:space="preserve"> </w:t>
      </w:r>
      <w:proofErr w:type="spellStart"/>
      <w:r>
        <w:t>financieras</w:t>
      </w:r>
      <w:proofErr w:type="spellEnd"/>
      <w:r>
        <w:t xml:space="preserve"> </w:t>
      </w:r>
      <w:proofErr w:type="spellStart"/>
      <w:r>
        <w:t>sencillas</w:t>
      </w:r>
      <w:proofErr w:type="spellEnd"/>
      <w:r>
        <w:t xml:space="preserve"> y </w:t>
      </w:r>
      <w:proofErr w:type="spellStart"/>
      <w:r>
        <w:t>elaborar</w:t>
      </w:r>
      <w:proofErr w:type="spellEnd"/>
      <w:r>
        <w:t xml:space="preserve"> un </w:t>
      </w:r>
      <w:proofErr w:type="spellStart"/>
      <w:r>
        <w:t>presupuesto</w:t>
      </w:r>
      <w:proofErr w:type="spellEnd"/>
      <w:r>
        <w:t xml:space="preserve"> </w:t>
      </w:r>
      <w:proofErr w:type="spellStart"/>
      <w:r>
        <w:t>básico</w:t>
      </w:r>
      <w:proofErr w:type="spellEnd"/>
      <w:r>
        <w:t>.</w:t>
      </w:r>
    </w:p>
    <w:p w14:paraId="59C132DC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Registro </w:t>
      </w:r>
      <w:proofErr w:type="spellStart"/>
      <w:r>
        <w:t>sistemático</w:t>
      </w:r>
      <w:proofErr w:type="spellEnd"/>
      <w:r>
        <w:t xml:space="preserve"> de </w:t>
      </w:r>
      <w:proofErr w:type="spellStart"/>
      <w:r>
        <w:t>retos</w:t>
      </w:r>
      <w:proofErr w:type="spellEnd"/>
      <w:r>
        <w:t xml:space="preserve"> y </w:t>
      </w:r>
      <w:proofErr w:type="spellStart"/>
      <w:r>
        <w:t>acciones</w:t>
      </w:r>
      <w:proofErr w:type="spellEnd"/>
      <w:r>
        <w:t xml:space="preserve"> de </w:t>
      </w:r>
      <w:proofErr w:type="spellStart"/>
      <w:r>
        <w:t>ahorro</w:t>
      </w:r>
      <w:proofErr w:type="spellEnd"/>
      <w:r>
        <w:t>/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>.</w:t>
      </w:r>
    </w:p>
    <w:p w14:paraId="63C9087F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Mejora</w:t>
      </w:r>
      <w:proofErr w:type="spellEnd"/>
      <w:r>
        <w:t xml:space="preserve"> del </w:t>
      </w:r>
      <w:proofErr w:type="spellStart"/>
      <w:r>
        <w:t>prototipo</w:t>
      </w:r>
      <w:proofErr w:type="spellEnd"/>
      <w:r>
        <w:t xml:space="preserve"> a </w:t>
      </w:r>
      <w:proofErr w:type="spellStart"/>
      <w:r>
        <w:t>partir</w:t>
      </w:r>
      <w:proofErr w:type="spellEnd"/>
      <w:r>
        <w:t xml:space="preserve"> de la </w:t>
      </w:r>
      <w:proofErr w:type="spellStart"/>
      <w:r>
        <w:t>opinión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usuarios</w:t>
      </w:r>
      <w:proofErr w:type="spellEnd"/>
      <w:r>
        <w:t>.</w:t>
      </w:r>
    </w:p>
    <w:p w14:paraId="3257E387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Guía </w:t>
      </w:r>
      <w:proofErr w:type="spellStart"/>
      <w:r>
        <w:t>pedagógica</w:t>
      </w:r>
      <w:proofErr w:type="spellEnd"/>
      <w:r>
        <w:t xml:space="preserve"> y </w:t>
      </w:r>
      <w:proofErr w:type="spellStart"/>
      <w:r>
        <w:t>protocolo</w:t>
      </w:r>
      <w:proofErr w:type="spellEnd"/>
      <w:r>
        <w:t xml:space="preserve"> de </w:t>
      </w:r>
      <w:proofErr w:type="spellStart"/>
      <w:r>
        <w:t>uso</w:t>
      </w:r>
      <w:proofErr w:type="spellEnd"/>
      <w:r>
        <w:t xml:space="preserve"> </w:t>
      </w:r>
      <w:proofErr w:type="spellStart"/>
      <w:r>
        <w:t>seguro</w:t>
      </w:r>
      <w:proofErr w:type="spellEnd"/>
      <w:r>
        <w:t xml:space="preserve"> </w:t>
      </w:r>
      <w:proofErr w:type="spellStart"/>
      <w:r>
        <w:t>listos</w:t>
      </w:r>
      <w:proofErr w:type="spellEnd"/>
      <w:r>
        <w:t xml:space="preserve"> para </w:t>
      </w:r>
      <w:proofErr w:type="spellStart"/>
      <w:r>
        <w:t>réplica</w:t>
      </w:r>
      <w:proofErr w:type="spellEnd"/>
      <w:r>
        <w:t>.</w:t>
      </w:r>
    </w:p>
    <w:p w14:paraId="70C08164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Participación</w:t>
      </w:r>
      <w:proofErr w:type="spellEnd"/>
      <w:r>
        <w:t xml:space="preserve"> de </w:t>
      </w:r>
      <w:proofErr w:type="spellStart"/>
      <w:r>
        <w:t>familias</w:t>
      </w:r>
      <w:proofErr w:type="spellEnd"/>
      <w:r>
        <w:t xml:space="preserve"> y/o </w:t>
      </w:r>
      <w:proofErr w:type="spellStart"/>
      <w:r>
        <w:t>aliados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al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actividad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>.</w:t>
      </w:r>
    </w:p>
    <w:p w14:paraId="2430C0E2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Presentación del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feria, </w:t>
      </w:r>
      <w:proofErr w:type="spellStart"/>
      <w:r>
        <w:t>muestra</w:t>
      </w:r>
      <w:proofErr w:type="spellEnd"/>
      <w:r>
        <w:t xml:space="preserve"> o </w:t>
      </w:r>
      <w:proofErr w:type="spellStart"/>
      <w:r>
        <w:t>espacio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de </w:t>
      </w:r>
      <w:proofErr w:type="spellStart"/>
      <w:r>
        <w:t>innovación</w:t>
      </w:r>
      <w:proofErr w:type="spellEnd"/>
      <w:r>
        <w:t>.</w:t>
      </w:r>
    </w:p>
    <w:p w14:paraId="7D6452C6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XXIV. METAS</w:t>
      </w:r>
    </w:p>
    <w:p w14:paraId="0CC86A5F" w14:textId="77777777" w:rsidR="00432064" w:rsidRDefault="00000000">
      <w:pPr>
        <w:spacing w:after="100" w:line="259" w:lineRule="auto"/>
        <w:jc w:val="both"/>
      </w:pPr>
      <w:r>
        <w:t xml:space="preserve">Metas </w:t>
      </w:r>
      <w:proofErr w:type="spellStart"/>
      <w:r>
        <w:t>propuestas</w:t>
      </w:r>
      <w:proofErr w:type="spellEnd"/>
      <w:r>
        <w:t xml:space="preserve"> para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primera</w:t>
      </w:r>
      <w:proofErr w:type="spellEnd"/>
      <w:r>
        <w:t xml:space="preserve"> </w:t>
      </w:r>
      <w:proofErr w:type="spellStart"/>
      <w:r>
        <w:t>implementación</w:t>
      </w:r>
      <w:proofErr w:type="spellEnd"/>
      <w:r>
        <w:t xml:space="preserve">; se </w:t>
      </w:r>
      <w:proofErr w:type="spellStart"/>
      <w:r>
        <w:t>ajustarán</w:t>
      </w:r>
      <w:proofErr w:type="spellEnd"/>
      <w:r>
        <w:t xml:space="preserve"> al </w:t>
      </w:r>
      <w:proofErr w:type="spellStart"/>
      <w:r>
        <w:t>número</w:t>
      </w:r>
      <w:proofErr w:type="spellEnd"/>
      <w:r>
        <w:t xml:space="preserve"> real de </w:t>
      </w:r>
      <w:proofErr w:type="spellStart"/>
      <w:r>
        <w:t>participantes</w:t>
      </w:r>
      <w:proofErr w:type="spellEnd"/>
      <w:r>
        <w:t xml:space="preserve"> y a la </w:t>
      </w:r>
      <w:proofErr w:type="spellStart"/>
      <w:r>
        <w:t>línea</w:t>
      </w:r>
      <w:proofErr w:type="spellEnd"/>
      <w:r>
        <w:t xml:space="preserve"> de base.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432064" w14:paraId="7F27BE5C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57C79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Indicador</w:t>
            </w:r>
            <w:proofErr w:type="spellEnd"/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5367B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Meta </w:t>
            </w:r>
            <w:proofErr w:type="spellStart"/>
            <w:r>
              <w:rPr>
                <w:b/>
                <w:color w:val="FFFFFF"/>
                <w:sz w:val="18"/>
              </w:rPr>
              <w:t>propuesta</w:t>
            </w:r>
            <w:proofErr w:type="spellEnd"/>
          </w:p>
        </w:tc>
      </w:tr>
      <w:tr w:rsidR="00432064" w14:paraId="5EBD3F46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EB9A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Cobertura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5C4D7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Al </w:t>
            </w: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80% de </w:t>
            </w:r>
            <w:proofErr w:type="spellStart"/>
            <w:r>
              <w:rPr>
                <w:sz w:val="18"/>
              </w:rPr>
              <w:t>los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estudiantes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matriculados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grupo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participa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experiencia</w:t>
            </w:r>
            <w:proofErr w:type="spellEnd"/>
            <w:r>
              <w:rPr>
                <w:sz w:val="18"/>
              </w:rPr>
              <w:t xml:space="preserve"> completa.</w:t>
            </w:r>
          </w:p>
        </w:tc>
      </w:tr>
      <w:tr w:rsidR="00432064" w14:paraId="6772C747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1521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Prototipo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7519E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versión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funcional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registro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usuario</w:t>
            </w:r>
            <w:proofErr w:type="spellEnd"/>
            <w:r>
              <w:rPr>
                <w:sz w:val="18"/>
              </w:rPr>
              <w:t xml:space="preserve">, meta, </w:t>
            </w:r>
            <w:proofErr w:type="spellStart"/>
            <w:r>
              <w:rPr>
                <w:sz w:val="18"/>
              </w:rPr>
              <w:t>actividad</w:t>
            </w:r>
            <w:proofErr w:type="spellEnd"/>
            <w:r>
              <w:rPr>
                <w:sz w:val="18"/>
              </w:rPr>
              <w:t xml:space="preserve">, puntos/insignias y </w:t>
            </w:r>
            <w:proofErr w:type="spellStart"/>
            <w:r>
              <w:rPr>
                <w:sz w:val="18"/>
              </w:rPr>
              <w:t>tablero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progreso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19A6AF22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3E76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Validación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22B5E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Al </w:t>
            </w: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2 </w:t>
            </w:r>
            <w:proofErr w:type="spellStart"/>
            <w:r>
              <w:rPr>
                <w:sz w:val="18"/>
              </w:rPr>
              <w:t>rondas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prueba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mejora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prototipo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338D1588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97A1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Aprendizaje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E0D9D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Al </w:t>
            </w: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70% de </w:t>
            </w:r>
            <w:proofErr w:type="spellStart"/>
            <w:r>
              <w:rPr>
                <w:sz w:val="18"/>
              </w:rPr>
              <w:t>participantes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mejora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puntaje</w:t>
            </w:r>
            <w:proofErr w:type="spellEnd"/>
            <w:r>
              <w:rPr>
                <w:sz w:val="18"/>
              </w:rPr>
              <w:t xml:space="preserve"> entre </w:t>
            </w:r>
            <w:proofErr w:type="spellStart"/>
            <w:r>
              <w:rPr>
                <w:sz w:val="18"/>
              </w:rPr>
              <w:t>evaluación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diagnóstica</w:t>
            </w:r>
            <w:proofErr w:type="spellEnd"/>
            <w:r>
              <w:rPr>
                <w:sz w:val="18"/>
              </w:rPr>
              <w:t xml:space="preserve"> y final.</w:t>
            </w:r>
          </w:p>
        </w:tc>
      </w:tr>
      <w:tr w:rsidR="00432064" w14:paraId="287B9137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FBF8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Participación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44017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Al </w:t>
            </w: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75% completa 6 o </w:t>
            </w:r>
            <w:proofErr w:type="spellStart"/>
            <w:r>
              <w:rPr>
                <w:sz w:val="18"/>
              </w:rPr>
              <w:t>más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retos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programa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84D0629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EC32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Satisfacción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240CE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Al </w:t>
            </w: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80% </w:t>
            </w:r>
            <w:proofErr w:type="spellStart"/>
            <w:r>
              <w:rPr>
                <w:sz w:val="18"/>
              </w:rPr>
              <w:t>valora</w:t>
            </w:r>
            <w:proofErr w:type="spellEnd"/>
            <w:r>
              <w:rPr>
                <w:sz w:val="18"/>
              </w:rPr>
              <w:t xml:space="preserve"> el </w:t>
            </w:r>
            <w:proofErr w:type="spellStart"/>
            <w:r>
              <w:rPr>
                <w:sz w:val="18"/>
              </w:rPr>
              <w:t>prototipo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útil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muy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útil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634A38D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23F3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Familias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0FA08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Al </w:t>
            </w: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1 </w:t>
            </w:r>
            <w:proofErr w:type="spellStart"/>
            <w:r>
              <w:rPr>
                <w:sz w:val="18"/>
              </w:rPr>
              <w:t>reto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actividad</w:t>
            </w:r>
            <w:proofErr w:type="spellEnd"/>
            <w:r>
              <w:rPr>
                <w:sz w:val="18"/>
              </w:rPr>
              <w:t xml:space="preserve"> familiar </w:t>
            </w:r>
            <w:proofErr w:type="spellStart"/>
            <w:r>
              <w:rPr>
                <w:sz w:val="18"/>
              </w:rPr>
              <w:t>implementada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lastRenderedPageBreak/>
              <w:t>participación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voluntaria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02E0195D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33D3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lastRenderedPageBreak/>
              <w:t>Sostenibilidad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0B9AE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guía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réplica</w:t>
            </w:r>
            <w:proofErr w:type="spellEnd"/>
            <w:r>
              <w:rPr>
                <w:sz w:val="18"/>
              </w:rPr>
              <w:t xml:space="preserve"> y 1 plan de </w:t>
            </w:r>
            <w:proofErr w:type="spellStart"/>
            <w:r>
              <w:rPr>
                <w:sz w:val="18"/>
              </w:rPr>
              <w:t>continuidad</w:t>
            </w:r>
            <w:proofErr w:type="spellEnd"/>
            <w:r>
              <w:rPr>
                <w:sz w:val="18"/>
              </w:rPr>
              <w:t xml:space="preserve"> para el </w:t>
            </w:r>
            <w:proofErr w:type="spellStart"/>
            <w:r>
              <w:rPr>
                <w:sz w:val="18"/>
              </w:rPr>
              <w:t>siguiente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periodo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6A39AD65" w14:textId="77777777" w:rsidR="00432064" w:rsidRDefault="00432064">
      <w:pPr>
        <w:spacing w:after="20"/>
        <w:jc w:val="both"/>
      </w:pPr>
    </w:p>
    <w:p w14:paraId="41BDE6C4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XXV. INNOVACIÓN QUE SE PRETENDE DESARROLLAR</w:t>
      </w:r>
    </w:p>
    <w:p w14:paraId="2D4ACD56" w14:textId="77777777" w:rsidR="00432064" w:rsidRDefault="00000000">
      <w:pPr>
        <w:spacing w:after="100" w:line="259" w:lineRule="auto"/>
        <w:jc w:val="both"/>
      </w:pPr>
      <w:r>
        <w:t xml:space="preserve">La </w:t>
      </w:r>
      <w:proofErr w:type="spellStart"/>
      <w:r>
        <w:t>evolución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 xml:space="preserve"> se </w:t>
      </w:r>
      <w:proofErr w:type="spellStart"/>
      <w:r>
        <w:t>orienta</w:t>
      </w:r>
      <w:proofErr w:type="spellEnd"/>
      <w:r>
        <w:t xml:space="preserve"> a </w:t>
      </w:r>
      <w:proofErr w:type="spellStart"/>
      <w:r>
        <w:t>desarrollar</w:t>
      </w:r>
      <w:proofErr w:type="spellEnd"/>
      <w:r>
        <w:t xml:space="preserve"> un “</w:t>
      </w:r>
      <w:proofErr w:type="spellStart"/>
      <w:r>
        <w:t>laboratorio</w:t>
      </w:r>
      <w:proofErr w:type="spellEnd"/>
      <w:r>
        <w:t xml:space="preserve"> escolar de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financieras</w:t>
      </w:r>
      <w:proofErr w:type="spellEnd"/>
      <w:r>
        <w:t xml:space="preserve">” con las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mejoras</w:t>
      </w:r>
      <w:proofErr w:type="spellEnd"/>
      <w:r>
        <w:t>:</w:t>
      </w:r>
    </w:p>
    <w:p w14:paraId="29B437CE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Aplicación</w:t>
      </w:r>
      <w:proofErr w:type="spellEnd"/>
      <w:r>
        <w:t xml:space="preserve"> </w:t>
      </w:r>
      <w:proofErr w:type="spellStart"/>
      <w:r>
        <w:t>progresiva</w:t>
      </w:r>
      <w:proofErr w:type="spellEnd"/>
      <w:r>
        <w:t xml:space="preserve"> web/</w:t>
      </w:r>
      <w:proofErr w:type="spellStart"/>
      <w:r>
        <w:t>móvil</w:t>
      </w:r>
      <w:proofErr w:type="spellEnd"/>
      <w:r>
        <w:t xml:space="preserve"> con </w:t>
      </w:r>
      <w:proofErr w:type="spellStart"/>
      <w:r>
        <w:t>funcionamiento</w:t>
      </w:r>
      <w:proofErr w:type="spellEnd"/>
      <w:r>
        <w:t xml:space="preserve"> de baja </w:t>
      </w:r>
      <w:proofErr w:type="spellStart"/>
      <w:r>
        <w:t>conectividad</w:t>
      </w:r>
      <w:proofErr w:type="spellEnd"/>
      <w:r>
        <w:t xml:space="preserve"> y </w:t>
      </w:r>
      <w:proofErr w:type="spellStart"/>
      <w:r>
        <w:t>sincronización</w:t>
      </w:r>
      <w:proofErr w:type="spellEnd"/>
      <w:r>
        <w:t xml:space="preserve"> posterior.</w:t>
      </w:r>
    </w:p>
    <w:p w14:paraId="01CDB255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Identificación</w:t>
      </w:r>
      <w:proofErr w:type="spellEnd"/>
      <w:r>
        <w:t xml:space="preserve"> </w:t>
      </w:r>
      <w:proofErr w:type="spellStart"/>
      <w:r>
        <w:t>híbrida</w:t>
      </w:r>
      <w:proofErr w:type="spellEnd"/>
      <w:r>
        <w:t xml:space="preserve"> NFC + QR, de modo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falta</w:t>
      </w:r>
      <w:proofErr w:type="spellEnd"/>
      <w:r>
        <w:t xml:space="preserve"> de un </w:t>
      </w:r>
      <w:proofErr w:type="spellStart"/>
      <w:r>
        <w:t>dispositivo</w:t>
      </w:r>
      <w:proofErr w:type="spellEnd"/>
      <w:r>
        <w:t xml:space="preserve"> compatible no </w:t>
      </w:r>
      <w:proofErr w:type="spellStart"/>
      <w:r>
        <w:t>excluya</w:t>
      </w:r>
      <w:proofErr w:type="spellEnd"/>
      <w:r>
        <w:t xml:space="preserve"> a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>.</w:t>
      </w:r>
    </w:p>
    <w:p w14:paraId="4B3F07D9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Motor de </w:t>
      </w:r>
      <w:proofErr w:type="spellStart"/>
      <w:r>
        <w:t>gamificación</w:t>
      </w:r>
      <w:proofErr w:type="spellEnd"/>
      <w:r>
        <w:t xml:space="preserve"> configurable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docente</w:t>
      </w:r>
      <w:proofErr w:type="spellEnd"/>
      <w:r>
        <w:t xml:space="preserve">: </w:t>
      </w:r>
      <w:proofErr w:type="spellStart"/>
      <w:r>
        <w:t>retos</w:t>
      </w:r>
      <w:proofErr w:type="spellEnd"/>
      <w:r>
        <w:t xml:space="preserve">, </w:t>
      </w:r>
      <w:proofErr w:type="spellStart"/>
      <w:r>
        <w:t>rachas</w:t>
      </w:r>
      <w:proofErr w:type="spellEnd"/>
      <w:r>
        <w:t xml:space="preserve">, insignias y </w:t>
      </w:r>
      <w:proofErr w:type="spellStart"/>
      <w:r>
        <w:t>metas</w:t>
      </w:r>
      <w:proofErr w:type="spellEnd"/>
      <w:r>
        <w:t xml:space="preserve">, </w:t>
      </w:r>
      <w:proofErr w:type="spellStart"/>
      <w:r>
        <w:t>evitando</w:t>
      </w:r>
      <w:proofErr w:type="spellEnd"/>
      <w:r>
        <w:t xml:space="preserve"> </w:t>
      </w:r>
      <w:proofErr w:type="spellStart"/>
      <w:r>
        <w:t>premiar</w:t>
      </w:r>
      <w:proofErr w:type="spellEnd"/>
      <w:r>
        <w:t xml:space="preserve"> </w:t>
      </w:r>
      <w:proofErr w:type="spellStart"/>
      <w:r>
        <w:t>públicamente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tenga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dinero.</w:t>
      </w:r>
    </w:p>
    <w:p w14:paraId="4C1CE6AD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Panel de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agregados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evalúe</w:t>
      </w:r>
      <w:proofErr w:type="spellEnd"/>
      <w:r>
        <w:t xml:space="preserve"> </w:t>
      </w:r>
      <w:proofErr w:type="spellStart"/>
      <w:r>
        <w:t>participación</w:t>
      </w:r>
      <w:proofErr w:type="spellEnd"/>
      <w:r>
        <w:t xml:space="preserve">, </w:t>
      </w:r>
      <w:proofErr w:type="spellStart"/>
      <w:r>
        <w:t>cumplimiento</w:t>
      </w:r>
      <w:proofErr w:type="spellEnd"/>
      <w:r>
        <w:t xml:space="preserve"> y </w:t>
      </w:r>
      <w:proofErr w:type="spellStart"/>
      <w:r>
        <w:t>evolución</w:t>
      </w:r>
      <w:proofErr w:type="spellEnd"/>
      <w:r>
        <w:t xml:space="preserve"> del </w:t>
      </w:r>
      <w:proofErr w:type="spellStart"/>
      <w:r>
        <w:t>aprendizaje</w:t>
      </w:r>
      <w:proofErr w:type="spellEnd"/>
      <w:r>
        <w:t>.</w:t>
      </w:r>
    </w:p>
    <w:p w14:paraId="0BCA5956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Simulador</w:t>
      </w:r>
      <w:proofErr w:type="spellEnd"/>
      <w:r>
        <w:t xml:space="preserve"> de </w:t>
      </w:r>
      <w:proofErr w:type="spellStart"/>
      <w:r>
        <w:t>decisiones</w:t>
      </w:r>
      <w:proofErr w:type="spellEnd"/>
      <w:r>
        <w:t xml:space="preserve">: </w:t>
      </w:r>
      <w:proofErr w:type="spellStart"/>
      <w:r>
        <w:t>comparar</w:t>
      </w:r>
      <w:proofErr w:type="spellEnd"/>
      <w:r>
        <w:t xml:space="preserve"> </w:t>
      </w:r>
      <w:proofErr w:type="spellStart"/>
      <w:r>
        <w:t>escenarios</w:t>
      </w:r>
      <w:proofErr w:type="spellEnd"/>
      <w:r>
        <w:t xml:space="preserve"> de </w:t>
      </w:r>
      <w:proofErr w:type="spellStart"/>
      <w:r>
        <w:t>gasto</w:t>
      </w:r>
      <w:proofErr w:type="spellEnd"/>
      <w:r>
        <w:t xml:space="preserve">, </w:t>
      </w:r>
      <w:proofErr w:type="spellStart"/>
      <w:r>
        <w:t>ahorro</w:t>
      </w:r>
      <w:proofErr w:type="spellEnd"/>
      <w:r>
        <w:t xml:space="preserve"> y </w:t>
      </w:r>
      <w:proofErr w:type="spellStart"/>
      <w:r>
        <w:t>metas</w:t>
      </w:r>
      <w:proofErr w:type="spellEnd"/>
      <w:r>
        <w:t xml:space="preserve"> sin </w:t>
      </w:r>
      <w:proofErr w:type="spellStart"/>
      <w:r>
        <w:t>utilizar</w:t>
      </w:r>
      <w:proofErr w:type="spellEnd"/>
      <w:r>
        <w:t xml:space="preserve"> dinero real.</w:t>
      </w:r>
    </w:p>
    <w:p w14:paraId="6CD1ED97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Módulo</w:t>
      </w:r>
      <w:proofErr w:type="spellEnd"/>
      <w:r>
        <w:t xml:space="preserve"> de </w:t>
      </w:r>
      <w:proofErr w:type="spellStart"/>
      <w:r>
        <w:t>emprendimiento</w:t>
      </w:r>
      <w:proofErr w:type="spellEnd"/>
      <w:r>
        <w:t xml:space="preserve">: </w:t>
      </w:r>
      <w:proofErr w:type="spellStart"/>
      <w:r>
        <w:t>presupuesto</w:t>
      </w:r>
      <w:proofErr w:type="spellEnd"/>
      <w:r>
        <w:t xml:space="preserve">, </w:t>
      </w:r>
      <w:proofErr w:type="spellStart"/>
      <w:r>
        <w:t>costos</w:t>
      </w:r>
      <w:proofErr w:type="spellEnd"/>
      <w:r>
        <w:t xml:space="preserve">, </w:t>
      </w:r>
      <w:proofErr w:type="spellStart"/>
      <w:r>
        <w:t>precio</w:t>
      </w:r>
      <w:proofErr w:type="spellEnd"/>
      <w:r>
        <w:t xml:space="preserve">, </w:t>
      </w:r>
      <w:proofErr w:type="spellStart"/>
      <w:r>
        <w:t>margen</w:t>
      </w:r>
      <w:proofErr w:type="spellEnd"/>
      <w:r>
        <w:t xml:space="preserve">, </w:t>
      </w:r>
      <w:proofErr w:type="spellStart"/>
      <w:r>
        <w:t>reinversión</w:t>
      </w:r>
      <w:proofErr w:type="spellEnd"/>
      <w:r>
        <w:t xml:space="preserve"> y </w:t>
      </w:r>
      <w:proofErr w:type="spellStart"/>
      <w:r>
        <w:t>sostenibilidad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idea escolar.</w:t>
      </w:r>
    </w:p>
    <w:p w14:paraId="4C94A048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Protocolo</w:t>
      </w:r>
      <w:proofErr w:type="spellEnd"/>
      <w:r>
        <w:t xml:space="preserve"> de </w:t>
      </w:r>
      <w:proofErr w:type="spellStart"/>
      <w:r>
        <w:t>privacidad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diseño</w:t>
      </w:r>
      <w:proofErr w:type="spellEnd"/>
      <w:r>
        <w:t xml:space="preserve">: </w:t>
      </w:r>
      <w:proofErr w:type="spellStart"/>
      <w:r>
        <w:t>códigos</w:t>
      </w:r>
      <w:proofErr w:type="spellEnd"/>
      <w:r>
        <w:t xml:space="preserve">, </w:t>
      </w:r>
      <w:proofErr w:type="spellStart"/>
      <w:r>
        <w:t>mínimo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, </w:t>
      </w:r>
      <w:proofErr w:type="spellStart"/>
      <w:r>
        <w:t>acceso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roles y </w:t>
      </w:r>
      <w:proofErr w:type="spellStart"/>
      <w:r>
        <w:t>consentimiento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corresponda</w:t>
      </w:r>
      <w:proofErr w:type="spellEnd"/>
      <w:r>
        <w:t>.</w:t>
      </w:r>
    </w:p>
    <w:p w14:paraId="7CD5CFAE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Guía de </w:t>
      </w:r>
      <w:proofErr w:type="spellStart"/>
      <w:r>
        <w:t>réplica</w:t>
      </w:r>
      <w:proofErr w:type="spellEnd"/>
      <w:r>
        <w:t xml:space="preserve"> para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grados</w:t>
      </w:r>
      <w:proofErr w:type="spellEnd"/>
      <w:r>
        <w:t xml:space="preserve"> o </w:t>
      </w:r>
      <w:proofErr w:type="spellStart"/>
      <w:r>
        <w:t>instituciones</w:t>
      </w:r>
      <w:proofErr w:type="spellEnd"/>
      <w:r>
        <w:t xml:space="preserve">, con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adaptables</w:t>
      </w:r>
      <w:proofErr w:type="spellEnd"/>
      <w:r>
        <w:t xml:space="preserve"> al </w:t>
      </w:r>
      <w:proofErr w:type="spellStart"/>
      <w:r>
        <w:t>contexto</w:t>
      </w:r>
      <w:proofErr w:type="spellEnd"/>
      <w:r>
        <w:t xml:space="preserve"> local.</w:t>
      </w:r>
    </w:p>
    <w:p w14:paraId="318D4B23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t>XXVI. BIBLIOGRAFÍA</w:t>
      </w:r>
    </w:p>
    <w:p w14:paraId="14883A2F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Ministerio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del Perú. (2016). </w:t>
      </w:r>
      <w:proofErr w:type="spellStart"/>
      <w:r>
        <w:t>Currículo</w:t>
      </w:r>
      <w:proofErr w:type="spellEnd"/>
      <w:r>
        <w:t xml:space="preserve"> Nacional de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Básica</w:t>
      </w:r>
      <w:proofErr w:type="spellEnd"/>
      <w:r>
        <w:t>. MINEDU.</w:t>
      </w:r>
    </w:p>
    <w:p w14:paraId="492CE6F4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Ministerio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del Perú. (2016). </w:t>
      </w:r>
      <w:proofErr w:type="spellStart"/>
      <w:r>
        <w:t>Programa</w:t>
      </w:r>
      <w:proofErr w:type="spellEnd"/>
      <w:r>
        <w:t xml:space="preserve"> Curricular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Secundaria</w:t>
      </w:r>
      <w:proofErr w:type="spellEnd"/>
      <w:r>
        <w:t xml:space="preserve">. </w:t>
      </w:r>
      <w:proofErr w:type="spellStart"/>
      <w:r>
        <w:t>Área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para el </w:t>
      </w:r>
      <w:proofErr w:type="spellStart"/>
      <w:r>
        <w:t>Trabajo</w:t>
      </w:r>
      <w:proofErr w:type="spellEnd"/>
      <w:r>
        <w:t>. MINEDU.</w:t>
      </w:r>
    </w:p>
    <w:p w14:paraId="5AA4FC3A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Ministerio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del Perú. (2025). </w:t>
      </w:r>
      <w:proofErr w:type="spellStart"/>
      <w:r>
        <w:t>Texto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para el </w:t>
      </w:r>
      <w:proofErr w:type="spellStart"/>
      <w:r>
        <w:t>Trabajo</w:t>
      </w:r>
      <w:proofErr w:type="spellEnd"/>
      <w:r>
        <w:t xml:space="preserve"> 2. </w:t>
      </w:r>
      <w:proofErr w:type="spellStart"/>
      <w:r>
        <w:t>Dirección</w:t>
      </w:r>
      <w:proofErr w:type="spellEnd"/>
      <w:r>
        <w:t xml:space="preserve"> General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Básica</w:t>
      </w:r>
      <w:proofErr w:type="spellEnd"/>
      <w:r>
        <w:t xml:space="preserve"> Regular, </w:t>
      </w:r>
      <w:proofErr w:type="spellStart"/>
      <w:r>
        <w:t>Dirección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Secundaria</w:t>
      </w:r>
      <w:proofErr w:type="spellEnd"/>
      <w:r>
        <w:t>.</w:t>
      </w:r>
    </w:p>
    <w:p w14:paraId="066D11E5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Superintendencia</w:t>
      </w:r>
      <w:proofErr w:type="spellEnd"/>
      <w:r>
        <w:t xml:space="preserve"> de Banca, </w:t>
      </w:r>
      <w:proofErr w:type="spellStart"/>
      <w:r>
        <w:t>Seguros</w:t>
      </w:r>
      <w:proofErr w:type="spellEnd"/>
      <w:r>
        <w:t xml:space="preserve"> y AFP. (s. f.). </w:t>
      </w:r>
      <w:proofErr w:type="spellStart"/>
      <w:r>
        <w:t>Educación</w:t>
      </w:r>
      <w:proofErr w:type="spellEnd"/>
      <w:r>
        <w:t xml:space="preserve"> Financiera – </w:t>
      </w:r>
      <w:proofErr w:type="spellStart"/>
      <w:r>
        <w:t>Docentes</w:t>
      </w:r>
      <w:proofErr w:type="spellEnd"/>
      <w:r>
        <w:t xml:space="preserve"> / </w:t>
      </w:r>
      <w:proofErr w:type="spellStart"/>
      <w:r>
        <w:t>Secundaria</w:t>
      </w:r>
      <w:proofErr w:type="spellEnd"/>
      <w:r>
        <w:t>. SBS.</w:t>
      </w:r>
    </w:p>
    <w:p w14:paraId="215422FC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Superintendencia</w:t>
      </w:r>
      <w:proofErr w:type="spellEnd"/>
      <w:r>
        <w:t xml:space="preserve"> de Banca, </w:t>
      </w:r>
      <w:proofErr w:type="spellStart"/>
      <w:r>
        <w:t>Seguros</w:t>
      </w:r>
      <w:proofErr w:type="spellEnd"/>
      <w:r>
        <w:t xml:space="preserve"> y AFP. (s. f.). Material de </w:t>
      </w:r>
      <w:proofErr w:type="spellStart"/>
      <w:r>
        <w:t>Educación</w:t>
      </w:r>
      <w:proofErr w:type="spellEnd"/>
      <w:r>
        <w:t xml:space="preserve"> Financiera: </w:t>
      </w:r>
      <w:proofErr w:type="spellStart"/>
      <w:r>
        <w:t>ahorro</w:t>
      </w:r>
      <w:proofErr w:type="spellEnd"/>
      <w:r>
        <w:t xml:space="preserve">, </w:t>
      </w:r>
      <w:proofErr w:type="spellStart"/>
      <w:r>
        <w:t>presupuesto</w:t>
      </w:r>
      <w:proofErr w:type="spellEnd"/>
      <w:r>
        <w:t xml:space="preserve">, </w:t>
      </w:r>
      <w:proofErr w:type="spellStart"/>
      <w:r>
        <w:t>gestión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 xml:space="preserve"> y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digitales</w:t>
      </w:r>
      <w:proofErr w:type="spellEnd"/>
      <w:r>
        <w:t>. SBS.</w:t>
      </w:r>
    </w:p>
    <w:p w14:paraId="33CED824" w14:textId="77777777" w:rsidR="00432064" w:rsidRDefault="00000000">
      <w:pPr>
        <w:spacing w:after="100" w:line="259" w:lineRule="auto"/>
      </w:pPr>
      <w:r>
        <w:t xml:space="preserve">Fuentes </w:t>
      </w:r>
      <w:proofErr w:type="spellStart"/>
      <w:r>
        <w:t>oficiales</w:t>
      </w:r>
      <w:proofErr w:type="spellEnd"/>
      <w:r>
        <w:t xml:space="preserve"> </w:t>
      </w:r>
      <w:proofErr w:type="spellStart"/>
      <w:r>
        <w:t>consultadas</w:t>
      </w:r>
      <w:proofErr w:type="spellEnd"/>
      <w:r>
        <w:t xml:space="preserve"> para la </w:t>
      </w:r>
      <w:proofErr w:type="spellStart"/>
      <w:r>
        <w:t>adecuación</w:t>
      </w:r>
      <w:proofErr w:type="spellEnd"/>
      <w:r>
        <w:t xml:space="preserve"> curricular y </w:t>
      </w:r>
      <w:proofErr w:type="spellStart"/>
      <w:r>
        <w:t>temática</w:t>
      </w:r>
      <w:proofErr w:type="spellEnd"/>
      <w:r>
        <w:t>:</w:t>
      </w:r>
    </w:p>
    <w:p w14:paraId="2146B891" w14:textId="77777777" w:rsidR="00432064" w:rsidRDefault="00000000">
      <w:pPr>
        <w:pStyle w:val="Listaconvietas"/>
        <w:spacing w:after="40" w:line="252" w:lineRule="auto"/>
      </w:pPr>
      <w:r>
        <w:t xml:space="preserve">MINEDU – </w:t>
      </w:r>
      <w:proofErr w:type="spellStart"/>
      <w:r>
        <w:t>Programa</w:t>
      </w:r>
      <w:proofErr w:type="spellEnd"/>
      <w:r>
        <w:t xml:space="preserve"> Curricular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Secundaria</w:t>
      </w:r>
      <w:proofErr w:type="spellEnd"/>
      <w:r>
        <w:t>: https://www.minedu.gob.pe/curriculo/pdf/programa-curricular-educacion-secundaria.pdf</w:t>
      </w:r>
    </w:p>
    <w:p w14:paraId="31236433" w14:textId="77777777" w:rsidR="00432064" w:rsidRDefault="00000000">
      <w:pPr>
        <w:pStyle w:val="Listaconvietas"/>
        <w:spacing w:after="40" w:line="252" w:lineRule="auto"/>
      </w:pPr>
      <w:r>
        <w:t xml:space="preserve">MINEDU – </w:t>
      </w:r>
      <w:proofErr w:type="spellStart"/>
      <w:r>
        <w:t>Currículo</w:t>
      </w:r>
      <w:proofErr w:type="spellEnd"/>
      <w:r>
        <w:t xml:space="preserve"> Nacional: https://www.minedu.gob.pe/curriculo/pdf/curriculo-nacional-de-la-educacion-basica.pdf</w:t>
      </w:r>
    </w:p>
    <w:p w14:paraId="35C7C3FB" w14:textId="77777777" w:rsidR="00432064" w:rsidRDefault="00000000">
      <w:pPr>
        <w:pStyle w:val="Listaconvietas"/>
        <w:spacing w:after="40" w:line="252" w:lineRule="auto"/>
      </w:pPr>
      <w:proofErr w:type="spellStart"/>
      <w:r>
        <w:t>Repositorio</w:t>
      </w:r>
      <w:proofErr w:type="spellEnd"/>
      <w:r>
        <w:t xml:space="preserve"> MINEDU – </w:t>
      </w:r>
      <w:proofErr w:type="spellStart"/>
      <w:r>
        <w:t>Texto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para el </w:t>
      </w:r>
      <w:proofErr w:type="spellStart"/>
      <w:r>
        <w:t>Trabajo</w:t>
      </w:r>
      <w:proofErr w:type="spellEnd"/>
      <w:r>
        <w:t xml:space="preserve"> 2 (2025): https://repositorio.minedu.gob.pe/handle/20.500.12799/11828</w:t>
      </w:r>
    </w:p>
    <w:p w14:paraId="4BB64AA7" w14:textId="77777777" w:rsidR="00432064" w:rsidRDefault="00000000">
      <w:pPr>
        <w:pStyle w:val="Listaconvietas"/>
        <w:spacing w:after="40" w:line="252" w:lineRule="auto"/>
      </w:pPr>
      <w:r>
        <w:t xml:space="preserve">SBS –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 xml:space="preserve"> para </w:t>
      </w:r>
      <w:proofErr w:type="spellStart"/>
      <w:r>
        <w:t>docentes</w:t>
      </w:r>
      <w:proofErr w:type="spellEnd"/>
      <w:r>
        <w:t>: https://www.sbs.gob.pe/educacion-financiera/docentes</w:t>
      </w:r>
    </w:p>
    <w:p w14:paraId="2B5AB3AC" w14:textId="77777777" w:rsidR="00432064" w:rsidRDefault="00000000">
      <w:pPr>
        <w:pStyle w:val="Listaconvietas"/>
        <w:spacing w:after="40" w:line="252" w:lineRule="auto"/>
      </w:pPr>
      <w:r>
        <w:t xml:space="preserve">SBS – Material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>: https://www.sbs.gob.pe/material-de-educacion-financiera</w:t>
      </w:r>
    </w:p>
    <w:p w14:paraId="51ABA081" w14:textId="77777777" w:rsidR="00432064" w:rsidRDefault="00000000">
      <w:pPr>
        <w:pStyle w:val="Ttulo1"/>
        <w:spacing w:before="160" w:after="80"/>
      </w:pPr>
      <w:r>
        <w:rPr>
          <w:rFonts w:ascii="Aptos" w:hAnsi="Aptos"/>
          <w:color w:val="17365D"/>
          <w:sz w:val="26"/>
        </w:rPr>
        <w:lastRenderedPageBreak/>
        <w:t>XXVII. ANEXOS</w:t>
      </w:r>
    </w:p>
    <w:p w14:paraId="40395898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Anexo 1. </w:t>
      </w:r>
      <w:proofErr w:type="spellStart"/>
      <w:r>
        <w:rPr>
          <w:rFonts w:ascii="Aptos" w:hAnsi="Aptos"/>
          <w:color w:val="1F4E78"/>
          <w:sz w:val="23"/>
        </w:rPr>
        <w:t>Encuesta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diagnóstica</w:t>
      </w:r>
      <w:proofErr w:type="spellEnd"/>
      <w:r>
        <w:rPr>
          <w:rFonts w:ascii="Aptos" w:hAnsi="Aptos"/>
          <w:color w:val="1F4E78"/>
          <w:sz w:val="23"/>
        </w:rPr>
        <w:t xml:space="preserve"> breve (</w:t>
      </w:r>
      <w:proofErr w:type="spellStart"/>
      <w:r>
        <w:rPr>
          <w:rFonts w:ascii="Aptos" w:hAnsi="Aptos"/>
          <w:color w:val="1F4E78"/>
          <w:sz w:val="23"/>
        </w:rPr>
        <w:t>modelo</w:t>
      </w:r>
      <w:proofErr w:type="spellEnd"/>
      <w:r>
        <w:rPr>
          <w:rFonts w:ascii="Aptos" w:hAnsi="Aptos"/>
          <w:color w:val="1F4E78"/>
          <w:sz w:val="23"/>
        </w:rPr>
        <w:t>)</w:t>
      </w:r>
    </w:p>
    <w:p w14:paraId="73088FFD" w14:textId="77777777" w:rsidR="00432064" w:rsidRDefault="00000000">
      <w:pPr>
        <w:spacing w:after="100" w:line="259" w:lineRule="auto"/>
        <w:jc w:val="both"/>
      </w:pPr>
      <w:proofErr w:type="spellStart"/>
      <w:r>
        <w:t>Aplicar</w:t>
      </w:r>
      <w:proofErr w:type="spellEnd"/>
      <w:r>
        <w:t xml:space="preserve"> antes y </w:t>
      </w:r>
      <w:proofErr w:type="spellStart"/>
      <w:r>
        <w:t>después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 xml:space="preserve">. Escala </w:t>
      </w:r>
      <w:proofErr w:type="spellStart"/>
      <w:r>
        <w:t>sugerida</w:t>
      </w:r>
      <w:proofErr w:type="spellEnd"/>
      <w:r>
        <w:t xml:space="preserve">: Nunca / A </w:t>
      </w:r>
      <w:proofErr w:type="spellStart"/>
      <w:r>
        <w:t>veces</w:t>
      </w:r>
      <w:proofErr w:type="spellEnd"/>
      <w:r>
        <w:t xml:space="preserve"> / Casi </w:t>
      </w:r>
      <w:proofErr w:type="spellStart"/>
      <w:r>
        <w:t>siempre</w:t>
      </w:r>
      <w:proofErr w:type="spellEnd"/>
      <w:r>
        <w:t xml:space="preserve"> / </w:t>
      </w:r>
      <w:proofErr w:type="spellStart"/>
      <w:r>
        <w:t>Siempre</w:t>
      </w:r>
      <w:proofErr w:type="spellEnd"/>
      <w:r>
        <w:t xml:space="preserve">,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de </w:t>
      </w:r>
      <w:proofErr w:type="spellStart"/>
      <w:r>
        <w:t>conocimiento</w:t>
      </w:r>
      <w:proofErr w:type="spellEnd"/>
      <w:r>
        <w:t>.</w:t>
      </w:r>
    </w:p>
    <w:p w14:paraId="2A88D5C5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1. Registro mis </w:t>
      </w:r>
      <w:proofErr w:type="spellStart"/>
      <w:r>
        <w:t>ingresos</w:t>
      </w:r>
      <w:proofErr w:type="spellEnd"/>
      <w:r>
        <w:t xml:space="preserve"> o dinero disponible antes de </w:t>
      </w:r>
      <w:proofErr w:type="spellStart"/>
      <w:r>
        <w:t>decidir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gastarlo</w:t>
      </w:r>
      <w:proofErr w:type="spellEnd"/>
      <w:r>
        <w:t>.</w:t>
      </w:r>
    </w:p>
    <w:p w14:paraId="5E7DBFF4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2. </w:t>
      </w:r>
      <w:proofErr w:type="spellStart"/>
      <w:r>
        <w:t>Diferencio</w:t>
      </w:r>
      <w:proofErr w:type="spellEnd"/>
      <w:r>
        <w:t xml:space="preserve"> entre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necesidad</w:t>
      </w:r>
      <w:proofErr w:type="spellEnd"/>
      <w:r>
        <w:t xml:space="preserve"> y un </w:t>
      </w:r>
      <w:proofErr w:type="spellStart"/>
      <w:r>
        <w:t>deseo</w:t>
      </w:r>
      <w:proofErr w:type="spellEnd"/>
      <w:r>
        <w:t xml:space="preserve"> al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decisión</w:t>
      </w:r>
      <w:proofErr w:type="spellEnd"/>
      <w:r>
        <w:t xml:space="preserve"> de </w:t>
      </w:r>
      <w:proofErr w:type="spellStart"/>
      <w:r>
        <w:t>compra</w:t>
      </w:r>
      <w:proofErr w:type="spellEnd"/>
      <w:r>
        <w:t>.</w:t>
      </w:r>
    </w:p>
    <w:p w14:paraId="1939E83B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3. Tengo </w:t>
      </w:r>
      <w:proofErr w:type="spellStart"/>
      <w:r>
        <w:t>una</w:t>
      </w:r>
      <w:proofErr w:type="spellEnd"/>
      <w:r>
        <w:t xml:space="preserve"> meta de </w:t>
      </w:r>
      <w:proofErr w:type="spellStart"/>
      <w:r>
        <w:t>ahorro</w:t>
      </w:r>
      <w:proofErr w:type="spellEnd"/>
      <w:r>
        <w:t xml:space="preserve"> </w:t>
      </w:r>
      <w:proofErr w:type="spellStart"/>
      <w:r>
        <w:t>definida</w:t>
      </w:r>
      <w:proofErr w:type="spellEnd"/>
      <w:r>
        <w:t>.</w:t>
      </w:r>
    </w:p>
    <w:p w14:paraId="5D8EEB2F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4. Registro mis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pequeños</w:t>
      </w:r>
      <w:proofErr w:type="spellEnd"/>
      <w:r>
        <w:t xml:space="preserve"> o </w:t>
      </w:r>
      <w:proofErr w:type="spellStart"/>
      <w:r>
        <w:t>frecuentes</w:t>
      </w:r>
      <w:proofErr w:type="spellEnd"/>
      <w:r>
        <w:t>.</w:t>
      </w:r>
    </w:p>
    <w:p w14:paraId="4EE15C6A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5. </w:t>
      </w:r>
      <w:proofErr w:type="spellStart"/>
      <w:r>
        <w:t>Elaboro</w:t>
      </w:r>
      <w:proofErr w:type="spellEnd"/>
      <w:r>
        <w:t xml:space="preserve"> un </w:t>
      </w:r>
      <w:proofErr w:type="spellStart"/>
      <w:r>
        <w:t>presupuesto</w:t>
      </w:r>
      <w:proofErr w:type="spellEnd"/>
      <w:r>
        <w:t xml:space="preserve"> </w:t>
      </w:r>
      <w:proofErr w:type="spellStart"/>
      <w:r>
        <w:t>sencillo</w:t>
      </w:r>
      <w:proofErr w:type="spellEnd"/>
      <w:r>
        <w:t xml:space="preserve"> antes de </w:t>
      </w:r>
      <w:proofErr w:type="spellStart"/>
      <w:r>
        <w:t>gastar</w:t>
      </w:r>
      <w:proofErr w:type="spellEnd"/>
      <w:r>
        <w:t>.</w:t>
      </w:r>
    </w:p>
    <w:p w14:paraId="36A32F64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6. </w:t>
      </w:r>
      <w:proofErr w:type="spellStart"/>
      <w:r>
        <w:t>Puedo</w:t>
      </w:r>
      <w:proofErr w:type="spellEnd"/>
      <w:r>
        <w:t xml:space="preserve"> </w:t>
      </w:r>
      <w:proofErr w:type="spellStart"/>
      <w:r>
        <w:t>explicar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un </w:t>
      </w:r>
      <w:proofErr w:type="spellStart"/>
      <w:r>
        <w:t>gasto</w:t>
      </w:r>
      <w:proofErr w:type="spellEnd"/>
      <w:r>
        <w:t xml:space="preserve"> </w:t>
      </w:r>
      <w:proofErr w:type="spellStart"/>
      <w:r>
        <w:t>pequeño</w:t>
      </w:r>
      <w:proofErr w:type="spellEnd"/>
      <w:r>
        <w:t xml:space="preserve"> </w:t>
      </w:r>
      <w:proofErr w:type="spellStart"/>
      <w:r>
        <w:t>repetido</w:t>
      </w:r>
      <w:proofErr w:type="spellEnd"/>
      <w:r>
        <w:t xml:space="preserve"> </w:t>
      </w:r>
      <w:proofErr w:type="spellStart"/>
      <w:r>
        <w:t>afecta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meta de </w:t>
      </w:r>
      <w:proofErr w:type="spellStart"/>
      <w:r>
        <w:t>ahorro</w:t>
      </w:r>
      <w:proofErr w:type="spellEnd"/>
      <w:r>
        <w:t>.</w:t>
      </w:r>
    </w:p>
    <w:p w14:paraId="2D5DE3D9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7. </w:t>
      </w:r>
      <w:proofErr w:type="spellStart"/>
      <w:r>
        <w:t>Reviso</w:t>
      </w:r>
      <w:proofErr w:type="spellEnd"/>
      <w:r>
        <w:t xml:space="preserve"> mi </w:t>
      </w:r>
      <w:proofErr w:type="spellStart"/>
      <w:r>
        <w:t>progreso</w:t>
      </w:r>
      <w:proofErr w:type="spellEnd"/>
      <w:r>
        <w:t xml:space="preserve"> y </w:t>
      </w:r>
      <w:proofErr w:type="spellStart"/>
      <w:r>
        <w:t>hago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no </w:t>
      </w:r>
      <w:proofErr w:type="spellStart"/>
      <w:r>
        <w:t>cumplo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meta.</w:t>
      </w:r>
    </w:p>
    <w:p w14:paraId="05FAD17B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8. </w:t>
      </w:r>
      <w:proofErr w:type="spellStart"/>
      <w:r>
        <w:t>Sé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aplicación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no </w:t>
      </w:r>
      <w:proofErr w:type="spellStart"/>
      <w:r>
        <w:t>reemplaza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entidad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>.</w:t>
      </w:r>
    </w:p>
    <w:p w14:paraId="02430067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9. Me </w:t>
      </w:r>
      <w:proofErr w:type="spellStart"/>
      <w:r>
        <w:t>siento</w:t>
      </w:r>
      <w:proofErr w:type="spellEnd"/>
      <w:r>
        <w:t xml:space="preserve"> </w:t>
      </w:r>
      <w:proofErr w:type="spellStart"/>
      <w:r>
        <w:t>capaz</w:t>
      </w:r>
      <w:proofErr w:type="spellEnd"/>
      <w:r>
        <w:t xml:space="preserve"> de </w:t>
      </w:r>
      <w:proofErr w:type="spellStart"/>
      <w:r>
        <w:t>trabajar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para </w:t>
      </w:r>
      <w:proofErr w:type="spellStart"/>
      <w:r>
        <w:t>diseñar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solución</w:t>
      </w:r>
      <w:proofErr w:type="spellEnd"/>
      <w:r>
        <w:t xml:space="preserve"> a un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económico</w:t>
      </w:r>
      <w:proofErr w:type="spellEnd"/>
      <w:r>
        <w:t xml:space="preserve"> o social.</w:t>
      </w:r>
    </w:p>
    <w:p w14:paraId="5F73230B" w14:textId="77777777" w:rsidR="00432064" w:rsidRDefault="00000000">
      <w:pPr>
        <w:spacing w:after="40" w:line="252" w:lineRule="auto"/>
        <w:ind w:left="144" w:hanging="144"/>
        <w:jc w:val="both"/>
      </w:pPr>
      <w:r>
        <w:t xml:space="preserve">10. </w:t>
      </w:r>
      <w:proofErr w:type="spellStart"/>
      <w:r>
        <w:t>Puedo</w:t>
      </w:r>
      <w:proofErr w:type="spellEnd"/>
      <w:r>
        <w:t xml:space="preserve">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de </w:t>
      </w:r>
      <w:proofErr w:type="spellStart"/>
      <w:r>
        <w:t>emprendimiento</w:t>
      </w:r>
      <w:proofErr w:type="spellEnd"/>
      <w:r>
        <w:t xml:space="preserve"> genera </w:t>
      </w:r>
      <w:proofErr w:type="spellStart"/>
      <w:r>
        <w:t>beneficios</w:t>
      </w:r>
      <w:proofErr w:type="spellEnd"/>
      <w:r>
        <w:t xml:space="preserve"> y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costos</w:t>
      </w:r>
      <w:proofErr w:type="spellEnd"/>
      <w:r>
        <w:t xml:space="preserve"> </w:t>
      </w:r>
      <w:proofErr w:type="spellStart"/>
      <w:r>
        <w:t>implica</w:t>
      </w:r>
      <w:proofErr w:type="spellEnd"/>
      <w:r>
        <w:t>.</w:t>
      </w:r>
    </w:p>
    <w:p w14:paraId="5F143C9B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Anexo 2. </w:t>
      </w:r>
      <w:proofErr w:type="spellStart"/>
      <w:r>
        <w:rPr>
          <w:rFonts w:ascii="Aptos" w:hAnsi="Aptos"/>
          <w:color w:val="1F4E78"/>
          <w:sz w:val="23"/>
        </w:rPr>
        <w:t>Ficha</w:t>
      </w:r>
      <w:proofErr w:type="spellEnd"/>
      <w:r>
        <w:rPr>
          <w:rFonts w:ascii="Aptos" w:hAnsi="Aptos"/>
          <w:color w:val="1F4E78"/>
          <w:sz w:val="23"/>
        </w:rPr>
        <w:t xml:space="preserve"> de </w:t>
      </w:r>
      <w:proofErr w:type="spellStart"/>
      <w:r>
        <w:rPr>
          <w:rFonts w:ascii="Aptos" w:hAnsi="Aptos"/>
          <w:color w:val="1F4E78"/>
          <w:sz w:val="23"/>
        </w:rPr>
        <w:t>reto</w:t>
      </w:r>
      <w:proofErr w:type="spellEnd"/>
      <w:r>
        <w:rPr>
          <w:rFonts w:ascii="Aptos" w:hAnsi="Aptos"/>
          <w:color w:val="1F4E78"/>
          <w:sz w:val="23"/>
        </w:rPr>
        <w:t xml:space="preserve"> “</w:t>
      </w:r>
      <w:proofErr w:type="spellStart"/>
      <w:r>
        <w:rPr>
          <w:rFonts w:ascii="Aptos" w:hAnsi="Aptos"/>
          <w:color w:val="1F4E78"/>
          <w:sz w:val="23"/>
        </w:rPr>
        <w:t>Molécula</w:t>
      </w:r>
      <w:proofErr w:type="spellEnd"/>
      <w:r>
        <w:rPr>
          <w:rFonts w:ascii="Aptos" w:hAnsi="Aptos"/>
          <w:color w:val="1F4E78"/>
          <w:sz w:val="23"/>
        </w:rPr>
        <w:t xml:space="preserve"> de </w:t>
      </w:r>
      <w:proofErr w:type="spellStart"/>
      <w:r>
        <w:rPr>
          <w:rFonts w:ascii="Aptos" w:hAnsi="Aptos"/>
          <w:color w:val="1F4E78"/>
          <w:sz w:val="23"/>
        </w:rPr>
        <w:t>ahorro</w:t>
      </w:r>
      <w:proofErr w:type="spellEnd"/>
      <w:r>
        <w:rPr>
          <w:rFonts w:ascii="Aptos" w:hAnsi="Aptos"/>
          <w:color w:val="1F4E78"/>
          <w:sz w:val="23"/>
        </w:rPr>
        <w:t>”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432064" w14:paraId="733099D3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5EE76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9EAC7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Registro</w:t>
            </w:r>
          </w:p>
        </w:tc>
      </w:tr>
      <w:tr w:rsidR="00432064" w14:paraId="3E6B2B30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A2313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Meta</w:t>
            </w:r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04747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¿</w:t>
            </w:r>
            <w:proofErr w:type="spellStart"/>
            <w:r>
              <w:rPr>
                <w:sz w:val="18"/>
              </w:rPr>
              <w:t>Qué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quiero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lograr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qué</w:t>
            </w:r>
            <w:proofErr w:type="spellEnd"/>
            <w:r>
              <w:rPr>
                <w:sz w:val="18"/>
              </w:rPr>
              <w:t>?</w:t>
            </w:r>
          </w:p>
        </w:tc>
      </w:tr>
      <w:tr w:rsidR="00432064" w14:paraId="44631714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4935A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Acción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semana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59F0A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¿</w:t>
            </w:r>
            <w:proofErr w:type="spellStart"/>
            <w:r>
              <w:rPr>
                <w:sz w:val="18"/>
              </w:rPr>
              <w:t>Qué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pequeña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decisión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realizaré</w:t>
            </w:r>
            <w:proofErr w:type="spellEnd"/>
            <w:r>
              <w:rPr>
                <w:sz w:val="18"/>
              </w:rPr>
              <w:t>?</w:t>
            </w:r>
          </w:p>
        </w:tc>
      </w:tr>
      <w:tr w:rsidR="00432064" w14:paraId="509FC35D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928F1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Monto o </w:t>
            </w:r>
            <w:proofErr w:type="spellStart"/>
            <w:r>
              <w:rPr>
                <w:sz w:val="18"/>
              </w:rPr>
              <w:t>unidad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simulada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474C0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Registrar solo </w:t>
            </w: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corresponde</w:t>
            </w:r>
            <w:proofErr w:type="spellEnd"/>
            <w:r>
              <w:rPr>
                <w:sz w:val="18"/>
              </w:rPr>
              <w:t xml:space="preserve"> y con </w:t>
            </w:r>
            <w:proofErr w:type="spellStart"/>
            <w:r>
              <w:rPr>
                <w:sz w:val="18"/>
              </w:rPr>
              <w:t>autorización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puede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usarse</w:t>
            </w:r>
            <w:proofErr w:type="spellEnd"/>
            <w:r>
              <w:rPr>
                <w:sz w:val="18"/>
              </w:rPr>
              <w:t xml:space="preserve"> puntos.</w:t>
            </w:r>
          </w:p>
        </w:tc>
      </w:tr>
      <w:tr w:rsidR="00432064" w14:paraId="79AA14F0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6A9E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Evidencia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15BC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Presupuesto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foto</w:t>
            </w:r>
            <w:proofErr w:type="spellEnd"/>
            <w:r>
              <w:rPr>
                <w:sz w:val="18"/>
              </w:rPr>
              <w:t xml:space="preserve"> de material, </w:t>
            </w:r>
            <w:proofErr w:type="spellStart"/>
            <w:r>
              <w:rPr>
                <w:sz w:val="18"/>
              </w:rPr>
              <w:t>captura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tablero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reflexión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5A8C9187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237D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Resultado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62314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Cumplido / </w:t>
            </w:r>
            <w:proofErr w:type="spellStart"/>
            <w:r>
              <w:rPr>
                <w:sz w:val="18"/>
              </w:rPr>
              <w:t>parcialmente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cumplido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mejorar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346C17FB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7CB0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Aprendizaje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47CFE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>¿</w:t>
            </w:r>
            <w:proofErr w:type="spellStart"/>
            <w:r>
              <w:rPr>
                <w:sz w:val="18"/>
              </w:rPr>
              <w:t>Qué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decisión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funcionó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qué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cambiaré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próxima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semana</w:t>
            </w:r>
            <w:proofErr w:type="spellEnd"/>
            <w:r>
              <w:rPr>
                <w:sz w:val="18"/>
              </w:rPr>
              <w:t>?</w:t>
            </w:r>
          </w:p>
        </w:tc>
      </w:tr>
    </w:tbl>
    <w:p w14:paraId="31E0CDD4" w14:textId="77777777" w:rsidR="00432064" w:rsidRDefault="00432064">
      <w:pPr>
        <w:spacing w:after="20"/>
        <w:jc w:val="both"/>
      </w:pPr>
    </w:p>
    <w:p w14:paraId="18450919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Anexo 3. </w:t>
      </w:r>
      <w:proofErr w:type="spellStart"/>
      <w:r>
        <w:rPr>
          <w:rFonts w:ascii="Aptos" w:hAnsi="Aptos"/>
          <w:color w:val="1F4E78"/>
          <w:sz w:val="23"/>
        </w:rPr>
        <w:t>Rúbrica</w:t>
      </w:r>
      <w:proofErr w:type="spellEnd"/>
      <w:r>
        <w:rPr>
          <w:rFonts w:ascii="Aptos" w:hAnsi="Aptos"/>
          <w:color w:val="1F4E78"/>
          <w:sz w:val="23"/>
        </w:rPr>
        <w:t xml:space="preserve"> de </w:t>
      </w:r>
      <w:proofErr w:type="spellStart"/>
      <w:r>
        <w:rPr>
          <w:rFonts w:ascii="Aptos" w:hAnsi="Aptos"/>
          <w:color w:val="1F4E78"/>
          <w:sz w:val="23"/>
        </w:rPr>
        <w:t>evaluación</w:t>
      </w:r>
      <w:proofErr w:type="spellEnd"/>
      <w:r>
        <w:rPr>
          <w:rFonts w:ascii="Aptos" w:hAnsi="Aptos"/>
          <w:color w:val="1F4E78"/>
          <w:sz w:val="23"/>
        </w:rPr>
        <w:t xml:space="preserve"> del </w:t>
      </w:r>
      <w:proofErr w:type="spellStart"/>
      <w:r>
        <w:rPr>
          <w:rFonts w:ascii="Aptos" w:hAnsi="Aptos"/>
          <w:color w:val="1F4E78"/>
          <w:sz w:val="23"/>
        </w:rPr>
        <w:t>proyecto</w:t>
      </w:r>
      <w:proofErr w:type="spellEnd"/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1968"/>
        <w:gridCol w:w="1968"/>
        <w:gridCol w:w="1969"/>
        <w:gridCol w:w="1969"/>
        <w:gridCol w:w="1969"/>
      </w:tblGrid>
      <w:tr w:rsidR="00432064" w14:paraId="5FC36E34" w14:textId="77777777">
        <w:trPr>
          <w:tblHeader/>
          <w:jc w:val="center"/>
        </w:trPr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AB7B6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Criterio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67A5D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Inicio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112EF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Proceso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029CD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Logro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esperado</w:t>
            </w:r>
            <w:proofErr w:type="spellEnd"/>
          </w:p>
        </w:tc>
        <w:tc>
          <w:tcPr>
            <w:tcW w:w="1972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0622F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Destacado</w:t>
            </w:r>
            <w:proofErr w:type="spellEnd"/>
          </w:p>
        </w:tc>
      </w:tr>
      <w:tr w:rsidR="00432064" w14:paraId="0D872ABB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7A584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Propuesta</w:t>
            </w:r>
            <w:proofErr w:type="spellEnd"/>
            <w:r>
              <w:rPr>
                <w:sz w:val="16"/>
              </w:rPr>
              <w:t xml:space="preserve"> de valor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5B6FC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No </w:t>
            </w:r>
            <w:proofErr w:type="spellStart"/>
            <w:r>
              <w:rPr>
                <w:sz w:val="16"/>
              </w:rPr>
              <w:t>identifica</w:t>
            </w:r>
            <w:proofErr w:type="spellEnd"/>
            <w:r>
              <w:rPr>
                <w:sz w:val="16"/>
              </w:rPr>
              <w:t xml:space="preserve"> con </w:t>
            </w:r>
            <w:proofErr w:type="spellStart"/>
            <w:r>
              <w:rPr>
                <w:sz w:val="16"/>
              </w:rPr>
              <w:t>claridad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necesidad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9A8F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Identifica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necesidad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pero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solución</w:t>
            </w:r>
            <w:proofErr w:type="spellEnd"/>
            <w:r>
              <w:rPr>
                <w:sz w:val="16"/>
              </w:rPr>
              <w:t xml:space="preserve"> es poco </w:t>
            </w:r>
            <w:proofErr w:type="spellStart"/>
            <w:r>
              <w:rPr>
                <w:sz w:val="16"/>
              </w:rPr>
              <w:t>precisa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37673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Formula </w:t>
            </w:r>
            <w:proofErr w:type="spellStart"/>
            <w:r>
              <w:rPr>
                <w:sz w:val="16"/>
              </w:rPr>
              <w:t>una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solución</w:t>
            </w:r>
            <w:proofErr w:type="spellEnd"/>
            <w:r>
              <w:rPr>
                <w:sz w:val="16"/>
              </w:rPr>
              <w:t xml:space="preserve"> viable y la </w:t>
            </w:r>
            <w:proofErr w:type="spellStart"/>
            <w:r>
              <w:rPr>
                <w:sz w:val="16"/>
              </w:rPr>
              <w:t>representa</w:t>
            </w:r>
            <w:proofErr w:type="spellEnd"/>
            <w:r>
              <w:rPr>
                <w:sz w:val="16"/>
              </w:rPr>
              <w:t xml:space="preserve"> con un </w:t>
            </w:r>
            <w:proofErr w:type="spellStart"/>
            <w:r>
              <w:rPr>
                <w:sz w:val="16"/>
              </w:rPr>
              <w:t>prototipo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40381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Valida, </w:t>
            </w:r>
            <w:proofErr w:type="spellStart"/>
            <w:r>
              <w:rPr>
                <w:sz w:val="16"/>
              </w:rPr>
              <w:t>incorpora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sugerencias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mejora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propuesta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432064" w14:paraId="7800DF37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F0A9F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Habilidad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técnica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7429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Requiere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apoyo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constante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16F20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Usa </w:t>
            </w:r>
            <w:proofErr w:type="spellStart"/>
            <w:r>
              <w:rPr>
                <w:sz w:val="16"/>
              </w:rPr>
              <w:t>algunas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herramientas</w:t>
            </w:r>
            <w:proofErr w:type="spellEnd"/>
            <w:r>
              <w:rPr>
                <w:sz w:val="16"/>
              </w:rPr>
              <w:t xml:space="preserve"> con </w:t>
            </w:r>
            <w:proofErr w:type="spellStart"/>
            <w:r>
              <w:rPr>
                <w:sz w:val="16"/>
              </w:rPr>
              <w:t>apoyo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0C5D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Utiliza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herramientas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procedimientos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adecuados</w:t>
            </w:r>
            <w:proofErr w:type="spellEnd"/>
            <w:r>
              <w:rPr>
                <w:sz w:val="16"/>
              </w:rPr>
              <w:t xml:space="preserve"> con </w:t>
            </w:r>
            <w:proofErr w:type="spellStart"/>
            <w:r>
              <w:rPr>
                <w:sz w:val="16"/>
              </w:rPr>
              <w:t>responsabilidad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1965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Optimiza</w:t>
            </w:r>
            <w:proofErr w:type="spellEnd"/>
            <w:r>
              <w:rPr>
                <w:sz w:val="16"/>
              </w:rPr>
              <w:t xml:space="preserve"> el </w:t>
            </w:r>
            <w:proofErr w:type="spellStart"/>
            <w:r>
              <w:rPr>
                <w:sz w:val="16"/>
              </w:rPr>
              <w:t>proceso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apoya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equipo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432064" w14:paraId="2F859A14" w14:textId="77777777">
        <w:trPr>
          <w:jc w:val="center"/>
        </w:trPr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044E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Trabajo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cooperativo</w:t>
            </w:r>
            <w:proofErr w:type="spellEnd"/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1335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Cumple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parcialmente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BFC2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Participa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manera</w:t>
            </w:r>
            <w:proofErr w:type="spellEnd"/>
            <w:r>
              <w:rPr>
                <w:sz w:val="16"/>
              </w:rPr>
              <w:t xml:space="preserve"> irregular.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64D8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Cumple</w:t>
            </w:r>
            <w:proofErr w:type="spellEnd"/>
            <w:r>
              <w:rPr>
                <w:sz w:val="16"/>
              </w:rPr>
              <w:t xml:space="preserve"> su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coordina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aporta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objetivo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común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9CFCC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Integra puntos de vista y </w:t>
            </w:r>
            <w:proofErr w:type="spellStart"/>
            <w:r>
              <w:rPr>
                <w:sz w:val="16"/>
              </w:rPr>
              <w:t>ayuda</w:t>
            </w:r>
            <w:proofErr w:type="spellEnd"/>
            <w:r>
              <w:rPr>
                <w:sz w:val="16"/>
              </w:rPr>
              <w:t xml:space="preserve"> a resolver </w:t>
            </w:r>
            <w:proofErr w:type="spellStart"/>
            <w:r>
              <w:rPr>
                <w:sz w:val="16"/>
              </w:rPr>
              <w:t>dificultades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432064" w14:paraId="58FF33EF" w14:textId="77777777">
        <w:trPr>
          <w:jc w:val="center"/>
        </w:trPr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4CA5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Evaluación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resultados</w:t>
            </w:r>
            <w:proofErr w:type="spellEnd"/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3DDC7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No </w:t>
            </w:r>
            <w:proofErr w:type="spellStart"/>
            <w:r>
              <w:rPr>
                <w:sz w:val="16"/>
              </w:rPr>
              <w:t>utiliza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evidencias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FD12B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Recoge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información</w:t>
            </w:r>
            <w:proofErr w:type="spellEnd"/>
            <w:r>
              <w:rPr>
                <w:sz w:val="16"/>
              </w:rPr>
              <w:t xml:space="preserve"> sin </w:t>
            </w:r>
            <w:proofErr w:type="spellStart"/>
            <w:r>
              <w:rPr>
                <w:sz w:val="16"/>
              </w:rPr>
              <w:t>analizarla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suficientemente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8291A" w14:textId="77777777" w:rsidR="00432064" w:rsidRDefault="00000000">
            <w:pPr>
              <w:spacing w:after="0" w:line="240" w:lineRule="auto"/>
            </w:pPr>
            <w:r>
              <w:rPr>
                <w:sz w:val="16"/>
              </w:rPr>
              <w:t xml:space="preserve">Formula </w:t>
            </w:r>
            <w:proofErr w:type="spellStart"/>
            <w:r>
              <w:rPr>
                <w:sz w:val="16"/>
              </w:rPr>
              <w:t>indicadores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resultados</w:t>
            </w:r>
            <w:proofErr w:type="spellEnd"/>
            <w:r>
              <w:rPr>
                <w:sz w:val="16"/>
              </w:rPr>
              <w:t xml:space="preserve"> e </w:t>
            </w:r>
            <w:proofErr w:type="spellStart"/>
            <w:r>
              <w:rPr>
                <w:sz w:val="16"/>
              </w:rPr>
              <w:t>incorpora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mejoras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97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D930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6"/>
              </w:rPr>
              <w:t>Relaciona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resultados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costos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beneficios</w:t>
            </w:r>
            <w:proofErr w:type="spellEnd"/>
            <w:r>
              <w:rPr>
                <w:sz w:val="16"/>
              </w:rPr>
              <w:t xml:space="preserve"> e </w:t>
            </w:r>
            <w:proofErr w:type="spellStart"/>
            <w:r>
              <w:rPr>
                <w:sz w:val="16"/>
              </w:rPr>
              <w:t>impactos</w:t>
            </w:r>
            <w:proofErr w:type="spellEnd"/>
            <w:r>
              <w:rPr>
                <w:sz w:val="16"/>
              </w:rPr>
              <w:t xml:space="preserve"> y propone </w:t>
            </w:r>
            <w:proofErr w:type="spellStart"/>
            <w:r>
              <w:rPr>
                <w:sz w:val="16"/>
              </w:rPr>
              <w:t>sostenibilidad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14:paraId="51784C56" w14:textId="77777777" w:rsidR="00432064" w:rsidRDefault="00432064">
      <w:pPr>
        <w:spacing w:after="20"/>
        <w:jc w:val="both"/>
      </w:pPr>
    </w:p>
    <w:p w14:paraId="0F156A65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lastRenderedPageBreak/>
        <w:t xml:space="preserve">Anexo 4. </w:t>
      </w:r>
      <w:proofErr w:type="spellStart"/>
      <w:r>
        <w:rPr>
          <w:rFonts w:ascii="Aptos" w:hAnsi="Aptos"/>
          <w:color w:val="1F4E78"/>
          <w:sz w:val="23"/>
        </w:rPr>
        <w:t>Protocolo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mínimo</w:t>
      </w:r>
      <w:proofErr w:type="spellEnd"/>
      <w:r>
        <w:rPr>
          <w:rFonts w:ascii="Aptos" w:hAnsi="Aptos"/>
          <w:color w:val="1F4E78"/>
          <w:sz w:val="23"/>
        </w:rPr>
        <w:t xml:space="preserve"> de </w:t>
      </w:r>
      <w:proofErr w:type="spellStart"/>
      <w:r>
        <w:rPr>
          <w:rFonts w:ascii="Aptos" w:hAnsi="Aptos"/>
          <w:color w:val="1F4E78"/>
          <w:sz w:val="23"/>
        </w:rPr>
        <w:t>uso</w:t>
      </w:r>
      <w:proofErr w:type="spellEnd"/>
      <w:r>
        <w:rPr>
          <w:rFonts w:ascii="Aptos" w:hAnsi="Aptos"/>
          <w:color w:val="1F4E78"/>
          <w:sz w:val="23"/>
        </w:rPr>
        <w:t xml:space="preserve"> </w:t>
      </w:r>
      <w:proofErr w:type="spellStart"/>
      <w:r>
        <w:rPr>
          <w:rFonts w:ascii="Aptos" w:hAnsi="Aptos"/>
          <w:color w:val="1F4E78"/>
          <w:sz w:val="23"/>
        </w:rPr>
        <w:t>seguro</w:t>
      </w:r>
      <w:proofErr w:type="spellEnd"/>
    </w:p>
    <w:p w14:paraId="439F4E6D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Asignar</w:t>
      </w:r>
      <w:proofErr w:type="spellEnd"/>
      <w:r>
        <w:t xml:space="preserve">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un </w:t>
      </w:r>
      <w:proofErr w:type="spellStart"/>
      <w:r>
        <w:t>código</w:t>
      </w:r>
      <w:proofErr w:type="spellEnd"/>
      <w:r>
        <w:t xml:space="preserve">;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publicar</w:t>
      </w:r>
      <w:proofErr w:type="spellEnd"/>
      <w:r>
        <w:t xml:space="preserve"> </w:t>
      </w:r>
      <w:proofErr w:type="spellStart"/>
      <w:r>
        <w:t>montos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>.</w:t>
      </w:r>
    </w:p>
    <w:p w14:paraId="51908C1B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Solicitar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indispensables para el </w:t>
      </w:r>
      <w:proofErr w:type="spellStart"/>
      <w:r>
        <w:t>propósito</w:t>
      </w:r>
      <w:proofErr w:type="spellEnd"/>
      <w:r>
        <w:t xml:space="preserve"> </w:t>
      </w:r>
      <w:proofErr w:type="spellStart"/>
      <w:r>
        <w:t>pedagógico</w:t>
      </w:r>
      <w:proofErr w:type="spellEnd"/>
      <w:r>
        <w:t>.</w:t>
      </w:r>
    </w:p>
    <w:p w14:paraId="315BBFDA" w14:textId="77777777" w:rsidR="00432064" w:rsidRDefault="00000000">
      <w:pPr>
        <w:pStyle w:val="Listaconvietas"/>
        <w:spacing w:after="40" w:line="252" w:lineRule="auto"/>
        <w:jc w:val="both"/>
      </w:pPr>
      <w:r>
        <w:t xml:space="preserve">No registrar </w:t>
      </w:r>
      <w:proofErr w:type="spellStart"/>
      <w:r>
        <w:t>números</w:t>
      </w:r>
      <w:proofErr w:type="spellEnd"/>
      <w:r>
        <w:t xml:space="preserve"> de </w:t>
      </w:r>
      <w:proofErr w:type="spellStart"/>
      <w:r>
        <w:t>cuenta</w:t>
      </w:r>
      <w:proofErr w:type="spellEnd"/>
      <w:r>
        <w:t xml:space="preserve">, claves, </w:t>
      </w:r>
      <w:proofErr w:type="spellStart"/>
      <w:r>
        <w:t>tarjetas</w:t>
      </w:r>
      <w:proofErr w:type="spellEnd"/>
      <w:r>
        <w:t xml:space="preserve"> </w:t>
      </w:r>
      <w:proofErr w:type="spellStart"/>
      <w:r>
        <w:t>bancarias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 xml:space="preserve"> sensible.</w:t>
      </w:r>
    </w:p>
    <w:p w14:paraId="27DBD215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Mantener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protegido</w:t>
      </w:r>
      <w:proofErr w:type="spellEnd"/>
      <w:r>
        <w:t xml:space="preserve"> y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copias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pedagógica</w:t>
      </w:r>
      <w:proofErr w:type="spellEnd"/>
      <w:r>
        <w:t>.</w:t>
      </w:r>
    </w:p>
    <w:p w14:paraId="371738D6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Permitir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estudiante</w:t>
      </w:r>
      <w:proofErr w:type="spellEnd"/>
      <w:r>
        <w:t xml:space="preserve"> use puntos o </w:t>
      </w:r>
      <w:proofErr w:type="spellStart"/>
      <w:r>
        <w:t>montos</w:t>
      </w:r>
      <w:proofErr w:type="spellEnd"/>
      <w:r>
        <w:t xml:space="preserve"> </w:t>
      </w:r>
      <w:proofErr w:type="spellStart"/>
      <w:r>
        <w:t>simulados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familia no </w:t>
      </w:r>
      <w:proofErr w:type="spellStart"/>
      <w:r>
        <w:t>desea</w:t>
      </w:r>
      <w:proofErr w:type="spellEnd"/>
      <w:r>
        <w:t xml:space="preserve"> registrar </w:t>
      </w:r>
      <w:proofErr w:type="spellStart"/>
      <w:r>
        <w:t>ahorros</w:t>
      </w:r>
      <w:proofErr w:type="spellEnd"/>
      <w:r>
        <w:t xml:space="preserve"> reales.</w:t>
      </w:r>
    </w:p>
    <w:p w14:paraId="10EC2EFB" w14:textId="77777777" w:rsidR="00432064" w:rsidRDefault="00000000">
      <w:pPr>
        <w:pStyle w:val="Listaconvietas"/>
        <w:spacing w:after="40" w:line="252" w:lineRule="auto"/>
        <w:jc w:val="both"/>
      </w:pPr>
      <w:proofErr w:type="spellStart"/>
      <w:r>
        <w:t>Eliminar</w:t>
      </w:r>
      <w:proofErr w:type="spellEnd"/>
      <w:r>
        <w:t xml:space="preserve"> o </w:t>
      </w:r>
      <w:proofErr w:type="spellStart"/>
      <w:r>
        <w:t>anonimizar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al </w:t>
      </w:r>
      <w:proofErr w:type="spellStart"/>
      <w:r>
        <w:t>cerrar</w:t>
      </w:r>
      <w:proofErr w:type="spellEnd"/>
      <w:r>
        <w:t xml:space="preserve"> la </w:t>
      </w:r>
      <w:proofErr w:type="spellStart"/>
      <w:r>
        <w:t>experiencia</w:t>
      </w:r>
      <w:proofErr w:type="spellEnd"/>
      <w:r>
        <w:t xml:space="preserve">, </w:t>
      </w:r>
      <w:proofErr w:type="spellStart"/>
      <w:r>
        <w:t>según</w:t>
      </w:r>
      <w:proofErr w:type="spellEnd"/>
      <w:r>
        <w:t xml:space="preserve"> la </w:t>
      </w:r>
      <w:proofErr w:type="spellStart"/>
      <w:r>
        <w:t>política</w:t>
      </w:r>
      <w:proofErr w:type="spellEnd"/>
      <w:r>
        <w:t xml:space="preserve"> de la </w:t>
      </w:r>
      <w:proofErr w:type="spellStart"/>
      <w:r>
        <w:t>institución</w:t>
      </w:r>
      <w:proofErr w:type="spellEnd"/>
      <w:r>
        <w:t>.</w:t>
      </w:r>
    </w:p>
    <w:p w14:paraId="4FD3005D" w14:textId="77777777" w:rsidR="00432064" w:rsidRDefault="00000000">
      <w:pPr>
        <w:pStyle w:val="Ttulo2"/>
        <w:spacing w:before="100" w:after="80"/>
      </w:pPr>
      <w:r>
        <w:rPr>
          <w:rFonts w:ascii="Aptos" w:hAnsi="Aptos"/>
          <w:color w:val="1F4E78"/>
          <w:sz w:val="23"/>
        </w:rPr>
        <w:t xml:space="preserve">Anexo 5. Roles </w:t>
      </w:r>
      <w:proofErr w:type="spellStart"/>
      <w:r>
        <w:rPr>
          <w:rFonts w:ascii="Aptos" w:hAnsi="Aptos"/>
          <w:color w:val="1F4E78"/>
          <w:sz w:val="23"/>
        </w:rPr>
        <w:t>sugeridos</w:t>
      </w:r>
      <w:proofErr w:type="spellEnd"/>
      <w:r>
        <w:rPr>
          <w:rFonts w:ascii="Aptos" w:hAnsi="Aptos"/>
          <w:color w:val="1F4E78"/>
          <w:sz w:val="23"/>
        </w:rPr>
        <w:t xml:space="preserve"> del </w:t>
      </w:r>
      <w:proofErr w:type="spellStart"/>
      <w:r>
        <w:rPr>
          <w:rFonts w:ascii="Aptos" w:hAnsi="Aptos"/>
          <w:color w:val="1F4E78"/>
          <w:sz w:val="23"/>
        </w:rPr>
        <w:t>equipo</w:t>
      </w:r>
      <w:proofErr w:type="spellEnd"/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432064" w14:paraId="16C113F2" w14:textId="77777777">
        <w:trPr>
          <w:tblHeader/>
          <w:jc w:val="center"/>
        </w:trPr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1DDED" w14:textId="77777777" w:rsidR="00432064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Rol</w:t>
            </w:r>
          </w:p>
        </w:tc>
        <w:tc>
          <w:tcPr>
            <w:tcW w:w="4929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BCDBF" w14:textId="77777777" w:rsidR="00432064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Responsabilidad</w:t>
            </w:r>
            <w:proofErr w:type="spellEnd"/>
            <w:r>
              <w:rPr>
                <w:b/>
                <w:color w:val="FFFFFF"/>
                <w:sz w:val="18"/>
              </w:rPr>
              <w:t xml:space="preserve"> principal</w:t>
            </w:r>
          </w:p>
        </w:tc>
      </w:tr>
      <w:tr w:rsidR="00432064" w14:paraId="2F2241FB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6F28D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Coordinación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3B13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Organiza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cronograma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acuerdos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evidencias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1415956B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9FA1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Investigación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C6899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Diseña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aplica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diagnóstico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entrevistas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validación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608278EE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1E99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Diseño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9FBED" w14:textId="77777777" w:rsidR="00432064" w:rsidRDefault="00000000">
            <w:pPr>
              <w:spacing w:after="0" w:line="240" w:lineRule="auto"/>
            </w:pPr>
            <w:r>
              <w:rPr>
                <w:sz w:val="18"/>
              </w:rPr>
              <w:t xml:space="preserve">Crea </w:t>
            </w:r>
            <w:proofErr w:type="spellStart"/>
            <w:r>
              <w:rPr>
                <w:sz w:val="18"/>
              </w:rPr>
              <w:t>identidad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pantallas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experiencia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usuario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materiales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300DD626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62765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Tecnología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1F481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Configura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aplicación</w:t>
            </w:r>
            <w:proofErr w:type="spellEnd"/>
            <w:r>
              <w:rPr>
                <w:sz w:val="18"/>
              </w:rPr>
              <w:t xml:space="preserve">, base de </w:t>
            </w:r>
            <w:proofErr w:type="spellStart"/>
            <w:r>
              <w:rPr>
                <w:sz w:val="18"/>
              </w:rPr>
              <w:t>datos</w:t>
            </w:r>
            <w:proofErr w:type="spellEnd"/>
            <w:r>
              <w:rPr>
                <w:sz w:val="18"/>
              </w:rPr>
              <w:t xml:space="preserve"> y NFC/QR.</w:t>
            </w:r>
          </w:p>
        </w:tc>
      </w:tr>
      <w:tr w:rsidR="00432064" w14:paraId="45216271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D4F1E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Finanzas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costos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0E72C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Registra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presupuesto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costos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sostenibilidad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432064" w14:paraId="1D9D62EE" w14:textId="77777777">
        <w:trPr>
          <w:jc w:val="center"/>
        </w:trPr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A72A0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Comunicación</w:t>
            </w:r>
            <w:proofErr w:type="spellEnd"/>
          </w:p>
        </w:tc>
        <w:tc>
          <w:tcPr>
            <w:tcW w:w="4929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C3B57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Prepara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difusión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demostración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final.</w:t>
            </w:r>
          </w:p>
        </w:tc>
      </w:tr>
      <w:tr w:rsidR="00432064" w14:paraId="627A3E53" w14:textId="77777777">
        <w:trPr>
          <w:jc w:val="center"/>
        </w:trPr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914B6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Evaluación</w:t>
            </w:r>
            <w:proofErr w:type="spellEnd"/>
          </w:p>
        </w:tc>
        <w:tc>
          <w:tcPr>
            <w:tcW w:w="49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C5233" w14:textId="77777777" w:rsidR="00432064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Consolida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indicadores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satisfacción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lecciones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aprendidas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06B5E127" w14:textId="77777777" w:rsidR="00432064" w:rsidRDefault="00432064">
      <w:pPr>
        <w:spacing w:after="20"/>
        <w:jc w:val="both"/>
      </w:pPr>
    </w:p>
    <w:p w14:paraId="0A8B5755" w14:textId="44899992" w:rsidR="00432064" w:rsidRDefault="00432064">
      <w:pPr>
        <w:spacing w:after="0" w:line="259" w:lineRule="auto"/>
        <w:jc w:val="both"/>
      </w:pPr>
    </w:p>
    <w:sectPr w:rsidR="00432064" w:rsidSect="00034616">
      <w:headerReference w:type="default" r:id="rId10"/>
      <w:footerReference w:type="default" r:id="rId11"/>
      <w:pgSz w:w="12240" w:h="15840"/>
      <w:pgMar w:top="1134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C48E5" w14:textId="77777777" w:rsidR="00310428" w:rsidRDefault="00310428">
      <w:pPr>
        <w:spacing w:after="0" w:line="240" w:lineRule="auto"/>
      </w:pPr>
      <w:r>
        <w:separator/>
      </w:r>
    </w:p>
  </w:endnote>
  <w:endnote w:type="continuationSeparator" w:id="0">
    <w:p w14:paraId="4F69A1C0" w14:textId="77777777" w:rsidR="00310428" w:rsidRDefault="0031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94687" w14:textId="77777777" w:rsidR="00432064" w:rsidRDefault="00000000">
    <w:pPr>
      <w:pStyle w:val="Piedepgina"/>
      <w:jc w:val="center"/>
    </w:pPr>
    <w:r>
      <w:rPr>
        <w:color w:val="666666"/>
        <w:sz w:val="16"/>
      </w:rPr>
      <w:t>FINAN-</w:t>
    </w:r>
    <w:proofErr w:type="gramStart"/>
    <w:r>
      <w:rPr>
        <w:color w:val="666666"/>
        <w:sz w:val="16"/>
      </w:rPr>
      <w:t>CRFA  |</w:t>
    </w:r>
    <w:proofErr w:type="gramEnd"/>
    <w:r>
      <w:rPr>
        <w:color w:val="666666"/>
        <w:sz w:val="16"/>
      </w:rPr>
      <w:t xml:space="preserve">  Página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 xml:space="preserve"> PAGE </w:instrText>
    </w:r>
    <w:r>
      <w:rPr>
        <w:color w:val="666666"/>
        <w:sz w:val="16"/>
      </w:rPr>
      <w:fldChar w:fldCharType="separate"/>
    </w:r>
    <w:r w:rsidR="0045687C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E676" w14:textId="77777777" w:rsidR="00310428" w:rsidRDefault="00310428">
      <w:pPr>
        <w:spacing w:after="0" w:line="240" w:lineRule="auto"/>
      </w:pPr>
      <w:r>
        <w:separator/>
      </w:r>
    </w:p>
  </w:footnote>
  <w:footnote w:type="continuationSeparator" w:id="0">
    <w:p w14:paraId="0C33200E" w14:textId="77777777" w:rsidR="00310428" w:rsidRDefault="00310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29990" w14:textId="77777777" w:rsidR="00432064" w:rsidRDefault="00000000">
    <w:pPr>
      <w:pStyle w:val="Encabezado"/>
      <w:jc w:val="right"/>
    </w:pPr>
    <w:r>
      <w:rPr>
        <w:b/>
        <w:color w:val="1F4E78"/>
        <w:sz w:val="16"/>
      </w:rPr>
      <w:t>PROYECTO DE INNOVACIÓN Y EMPRENDIMIENTO – EPT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9283533">
    <w:abstractNumId w:val="8"/>
  </w:num>
  <w:num w:numId="2" w16cid:durableId="1925531563">
    <w:abstractNumId w:val="6"/>
  </w:num>
  <w:num w:numId="3" w16cid:durableId="1557473814">
    <w:abstractNumId w:val="5"/>
  </w:num>
  <w:num w:numId="4" w16cid:durableId="119807099">
    <w:abstractNumId w:val="4"/>
  </w:num>
  <w:num w:numId="5" w16cid:durableId="1926497425">
    <w:abstractNumId w:val="7"/>
  </w:num>
  <w:num w:numId="6" w16cid:durableId="1305308047">
    <w:abstractNumId w:val="3"/>
  </w:num>
  <w:num w:numId="7" w16cid:durableId="1175073866">
    <w:abstractNumId w:val="2"/>
  </w:num>
  <w:num w:numId="8" w16cid:durableId="1185553923">
    <w:abstractNumId w:val="1"/>
  </w:num>
  <w:num w:numId="9" w16cid:durableId="537478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6E39"/>
    <w:rsid w:val="0029639D"/>
    <w:rsid w:val="00310428"/>
    <w:rsid w:val="003136C8"/>
    <w:rsid w:val="00326F90"/>
    <w:rsid w:val="00432064"/>
    <w:rsid w:val="0045687C"/>
    <w:rsid w:val="004B0397"/>
    <w:rsid w:val="0070182F"/>
    <w:rsid w:val="009D79A8"/>
    <w:rsid w:val="00AA1D8D"/>
    <w:rsid w:val="00AE1331"/>
    <w:rsid w:val="00B47730"/>
    <w:rsid w:val="00BD352C"/>
    <w:rsid w:val="00CB0664"/>
    <w:rsid w:val="00EC26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5A9BFFD"/>
  <w14:defaultImageDpi w14:val="300"/>
  <w15:docId w15:val="{B6B20291-9A5A-444E-A12C-C064FA24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4575</Words>
  <Characters>25164</Characters>
  <Application>Microsoft Office Word</Application>
  <DocSecurity>0</DocSecurity>
  <Lines>209</Lines>
  <Paragraphs>59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SERVER02CIB</cp:lastModifiedBy>
  <cp:revision>2</cp:revision>
  <cp:lastPrinted>2026-08-27T16:04:00Z</cp:lastPrinted>
  <dcterms:created xsi:type="dcterms:W3CDTF">2026-09-06T20:07:00Z</dcterms:created>
  <dcterms:modified xsi:type="dcterms:W3CDTF">2026-09-06T20:07:00Z</dcterms:modified>
  <cp:category/>
</cp:coreProperties>
</file>