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3F712" w14:textId="77777777" w:rsidR="007E7F55" w:rsidRDefault="007E7F55">
      <w:pPr>
        <w:jc w:val="center"/>
        <w:rPr>
          <w:b/>
          <w:sz w:val="24"/>
        </w:rPr>
      </w:pPr>
    </w:p>
    <w:p w14:paraId="4398356E" w14:textId="77777777" w:rsidR="007E7F55" w:rsidRDefault="007E7F55">
      <w:pPr>
        <w:jc w:val="center"/>
        <w:rPr>
          <w:b/>
          <w:sz w:val="24"/>
        </w:rPr>
      </w:pPr>
    </w:p>
    <w:p w14:paraId="41C01670" w14:textId="04DA3E64" w:rsidR="005463BC" w:rsidRPr="007E7F55" w:rsidRDefault="00000000">
      <w:pPr>
        <w:jc w:val="center"/>
        <w:rPr>
          <w:szCs w:val="20"/>
        </w:rPr>
      </w:pPr>
      <w:r w:rsidRPr="007E7F55">
        <w:rPr>
          <w:b/>
          <w:szCs w:val="20"/>
        </w:rPr>
        <w:t>CIENCIA Y TECNOLOGÍA</w:t>
      </w:r>
    </w:p>
    <w:p w14:paraId="01299631" w14:textId="77777777" w:rsidR="005463BC" w:rsidRPr="007E7F55" w:rsidRDefault="00000000">
      <w:pPr>
        <w:jc w:val="center"/>
        <w:rPr>
          <w:szCs w:val="20"/>
        </w:rPr>
      </w:pPr>
      <w:r w:rsidRPr="007E7F55">
        <w:rPr>
          <w:b/>
          <w:szCs w:val="20"/>
        </w:rPr>
        <w:t xml:space="preserve">FICHA DE TRABAJO </w:t>
      </w:r>
      <w:proofErr w:type="gramStart"/>
      <w:r w:rsidRPr="007E7F55">
        <w:rPr>
          <w:b/>
          <w:szCs w:val="20"/>
        </w:rPr>
        <w:t>N.º</w:t>
      </w:r>
      <w:proofErr w:type="gramEnd"/>
      <w:r w:rsidRPr="007E7F55">
        <w:rPr>
          <w:b/>
          <w:szCs w:val="20"/>
        </w:rPr>
        <w:t xml:space="preserve"> 1</w:t>
      </w:r>
    </w:p>
    <w:p w14:paraId="33737E90" w14:textId="77777777" w:rsidR="005463BC" w:rsidRPr="007E7F55" w:rsidRDefault="00000000">
      <w:pPr>
        <w:jc w:val="center"/>
        <w:rPr>
          <w:szCs w:val="20"/>
        </w:rPr>
      </w:pPr>
      <w:r w:rsidRPr="007E7F55">
        <w:rPr>
          <w:b/>
          <w:szCs w:val="20"/>
        </w:rPr>
        <w:t>“DETECTIVES DEL BIOHUERTO”</w:t>
      </w:r>
    </w:p>
    <w:tbl>
      <w:tblPr>
        <w:tblW w:w="9889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2323"/>
        <w:gridCol w:w="3776"/>
        <w:gridCol w:w="2265"/>
        <w:gridCol w:w="1525"/>
      </w:tblGrid>
      <w:tr w:rsidR="007E7F55" w14:paraId="2DAA1C2F" w14:textId="77777777" w:rsidTr="007E7F55">
        <w:trPr>
          <w:jc w:val="center"/>
        </w:trPr>
        <w:tc>
          <w:tcPr>
            <w:tcW w:w="2323" w:type="dxa"/>
            <w:shd w:val="clear" w:color="auto" w:fill="D9D9D9" w:themeFill="background1" w:themeFillShade="D9"/>
            <w:vAlign w:val="center"/>
          </w:tcPr>
          <w:p w14:paraId="70CB2CF5" w14:textId="77777777" w:rsidR="007E7F55" w:rsidRDefault="007E7F55" w:rsidP="007E7F55">
            <w:r>
              <w:rPr>
                <w:b/>
              </w:rPr>
              <w:t>Unidad</w:t>
            </w:r>
          </w:p>
        </w:tc>
        <w:tc>
          <w:tcPr>
            <w:tcW w:w="3776" w:type="dxa"/>
            <w:vAlign w:val="center"/>
          </w:tcPr>
          <w:p w14:paraId="3D88A5C2" w14:textId="77777777" w:rsidR="007E7F55" w:rsidRDefault="007E7F55" w:rsidP="007E7F55">
            <w:r>
              <w:t>Innovamos con el biohuerto para un emprendimiento sostenible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3E4BD12D" w14:textId="5E4444FF" w:rsidR="007E7F55" w:rsidRDefault="007E7F55" w:rsidP="007E7F55">
            <w:proofErr w:type="spellStart"/>
            <w:r>
              <w:rPr>
                <w:b/>
              </w:rPr>
              <w:t>Sección</w:t>
            </w:r>
            <w:proofErr w:type="spellEnd"/>
          </w:p>
        </w:tc>
        <w:tc>
          <w:tcPr>
            <w:tcW w:w="1525" w:type="dxa"/>
            <w:vAlign w:val="center"/>
          </w:tcPr>
          <w:p w14:paraId="7DA4930C" w14:textId="77777777" w:rsidR="007E7F55" w:rsidRDefault="007E7F55" w:rsidP="007E7F55">
            <w:r>
              <w:t>4.º Secundaria</w:t>
            </w:r>
          </w:p>
        </w:tc>
      </w:tr>
      <w:tr w:rsidR="007E7F55" w14:paraId="643791A8" w14:textId="77777777" w:rsidTr="007E7F55">
        <w:trPr>
          <w:jc w:val="center"/>
        </w:trPr>
        <w:tc>
          <w:tcPr>
            <w:tcW w:w="2323" w:type="dxa"/>
            <w:shd w:val="clear" w:color="auto" w:fill="D9D9D9" w:themeFill="background1" w:themeFillShade="D9"/>
            <w:vAlign w:val="center"/>
          </w:tcPr>
          <w:p w14:paraId="72081568" w14:textId="77777777" w:rsidR="007E7F55" w:rsidRDefault="007E7F55" w:rsidP="007E7F55">
            <w:r>
              <w:rPr>
                <w:b/>
              </w:rPr>
              <w:t>Estudiante</w:t>
            </w:r>
          </w:p>
        </w:tc>
        <w:tc>
          <w:tcPr>
            <w:tcW w:w="3776" w:type="dxa"/>
            <w:vAlign w:val="center"/>
          </w:tcPr>
          <w:p w14:paraId="3B2A2AEC" w14:textId="2E2CA18F" w:rsidR="007E7F55" w:rsidRDefault="007E7F55" w:rsidP="007E7F55"/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5BBD6830" w14:textId="7C17D7E1" w:rsidR="007E7F55" w:rsidRDefault="007E7F55" w:rsidP="007E7F55">
            <w:proofErr w:type="spellStart"/>
            <w:r>
              <w:rPr>
                <w:b/>
              </w:rPr>
              <w:t>Fecha</w:t>
            </w:r>
            <w:proofErr w:type="spellEnd"/>
          </w:p>
        </w:tc>
        <w:tc>
          <w:tcPr>
            <w:tcW w:w="1525" w:type="dxa"/>
            <w:vAlign w:val="center"/>
          </w:tcPr>
          <w:p w14:paraId="0C52EC15" w14:textId="4349D88B" w:rsidR="007E7F55" w:rsidRDefault="007E7F55" w:rsidP="007E7F55"/>
        </w:tc>
      </w:tr>
      <w:tr w:rsidR="007E7F55" w14:paraId="274ACD4E" w14:textId="77777777" w:rsidTr="007E7F55">
        <w:trPr>
          <w:jc w:val="center"/>
        </w:trPr>
        <w:tc>
          <w:tcPr>
            <w:tcW w:w="2323" w:type="dxa"/>
            <w:shd w:val="clear" w:color="auto" w:fill="D9D9D9" w:themeFill="background1" w:themeFillShade="D9"/>
            <w:vAlign w:val="center"/>
          </w:tcPr>
          <w:p w14:paraId="42DBC46E" w14:textId="77777777" w:rsidR="007E7F55" w:rsidRDefault="007E7F55" w:rsidP="007E7F55">
            <w:r>
              <w:rPr>
                <w:b/>
              </w:rPr>
              <w:t>Equipo</w:t>
            </w:r>
          </w:p>
        </w:tc>
        <w:tc>
          <w:tcPr>
            <w:tcW w:w="3776" w:type="dxa"/>
            <w:vAlign w:val="center"/>
          </w:tcPr>
          <w:p w14:paraId="040B871B" w14:textId="48CD97A8" w:rsidR="007E7F55" w:rsidRDefault="007E7F55" w:rsidP="007E7F55"/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494AD3CD" w14:textId="0C338FB6" w:rsidR="007E7F55" w:rsidRDefault="007E7F55" w:rsidP="007E7F55"/>
        </w:tc>
        <w:tc>
          <w:tcPr>
            <w:tcW w:w="1525" w:type="dxa"/>
            <w:vAlign w:val="center"/>
          </w:tcPr>
          <w:p w14:paraId="56AC33C4" w14:textId="750480C9" w:rsidR="007E7F55" w:rsidRDefault="007E7F55" w:rsidP="007E7F55"/>
        </w:tc>
      </w:tr>
    </w:tbl>
    <w:p w14:paraId="7BB300C6" w14:textId="77777777" w:rsidR="005463BC" w:rsidRDefault="005463BC"/>
    <w:p w14:paraId="1D31AB29" w14:textId="77777777" w:rsidR="005463BC" w:rsidRDefault="00000000">
      <w:r>
        <w:rPr>
          <w:b/>
        </w:rPr>
        <w:t xml:space="preserve">Propósito de la ficha: </w:t>
      </w:r>
      <w:r>
        <w:t>observar el biohuerto, identificar problemas y oportunidades, y formular una pregunta de indagación que oriente nuestro proyecto.</w:t>
      </w:r>
    </w:p>
    <w:p w14:paraId="158007DB" w14:textId="77777777" w:rsidR="005463BC" w:rsidRPr="007E7F55" w:rsidRDefault="00000000">
      <w:pPr>
        <w:rPr>
          <w:szCs w:val="20"/>
        </w:rPr>
      </w:pPr>
      <w:r w:rsidRPr="007E7F55">
        <w:rPr>
          <w:b/>
          <w:szCs w:val="20"/>
        </w:rPr>
        <w:t>1. OBSERVAMOS COMO CIENTÍFICOS</w:t>
      </w:r>
    </w:p>
    <w:p w14:paraId="6BBA2CBB" w14:textId="77777777" w:rsidR="005463BC" w:rsidRDefault="00000000">
      <w:r>
        <w:t>Recorre u observa el biohuerto y registra información concreta. Evita responder solo “está bien” o “está mal”. Describe lo que realmente observas.</w:t>
      </w:r>
    </w:p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3456"/>
        <w:gridCol w:w="3460"/>
        <w:gridCol w:w="2849"/>
      </w:tblGrid>
      <w:tr w:rsidR="005463BC" w14:paraId="2637A543" w14:textId="77777777" w:rsidTr="007E7F55">
        <w:trPr>
          <w:jc w:val="center"/>
        </w:trPr>
        <w:tc>
          <w:tcPr>
            <w:tcW w:w="3513" w:type="dxa"/>
            <w:shd w:val="clear" w:color="auto" w:fill="D9D9D9" w:themeFill="background1" w:themeFillShade="D9"/>
          </w:tcPr>
          <w:p w14:paraId="6052E968" w14:textId="77777777" w:rsidR="005463BC" w:rsidRDefault="00000000">
            <w:proofErr w:type="spellStart"/>
            <w:r>
              <w:rPr>
                <w:b/>
              </w:rPr>
              <w:t>Aspecto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observado</w:t>
            </w:r>
            <w:proofErr w:type="spellEnd"/>
          </w:p>
        </w:tc>
        <w:tc>
          <w:tcPr>
            <w:tcW w:w="3513" w:type="dxa"/>
            <w:shd w:val="clear" w:color="auto" w:fill="D9D9D9" w:themeFill="background1" w:themeFillShade="D9"/>
          </w:tcPr>
          <w:p w14:paraId="67D13523" w14:textId="77777777" w:rsidR="005463BC" w:rsidRDefault="00000000">
            <w:r>
              <w:rPr>
                <w:b/>
              </w:rPr>
              <w:t>¿Qué encontramos?</w:t>
            </w:r>
          </w:p>
        </w:tc>
        <w:tc>
          <w:tcPr>
            <w:tcW w:w="2897" w:type="dxa"/>
            <w:shd w:val="clear" w:color="auto" w:fill="D9D9D9" w:themeFill="background1" w:themeFillShade="D9"/>
          </w:tcPr>
          <w:p w14:paraId="5FF0714E" w14:textId="77777777" w:rsidR="005463BC" w:rsidRDefault="00000000">
            <w:r>
              <w:rPr>
                <w:b/>
              </w:rPr>
              <w:t>¿Qué nos llama la atención?</w:t>
            </w:r>
          </w:p>
        </w:tc>
      </w:tr>
      <w:tr w:rsidR="005463BC" w14:paraId="43C7FECF" w14:textId="77777777" w:rsidTr="007E7F55">
        <w:trPr>
          <w:jc w:val="center"/>
        </w:trPr>
        <w:tc>
          <w:tcPr>
            <w:tcW w:w="3513" w:type="dxa"/>
          </w:tcPr>
          <w:p w14:paraId="3FCBD2B5" w14:textId="77777777" w:rsidR="005463BC" w:rsidRDefault="00000000">
            <w:r>
              <w:t>Cultivos y plantas</w:t>
            </w:r>
          </w:p>
        </w:tc>
        <w:tc>
          <w:tcPr>
            <w:tcW w:w="3513" w:type="dxa"/>
          </w:tcPr>
          <w:p w14:paraId="095F3BA7" w14:textId="77777777" w:rsidR="005463BC" w:rsidRDefault="005463BC"/>
        </w:tc>
        <w:tc>
          <w:tcPr>
            <w:tcW w:w="2897" w:type="dxa"/>
          </w:tcPr>
          <w:p w14:paraId="25803D9A" w14:textId="77777777" w:rsidR="005463BC" w:rsidRDefault="005463BC"/>
        </w:tc>
      </w:tr>
      <w:tr w:rsidR="005463BC" w14:paraId="446C91B8" w14:textId="77777777" w:rsidTr="007E7F55">
        <w:trPr>
          <w:jc w:val="center"/>
        </w:trPr>
        <w:tc>
          <w:tcPr>
            <w:tcW w:w="3513" w:type="dxa"/>
          </w:tcPr>
          <w:p w14:paraId="6A871813" w14:textId="77777777" w:rsidR="005463BC" w:rsidRDefault="00000000">
            <w:r>
              <w:t>Suelo</w:t>
            </w:r>
          </w:p>
        </w:tc>
        <w:tc>
          <w:tcPr>
            <w:tcW w:w="3513" w:type="dxa"/>
          </w:tcPr>
          <w:p w14:paraId="5BB378AD" w14:textId="77777777" w:rsidR="005463BC" w:rsidRDefault="005463BC"/>
        </w:tc>
        <w:tc>
          <w:tcPr>
            <w:tcW w:w="2897" w:type="dxa"/>
          </w:tcPr>
          <w:p w14:paraId="0F2974A5" w14:textId="77777777" w:rsidR="005463BC" w:rsidRDefault="005463BC"/>
        </w:tc>
      </w:tr>
      <w:tr w:rsidR="005463BC" w14:paraId="30DC7188" w14:textId="77777777" w:rsidTr="007E7F55">
        <w:trPr>
          <w:jc w:val="center"/>
        </w:trPr>
        <w:tc>
          <w:tcPr>
            <w:tcW w:w="3513" w:type="dxa"/>
          </w:tcPr>
          <w:p w14:paraId="141F0707" w14:textId="77777777" w:rsidR="005463BC" w:rsidRDefault="00000000">
            <w:r>
              <w:t>Agua y riego</w:t>
            </w:r>
          </w:p>
        </w:tc>
        <w:tc>
          <w:tcPr>
            <w:tcW w:w="3513" w:type="dxa"/>
          </w:tcPr>
          <w:p w14:paraId="055D6074" w14:textId="77777777" w:rsidR="005463BC" w:rsidRDefault="005463BC"/>
        </w:tc>
        <w:tc>
          <w:tcPr>
            <w:tcW w:w="2897" w:type="dxa"/>
          </w:tcPr>
          <w:p w14:paraId="6A49EB80" w14:textId="77777777" w:rsidR="005463BC" w:rsidRDefault="005463BC"/>
        </w:tc>
      </w:tr>
      <w:tr w:rsidR="005463BC" w14:paraId="75AB17E8" w14:textId="77777777" w:rsidTr="007E7F55">
        <w:trPr>
          <w:jc w:val="center"/>
        </w:trPr>
        <w:tc>
          <w:tcPr>
            <w:tcW w:w="3513" w:type="dxa"/>
          </w:tcPr>
          <w:p w14:paraId="13FC34B1" w14:textId="77777777" w:rsidR="005463BC" w:rsidRDefault="00000000">
            <w:r>
              <w:t>Residuos orgánicos</w:t>
            </w:r>
          </w:p>
        </w:tc>
        <w:tc>
          <w:tcPr>
            <w:tcW w:w="3513" w:type="dxa"/>
          </w:tcPr>
          <w:p w14:paraId="4D7E2C50" w14:textId="77777777" w:rsidR="005463BC" w:rsidRDefault="005463BC"/>
        </w:tc>
        <w:tc>
          <w:tcPr>
            <w:tcW w:w="2897" w:type="dxa"/>
          </w:tcPr>
          <w:p w14:paraId="7C76D3DF" w14:textId="77777777" w:rsidR="005463BC" w:rsidRDefault="005463BC"/>
        </w:tc>
      </w:tr>
      <w:tr w:rsidR="005463BC" w14:paraId="7904F8E2" w14:textId="77777777" w:rsidTr="007E7F55">
        <w:trPr>
          <w:jc w:val="center"/>
        </w:trPr>
        <w:tc>
          <w:tcPr>
            <w:tcW w:w="3513" w:type="dxa"/>
          </w:tcPr>
          <w:p w14:paraId="3FC10FE6" w14:textId="77777777" w:rsidR="005463BC" w:rsidRDefault="00000000">
            <w:r>
              <w:t>Herramientas y materiales</w:t>
            </w:r>
          </w:p>
        </w:tc>
        <w:tc>
          <w:tcPr>
            <w:tcW w:w="3513" w:type="dxa"/>
          </w:tcPr>
          <w:p w14:paraId="6C8BC4B1" w14:textId="77777777" w:rsidR="005463BC" w:rsidRDefault="005463BC"/>
        </w:tc>
        <w:tc>
          <w:tcPr>
            <w:tcW w:w="2897" w:type="dxa"/>
          </w:tcPr>
          <w:p w14:paraId="4905A7D9" w14:textId="77777777" w:rsidR="005463BC" w:rsidRDefault="005463BC"/>
        </w:tc>
      </w:tr>
      <w:tr w:rsidR="005463BC" w14:paraId="2FA5C93F" w14:textId="77777777" w:rsidTr="007E7F55">
        <w:trPr>
          <w:jc w:val="center"/>
        </w:trPr>
        <w:tc>
          <w:tcPr>
            <w:tcW w:w="3513" w:type="dxa"/>
          </w:tcPr>
          <w:p w14:paraId="4ECCFA20" w14:textId="77777777" w:rsidR="005463BC" w:rsidRDefault="00000000">
            <w:r>
              <w:t>Otro aspecto</w:t>
            </w:r>
          </w:p>
        </w:tc>
        <w:tc>
          <w:tcPr>
            <w:tcW w:w="3513" w:type="dxa"/>
          </w:tcPr>
          <w:p w14:paraId="28A47990" w14:textId="77777777" w:rsidR="005463BC" w:rsidRDefault="005463BC"/>
        </w:tc>
        <w:tc>
          <w:tcPr>
            <w:tcW w:w="2897" w:type="dxa"/>
          </w:tcPr>
          <w:p w14:paraId="48D85E48" w14:textId="77777777" w:rsidR="005463BC" w:rsidRDefault="005463BC"/>
        </w:tc>
      </w:tr>
    </w:tbl>
    <w:p w14:paraId="06264E9B" w14:textId="77777777" w:rsidR="005463BC" w:rsidRDefault="005463BC"/>
    <w:p w14:paraId="06A24630" w14:textId="77777777" w:rsidR="005463BC" w:rsidRPr="007E7F55" w:rsidRDefault="00000000">
      <w:pPr>
        <w:rPr>
          <w:szCs w:val="20"/>
        </w:rPr>
      </w:pPr>
      <w:r w:rsidRPr="007E7F55">
        <w:rPr>
          <w:b/>
          <w:szCs w:val="20"/>
        </w:rPr>
        <w:t>2. IDENTIFICAMOS PROBLEMAS</w:t>
      </w:r>
    </w:p>
    <w:p w14:paraId="1A6B438E" w14:textId="77777777" w:rsidR="005463BC" w:rsidRDefault="00000000">
      <w:r>
        <w:t>Escribe tres situaciones que podrían mejorarse en nuestro biohuerto.</w:t>
      </w:r>
    </w:p>
    <w:p w14:paraId="200B6732" w14:textId="77777777" w:rsidR="005463BC" w:rsidRDefault="00000000">
      <w:pPr>
        <w:spacing w:after="40"/>
      </w:pPr>
      <w:r>
        <w:rPr>
          <w:b/>
        </w:rPr>
        <w:t>Problema 1:</w:t>
      </w:r>
    </w:p>
    <w:p w14:paraId="70829D03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5DCE709A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53C2AF2B" w14:textId="77777777" w:rsidR="005463BC" w:rsidRDefault="00000000">
      <w:pPr>
        <w:spacing w:after="40"/>
      </w:pPr>
      <w:r>
        <w:rPr>
          <w:b/>
        </w:rPr>
        <w:t>Problema 2:</w:t>
      </w:r>
    </w:p>
    <w:p w14:paraId="6EC6DBAF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5DE6CB53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53030337" w14:textId="77777777" w:rsidR="007E7F55" w:rsidRDefault="007E7F55">
      <w:pPr>
        <w:spacing w:after="40"/>
        <w:rPr>
          <w:b/>
        </w:rPr>
      </w:pPr>
    </w:p>
    <w:p w14:paraId="2B9C7596" w14:textId="77777777" w:rsidR="00AD75AC" w:rsidRDefault="00AD75AC">
      <w:pPr>
        <w:spacing w:after="40"/>
        <w:rPr>
          <w:b/>
        </w:rPr>
      </w:pPr>
    </w:p>
    <w:p w14:paraId="3CE2BA9E" w14:textId="77777777" w:rsidR="00AD75AC" w:rsidRDefault="00AD75AC">
      <w:pPr>
        <w:spacing w:after="40"/>
        <w:rPr>
          <w:b/>
        </w:rPr>
      </w:pPr>
    </w:p>
    <w:p w14:paraId="59597ABD" w14:textId="77777777" w:rsidR="00AD75AC" w:rsidRDefault="00AD75AC">
      <w:pPr>
        <w:spacing w:after="40"/>
        <w:rPr>
          <w:b/>
        </w:rPr>
      </w:pPr>
    </w:p>
    <w:p w14:paraId="5317D8DA" w14:textId="77777777" w:rsidR="00AD75AC" w:rsidRDefault="00AD75AC">
      <w:pPr>
        <w:spacing w:after="40"/>
        <w:rPr>
          <w:b/>
        </w:rPr>
      </w:pPr>
    </w:p>
    <w:p w14:paraId="7A1307A4" w14:textId="19F7D069" w:rsidR="005463BC" w:rsidRDefault="00000000">
      <w:pPr>
        <w:spacing w:after="40"/>
      </w:pPr>
      <w:proofErr w:type="spellStart"/>
      <w:r>
        <w:rPr>
          <w:b/>
        </w:rPr>
        <w:t>Problema</w:t>
      </w:r>
      <w:proofErr w:type="spellEnd"/>
      <w:r>
        <w:rPr>
          <w:b/>
        </w:rPr>
        <w:t xml:space="preserve"> 3:</w:t>
      </w:r>
    </w:p>
    <w:p w14:paraId="47190C46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26F8B046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2D8F34EA" w14:textId="77777777" w:rsidR="005463BC" w:rsidRPr="007E7F55" w:rsidRDefault="00000000">
      <w:pPr>
        <w:rPr>
          <w:szCs w:val="20"/>
        </w:rPr>
      </w:pPr>
      <w:r w:rsidRPr="007E7F55">
        <w:rPr>
          <w:b/>
          <w:szCs w:val="20"/>
        </w:rPr>
        <w:t>3. ELEGIMOS UN PROBLEMA PRIORITARIO</w:t>
      </w:r>
    </w:p>
    <w:p w14:paraId="69EDB36C" w14:textId="77777777" w:rsidR="005463BC" w:rsidRDefault="00000000">
      <w:pPr>
        <w:spacing w:after="40"/>
      </w:pPr>
      <w:r>
        <w:rPr>
          <w:b/>
        </w:rPr>
        <w:t>El problema que consideramos más importante es:</w:t>
      </w:r>
    </w:p>
    <w:p w14:paraId="5F091BD6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7B7DC644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232C23A1" w14:textId="77777777" w:rsidR="005463BC" w:rsidRDefault="00000000">
      <w:pPr>
        <w:spacing w:after="40"/>
      </w:pPr>
      <w:r>
        <w:rPr>
          <w:b/>
        </w:rPr>
        <w:t>¿Por qué es importante atenderlo?</w:t>
      </w:r>
    </w:p>
    <w:p w14:paraId="6F5F93F4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40BBE7E2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03BBA6D7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50FC427F" w14:textId="77777777" w:rsidR="005463BC" w:rsidRPr="007E7F55" w:rsidRDefault="00000000">
      <w:pPr>
        <w:rPr>
          <w:szCs w:val="20"/>
        </w:rPr>
      </w:pPr>
      <w:r>
        <w:rPr>
          <w:b/>
          <w:sz w:val="26"/>
        </w:rPr>
        <w:t>4</w:t>
      </w:r>
      <w:r w:rsidRPr="007E7F55">
        <w:rPr>
          <w:b/>
          <w:szCs w:val="20"/>
        </w:rPr>
        <w:t>. BUSCAMOS LAS CAUSAS Y CONSECUENCIAS</w:t>
      </w:r>
    </w:p>
    <w:p w14:paraId="788FEB68" w14:textId="77777777" w:rsidR="005463BC" w:rsidRDefault="00000000">
      <w:pPr>
        <w:spacing w:after="40"/>
      </w:pPr>
      <w:r>
        <w:rPr>
          <w:b/>
        </w:rPr>
        <w:t>Causas posibles:</w:t>
      </w:r>
    </w:p>
    <w:p w14:paraId="4446FCDA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725F0BA3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434E6141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30F5C9F7" w14:textId="77777777" w:rsidR="005463BC" w:rsidRDefault="00000000">
      <w:pPr>
        <w:spacing w:after="40"/>
      </w:pPr>
      <w:r>
        <w:rPr>
          <w:b/>
        </w:rPr>
        <w:t>Consecuencias que puede generar:</w:t>
      </w:r>
    </w:p>
    <w:p w14:paraId="6051C9EB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3CBC1742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16D5257B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0A0BA5BF" w14:textId="77777777" w:rsidR="005463BC" w:rsidRPr="007E7F55" w:rsidRDefault="00000000">
      <w:pPr>
        <w:rPr>
          <w:szCs w:val="20"/>
        </w:rPr>
      </w:pPr>
      <w:r w:rsidRPr="007E7F55">
        <w:rPr>
          <w:b/>
          <w:szCs w:val="20"/>
        </w:rPr>
        <w:t>5. TRANSFORMAMOS EL PROBLEMA EN UNA OPORTUNIDAD</w:t>
      </w:r>
    </w:p>
    <w:p w14:paraId="7BE23D7D" w14:textId="77777777" w:rsidR="005463BC" w:rsidRDefault="00000000">
      <w:r>
        <w:t>Completa la idea: “Tenemos este problema, pero podemos convertirlo en una oportunidad para…”</w:t>
      </w:r>
    </w:p>
    <w:p w14:paraId="315DF1F3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7C17D5C2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3970758E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2A5A88A7" w14:textId="77777777" w:rsidR="005463BC" w:rsidRPr="007E7F55" w:rsidRDefault="00000000">
      <w:pPr>
        <w:rPr>
          <w:szCs w:val="20"/>
        </w:rPr>
      </w:pPr>
      <w:r w:rsidRPr="007E7F55">
        <w:rPr>
          <w:b/>
          <w:szCs w:val="20"/>
        </w:rPr>
        <w:t>6. FORMULAMOS NUESTRA PREGUNTA DE INDAGACIÓN</w:t>
      </w:r>
    </w:p>
    <w:p w14:paraId="6E392DC1" w14:textId="77777777" w:rsidR="005463BC" w:rsidRDefault="00000000">
      <w:r>
        <w:t>Una buena pregunta debe permitir observar, medir, comparar o recoger datos.</w:t>
      </w:r>
    </w:p>
    <w:p w14:paraId="229D4312" w14:textId="77777777" w:rsidR="005463BC" w:rsidRDefault="00000000">
      <w:pPr>
        <w:spacing w:after="40"/>
      </w:pPr>
      <w:r>
        <w:rPr>
          <w:b/>
        </w:rPr>
        <w:t>Nuestra pregunta:</w:t>
      </w:r>
    </w:p>
    <w:p w14:paraId="0622CA0E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7FAE3D9E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5A7EE1FD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50B09009" w14:textId="77777777" w:rsidR="005463BC" w:rsidRPr="007E7F55" w:rsidRDefault="00000000">
      <w:pPr>
        <w:rPr>
          <w:szCs w:val="20"/>
        </w:rPr>
      </w:pPr>
      <w:r>
        <w:rPr>
          <w:b/>
          <w:sz w:val="26"/>
        </w:rPr>
        <w:t xml:space="preserve">7. </w:t>
      </w:r>
      <w:r w:rsidRPr="007E7F55">
        <w:rPr>
          <w:b/>
          <w:szCs w:val="20"/>
        </w:rPr>
        <w:t>FORMULAMOS UNA HIPÓTESIS INICIAL</w:t>
      </w:r>
    </w:p>
    <w:p w14:paraId="20927D0B" w14:textId="77777777" w:rsidR="005463BC" w:rsidRDefault="00000000">
      <w:pPr>
        <w:spacing w:after="40"/>
      </w:pPr>
      <w:r>
        <w:rPr>
          <w:b/>
        </w:rPr>
        <w:t>Creemos que:</w:t>
      </w:r>
    </w:p>
    <w:p w14:paraId="2ED3C552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0D45A8B8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44664AB9" w14:textId="77777777" w:rsidR="005463BC" w:rsidRDefault="00000000">
      <w:pPr>
        <w:spacing w:after="40"/>
      </w:pPr>
      <w:r>
        <w:rPr>
          <w:b/>
        </w:rPr>
        <w:t>Porque:</w:t>
      </w:r>
    </w:p>
    <w:p w14:paraId="234D77AC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6DF4BA81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60A3C978" w14:textId="77777777" w:rsidR="005463BC" w:rsidRPr="007E7F55" w:rsidRDefault="00000000">
      <w:pPr>
        <w:rPr>
          <w:szCs w:val="20"/>
        </w:rPr>
      </w:pPr>
      <w:r w:rsidRPr="007E7F55">
        <w:rPr>
          <w:b/>
          <w:szCs w:val="20"/>
        </w:rPr>
        <w:t>8. PENSAMOS COMO EMPRENDEDORES</w:t>
      </w:r>
    </w:p>
    <w:p w14:paraId="0674DBEF" w14:textId="77777777" w:rsidR="005463BC" w:rsidRDefault="00000000">
      <w:r>
        <w:t xml:space="preserve">Analiza qué necesitamos conocer para que el biohuerto sea técnica, </w:t>
      </w:r>
      <w:proofErr w:type="spellStart"/>
      <w:r>
        <w:t>ambiental</w:t>
      </w:r>
      <w:proofErr w:type="spellEnd"/>
      <w:r>
        <w:t xml:space="preserve"> y </w:t>
      </w:r>
      <w:proofErr w:type="spellStart"/>
      <w:r>
        <w:t>económicamente</w:t>
      </w:r>
      <w:proofErr w:type="spellEnd"/>
      <w:r>
        <w:t xml:space="preserve"> </w:t>
      </w:r>
      <w:proofErr w:type="spellStart"/>
      <w:r>
        <w:t>sostenible</w:t>
      </w:r>
      <w:proofErr w:type="spellEnd"/>
      <w:r>
        <w:t>.</w:t>
      </w:r>
    </w:p>
    <w:p w14:paraId="1D61C884" w14:textId="77777777" w:rsidR="00AD75AC" w:rsidRDefault="00AD75AC"/>
    <w:p w14:paraId="56640291" w14:textId="77777777" w:rsidR="007E7F55" w:rsidRDefault="007E7F55"/>
    <w:tbl>
      <w:tblPr>
        <w:tblW w:w="0" w:type="auto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5116"/>
        <w:gridCol w:w="4649"/>
      </w:tblGrid>
      <w:tr w:rsidR="005463BC" w14:paraId="408F7BD3" w14:textId="77777777" w:rsidTr="007E7F55">
        <w:trPr>
          <w:jc w:val="center"/>
        </w:trPr>
        <w:tc>
          <w:tcPr>
            <w:tcW w:w="5270" w:type="dxa"/>
            <w:shd w:val="clear" w:color="auto" w:fill="D9D9D9" w:themeFill="background1" w:themeFillShade="D9"/>
          </w:tcPr>
          <w:p w14:paraId="4C262369" w14:textId="77777777" w:rsidR="005463BC" w:rsidRDefault="00000000">
            <w:proofErr w:type="spellStart"/>
            <w:r>
              <w:rPr>
                <w:b/>
              </w:rPr>
              <w:t>Pregunta</w:t>
            </w:r>
            <w:proofErr w:type="spellEnd"/>
          </w:p>
        </w:tc>
        <w:tc>
          <w:tcPr>
            <w:tcW w:w="4795" w:type="dxa"/>
            <w:shd w:val="clear" w:color="auto" w:fill="D9D9D9" w:themeFill="background1" w:themeFillShade="D9"/>
          </w:tcPr>
          <w:p w14:paraId="6E2946D6" w14:textId="77777777" w:rsidR="005463BC" w:rsidRDefault="00000000">
            <w:r>
              <w:rPr>
                <w:b/>
              </w:rPr>
              <w:t>Nuestra respuesta</w:t>
            </w:r>
          </w:p>
        </w:tc>
      </w:tr>
      <w:tr w:rsidR="005463BC" w14:paraId="4C00902D" w14:textId="77777777" w:rsidTr="007E7F55">
        <w:trPr>
          <w:jc w:val="center"/>
        </w:trPr>
        <w:tc>
          <w:tcPr>
            <w:tcW w:w="5270" w:type="dxa"/>
          </w:tcPr>
          <w:p w14:paraId="5B8E1FB3" w14:textId="77777777" w:rsidR="005463BC" w:rsidRDefault="00000000">
            <w:r>
              <w:t>¿Qué podemos producir?</w:t>
            </w:r>
          </w:p>
        </w:tc>
        <w:tc>
          <w:tcPr>
            <w:tcW w:w="4795" w:type="dxa"/>
          </w:tcPr>
          <w:p w14:paraId="7662EBE4" w14:textId="77777777" w:rsidR="005463BC" w:rsidRDefault="005463BC"/>
        </w:tc>
      </w:tr>
      <w:tr w:rsidR="005463BC" w14:paraId="5F564846" w14:textId="77777777" w:rsidTr="007E7F55">
        <w:trPr>
          <w:jc w:val="center"/>
        </w:trPr>
        <w:tc>
          <w:tcPr>
            <w:tcW w:w="5270" w:type="dxa"/>
          </w:tcPr>
          <w:p w14:paraId="4CA7DC0C" w14:textId="77777777" w:rsidR="005463BC" w:rsidRDefault="00000000">
            <w:r>
              <w:t>¿Qué residuos podemos aprovechar?</w:t>
            </w:r>
          </w:p>
        </w:tc>
        <w:tc>
          <w:tcPr>
            <w:tcW w:w="4795" w:type="dxa"/>
          </w:tcPr>
          <w:p w14:paraId="5EB1A00F" w14:textId="77777777" w:rsidR="005463BC" w:rsidRDefault="005463BC"/>
        </w:tc>
      </w:tr>
      <w:tr w:rsidR="005463BC" w14:paraId="533AD299" w14:textId="77777777" w:rsidTr="007E7F55">
        <w:trPr>
          <w:jc w:val="center"/>
        </w:trPr>
        <w:tc>
          <w:tcPr>
            <w:tcW w:w="5270" w:type="dxa"/>
          </w:tcPr>
          <w:p w14:paraId="0C1F83B1" w14:textId="77777777" w:rsidR="005463BC" w:rsidRDefault="00000000">
            <w:r>
              <w:t>¿Qué podríamos transformar en compost?</w:t>
            </w:r>
          </w:p>
        </w:tc>
        <w:tc>
          <w:tcPr>
            <w:tcW w:w="4795" w:type="dxa"/>
          </w:tcPr>
          <w:p w14:paraId="300BE41C" w14:textId="77777777" w:rsidR="005463BC" w:rsidRDefault="005463BC"/>
        </w:tc>
      </w:tr>
      <w:tr w:rsidR="005463BC" w14:paraId="6D72DF5C" w14:textId="77777777" w:rsidTr="007E7F55">
        <w:trPr>
          <w:jc w:val="center"/>
        </w:trPr>
        <w:tc>
          <w:tcPr>
            <w:tcW w:w="5270" w:type="dxa"/>
          </w:tcPr>
          <w:p w14:paraId="12AE1BEA" w14:textId="77777777" w:rsidR="005463BC" w:rsidRDefault="00000000">
            <w:r>
              <w:t>¿Qué materiales e insumos necesitamos?</w:t>
            </w:r>
          </w:p>
        </w:tc>
        <w:tc>
          <w:tcPr>
            <w:tcW w:w="4795" w:type="dxa"/>
          </w:tcPr>
          <w:p w14:paraId="3C719BCD" w14:textId="77777777" w:rsidR="005463BC" w:rsidRDefault="005463BC"/>
        </w:tc>
      </w:tr>
      <w:tr w:rsidR="005463BC" w14:paraId="58A1FCF7" w14:textId="77777777" w:rsidTr="007E7F55">
        <w:trPr>
          <w:jc w:val="center"/>
        </w:trPr>
        <w:tc>
          <w:tcPr>
            <w:tcW w:w="5270" w:type="dxa"/>
          </w:tcPr>
          <w:p w14:paraId="6AEFCF18" w14:textId="77777777" w:rsidR="005463BC" w:rsidRDefault="00000000">
            <w:r>
              <w:t>¿Qué podemos reutilizar para reducir costos?</w:t>
            </w:r>
          </w:p>
        </w:tc>
        <w:tc>
          <w:tcPr>
            <w:tcW w:w="4795" w:type="dxa"/>
          </w:tcPr>
          <w:p w14:paraId="0CE8C388" w14:textId="77777777" w:rsidR="005463BC" w:rsidRDefault="005463BC"/>
        </w:tc>
      </w:tr>
      <w:tr w:rsidR="005463BC" w14:paraId="04DCD540" w14:textId="77777777" w:rsidTr="007E7F55">
        <w:trPr>
          <w:jc w:val="center"/>
        </w:trPr>
        <w:tc>
          <w:tcPr>
            <w:tcW w:w="5270" w:type="dxa"/>
          </w:tcPr>
          <w:p w14:paraId="59727149" w14:textId="77777777" w:rsidR="005463BC" w:rsidRDefault="00000000">
            <w:r>
              <w:t>¿Qué podríamos ofrecer o vender?</w:t>
            </w:r>
          </w:p>
        </w:tc>
        <w:tc>
          <w:tcPr>
            <w:tcW w:w="4795" w:type="dxa"/>
          </w:tcPr>
          <w:p w14:paraId="1670EA65" w14:textId="77777777" w:rsidR="005463BC" w:rsidRDefault="005463BC"/>
        </w:tc>
      </w:tr>
      <w:tr w:rsidR="005463BC" w14:paraId="262FD489" w14:textId="77777777" w:rsidTr="007E7F55">
        <w:trPr>
          <w:jc w:val="center"/>
        </w:trPr>
        <w:tc>
          <w:tcPr>
            <w:tcW w:w="5270" w:type="dxa"/>
          </w:tcPr>
          <w:p w14:paraId="26EDA057" w14:textId="77777777" w:rsidR="005463BC" w:rsidRDefault="00000000">
            <w:r>
              <w:t>¿Cómo cuidaremos el ambiente?</w:t>
            </w:r>
          </w:p>
        </w:tc>
        <w:tc>
          <w:tcPr>
            <w:tcW w:w="4795" w:type="dxa"/>
          </w:tcPr>
          <w:p w14:paraId="052CE3E7" w14:textId="77777777" w:rsidR="005463BC" w:rsidRDefault="005463BC"/>
        </w:tc>
      </w:tr>
    </w:tbl>
    <w:p w14:paraId="13F9476A" w14:textId="77777777" w:rsidR="005463BC" w:rsidRDefault="005463BC"/>
    <w:p w14:paraId="5D357776" w14:textId="77777777" w:rsidR="005463BC" w:rsidRDefault="00000000">
      <w:r>
        <w:rPr>
          <w:b/>
          <w:sz w:val="26"/>
        </w:rPr>
        <w:t>9. NUESTRO RETO DEL PROYECTO</w:t>
      </w:r>
    </w:p>
    <w:p w14:paraId="6734CE6B" w14:textId="77777777" w:rsidR="005463BC" w:rsidRDefault="00000000">
      <w:r>
        <w:t>Completen en equipo:</w:t>
      </w:r>
    </w:p>
    <w:p w14:paraId="6FDFD5EE" w14:textId="77777777" w:rsidR="005463BC" w:rsidRDefault="00000000">
      <w:pPr>
        <w:spacing w:after="40"/>
      </w:pPr>
      <w:r>
        <w:rPr>
          <w:b/>
        </w:rPr>
        <w:t>“Nuestro reto será…</w:t>
      </w:r>
    </w:p>
    <w:p w14:paraId="791EFD59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34EA4322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1A1E3650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14164F11" w14:textId="77777777" w:rsidR="005463BC" w:rsidRDefault="00000000">
      <w:r>
        <w:rPr>
          <w:b/>
          <w:sz w:val="26"/>
        </w:rPr>
        <w:t>10. MI COMPROMISO</w:t>
      </w:r>
    </w:p>
    <w:p w14:paraId="36E3F4E6" w14:textId="77777777" w:rsidR="005463BC" w:rsidRDefault="00000000">
      <w:pPr>
        <w:spacing w:after="40"/>
      </w:pPr>
      <w:r>
        <w:rPr>
          <w:b/>
        </w:rPr>
        <w:t>Durante este proyecto me comprometo a:</w:t>
      </w:r>
    </w:p>
    <w:p w14:paraId="6236FE75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72CCC5B6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34C9D6F2" w14:textId="77777777" w:rsidR="005463BC" w:rsidRDefault="00000000">
      <w:pPr>
        <w:spacing w:after="40"/>
      </w:pPr>
      <w:r>
        <w:rPr>
          <w:b/>
        </w:rPr>
        <w:t>Mi aporte al equipo será:</w:t>
      </w:r>
    </w:p>
    <w:p w14:paraId="3E47D742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6519D48B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3C8415CC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3245048F" w14:textId="77777777" w:rsidR="005463BC" w:rsidRDefault="00000000">
      <w:pPr>
        <w:spacing w:after="20"/>
      </w:pPr>
      <w:r>
        <w:t>________________________________________________________________________________</w:t>
      </w:r>
    </w:p>
    <w:p w14:paraId="1CCCA670" w14:textId="2D5D78D4" w:rsidR="005463BC" w:rsidRDefault="005463BC">
      <w:pPr>
        <w:jc w:val="center"/>
      </w:pPr>
    </w:p>
    <w:sectPr w:rsidR="005463BC" w:rsidSect="007E7F55">
      <w:pgSz w:w="12240" w:h="15840"/>
      <w:pgMar w:top="794" w:right="1183" w:bottom="79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0042623">
    <w:abstractNumId w:val="8"/>
  </w:num>
  <w:num w:numId="2" w16cid:durableId="76754050">
    <w:abstractNumId w:val="6"/>
  </w:num>
  <w:num w:numId="3" w16cid:durableId="1951089775">
    <w:abstractNumId w:val="5"/>
  </w:num>
  <w:num w:numId="4" w16cid:durableId="544410330">
    <w:abstractNumId w:val="4"/>
  </w:num>
  <w:num w:numId="5" w16cid:durableId="1179464697">
    <w:abstractNumId w:val="7"/>
  </w:num>
  <w:num w:numId="6" w16cid:durableId="549682762">
    <w:abstractNumId w:val="3"/>
  </w:num>
  <w:num w:numId="7" w16cid:durableId="1951694652">
    <w:abstractNumId w:val="2"/>
  </w:num>
  <w:num w:numId="8" w16cid:durableId="1350792747">
    <w:abstractNumId w:val="1"/>
  </w:num>
  <w:num w:numId="9" w16cid:durableId="126827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463BC"/>
    <w:rsid w:val="007E7F55"/>
    <w:rsid w:val="009F0612"/>
    <w:rsid w:val="00AA1D8D"/>
    <w:rsid w:val="00AD75AC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0382072"/>
  <w14:defaultImageDpi w14:val="300"/>
  <w15:docId w15:val="{E983C21A-8151-455F-858F-4787E17A7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751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2026-08-14T06:59:00Z</dcterms:created>
  <dcterms:modified xsi:type="dcterms:W3CDTF">2026-08-14T06:59:00Z</dcterms:modified>
  <cp:category/>
</cp:coreProperties>
</file>