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B4F67" w14:textId="0676EFFD" w:rsidR="008F55B0" w:rsidRDefault="008F55B0" w:rsidP="008F55B0">
      <w:pPr>
        <w:tabs>
          <w:tab w:val="left" w:pos="993"/>
        </w:tabs>
        <w:spacing w:after="0"/>
        <w:ind w:left="993"/>
        <w:rPr>
          <w:rFonts w:ascii="Arial" w:hAnsi="Arial"/>
          <w:b/>
          <w:color w:val="666666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53856BD" wp14:editId="4F181312">
            <wp:simplePos x="0" y="0"/>
            <wp:positionH relativeFrom="column">
              <wp:posOffset>213360</wp:posOffset>
            </wp:positionH>
            <wp:positionV relativeFrom="paragraph">
              <wp:posOffset>-190500</wp:posOffset>
            </wp:positionV>
            <wp:extent cx="376278" cy="495007"/>
            <wp:effectExtent l="0" t="0" r="5080" b="635"/>
            <wp:wrapNone/>
            <wp:docPr id="82440043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78" cy="495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3D40" w:rsidRPr="002A3D40">
        <w:rPr>
          <w:rFonts w:ascii="Arial" w:hAnsi="Arial"/>
          <w:b/>
          <w:color w:val="666666"/>
          <w:sz w:val="20"/>
          <w:szCs w:val="20"/>
        </w:rPr>
        <w:t>IEE MERCEDES CABELLO DE CARBONERA</w:t>
      </w:r>
    </w:p>
    <w:p w14:paraId="5025F7CD" w14:textId="4E1A572E" w:rsidR="0003671D" w:rsidRDefault="00000000" w:rsidP="008F55B0">
      <w:pPr>
        <w:spacing w:after="0"/>
        <w:jc w:val="center"/>
        <w:rPr>
          <w:rFonts w:ascii="Arial" w:hAnsi="Arial"/>
          <w:b/>
          <w:color w:val="0070C0"/>
          <w:sz w:val="28"/>
          <w:szCs w:val="18"/>
        </w:rPr>
      </w:pPr>
      <w:r w:rsidRPr="008F55B0">
        <w:rPr>
          <w:rFonts w:ascii="Arial" w:hAnsi="Arial"/>
          <w:b/>
          <w:color w:val="666666"/>
          <w:sz w:val="10"/>
          <w:szCs w:val="10"/>
        </w:rPr>
        <w:br/>
      </w:r>
      <w:r w:rsidR="0003671D" w:rsidRPr="0003671D">
        <w:rPr>
          <w:rFonts w:ascii="Arial" w:hAnsi="Arial"/>
          <w:b/>
          <w:color w:val="0070C0"/>
          <w:szCs w:val="14"/>
        </w:rPr>
        <w:t>ANEXO 01</w:t>
      </w:r>
    </w:p>
    <w:p w14:paraId="27C7C737" w14:textId="236761F7" w:rsidR="00FA5EBD" w:rsidRPr="002A3D40" w:rsidRDefault="00000000" w:rsidP="008F55B0">
      <w:pPr>
        <w:spacing w:after="0"/>
        <w:jc w:val="center"/>
        <w:rPr>
          <w:color w:val="0070C0"/>
          <w:sz w:val="18"/>
          <w:szCs w:val="18"/>
        </w:rPr>
      </w:pPr>
      <w:r w:rsidRPr="002A3D40">
        <w:rPr>
          <w:rFonts w:ascii="Arial" w:hAnsi="Arial"/>
          <w:b/>
          <w:color w:val="0070C0"/>
          <w:sz w:val="28"/>
          <w:szCs w:val="18"/>
        </w:rPr>
        <w:t>FICHA DE INSCRIPCIÓN</w:t>
      </w:r>
      <w:r w:rsidRPr="002A3D40">
        <w:rPr>
          <w:rFonts w:ascii="Arial" w:hAnsi="Arial"/>
          <w:b/>
          <w:color w:val="0070C0"/>
          <w:sz w:val="28"/>
          <w:szCs w:val="18"/>
        </w:rPr>
        <w:br/>
      </w:r>
      <w:r w:rsidRPr="002A3D40">
        <w:rPr>
          <w:rFonts w:ascii="Arial" w:hAnsi="Arial"/>
          <w:b/>
          <w:color w:val="0070C0"/>
          <w:szCs w:val="18"/>
        </w:rPr>
        <w:t xml:space="preserve">CONCURSO DE COREOGRAFÍA </w:t>
      </w:r>
      <w:r w:rsidR="002A3D40">
        <w:rPr>
          <w:rFonts w:ascii="Arial" w:hAnsi="Arial"/>
          <w:b/>
          <w:color w:val="0070C0"/>
          <w:szCs w:val="18"/>
        </w:rPr>
        <w:t>“</w:t>
      </w:r>
      <w:r w:rsidRPr="002A3D40">
        <w:rPr>
          <w:rFonts w:ascii="Arial" w:hAnsi="Arial"/>
          <w:b/>
          <w:color w:val="0070C0"/>
          <w:szCs w:val="18"/>
        </w:rPr>
        <w:t>MECHITA, CHAPA TU CHAPITA 2026</w:t>
      </w:r>
      <w:r w:rsidR="002A3D40">
        <w:rPr>
          <w:rFonts w:ascii="Arial" w:hAnsi="Arial"/>
          <w:b/>
          <w:color w:val="0070C0"/>
          <w:szCs w:val="18"/>
        </w:rPr>
        <w:t>”</w:t>
      </w:r>
    </w:p>
    <w:tbl>
      <w:tblPr>
        <w:tblW w:w="0" w:type="auto"/>
        <w:jc w:val="center"/>
        <w:tblBorders>
          <w:top w:val="single" w:sz="4" w:space="0" w:color="DDDDDD"/>
          <w:bottom w:val="single" w:sz="4" w:space="0" w:color="DDDDDD"/>
          <w:insideH w:val="single" w:sz="4" w:space="0" w:color="DDDDDD"/>
        </w:tblBorders>
        <w:tblLayout w:type="fixed"/>
        <w:tblLook w:val="04A0" w:firstRow="1" w:lastRow="0" w:firstColumn="1" w:lastColumn="0" w:noHBand="0" w:noVBand="1"/>
      </w:tblPr>
      <w:tblGrid>
        <w:gridCol w:w="4680"/>
        <w:gridCol w:w="4680"/>
      </w:tblGrid>
      <w:tr w:rsidR="00FA5EBD" w:rsidRPr="002A3D40" w14:paraId="101F5200" w14:textId="77777777">
        <w:trPr>
          <w:jc w:val="center"/>
        </w:trPr>
        <w:tc>
          <w:tcPr>
            <w:tcW w:w="4680" w:type="dxa"/>
            <w:shd w:val="clear" w:color="auto" w:fill="FAFAFA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4598A8E0" w14:textId="56B18F87" w:rsidR="00FA5EBD" w:rsidRPr="002A3D40" w:rsidRDefault="00000000">
            <w:pPr>
              <w:spacing w:after="40"/>
              <w:rPr>
                <w:color w:val="0070C0"/>
              </w:rPr>
            </w:pPr>
            <w:r w:rsidRPr="002A3D40">
              <w:rPr>
                <w:rFonts w:ascii="Arial" w:hAnsi="Arial"/>
                <w:b/>
                <w:color w:val="0070C0"/>
                <w:sz w:val="19"/>
              </w:rPr>
              <w:t>Grado y Sección:</w:t>
            </w:r>
            <w:r w:rsidRPr="002A3D40">
              <w:rPr>
                <w:rFonts w:ascii="Arial" w:hAnsi="Arial"/>
                <w:b/>
                <w:color w:val="0070C0"/>
                <w:sz w:val="19"/>
              </w:rPr>
              <w:br/>
            </w:r>
            <w:r w:rsidRPr="002A3D40">
              <w:rPr>
                <w:rFonts w:ascii="Arial" w:hAnsi="Arial"/>
                <w:color w:val="0070C0"/>
                <w:sz w:val="19"/>
              </w:rPr>
              <w:t>____________________________________</w:t>
            </w:r>
          </w:p>
        </w:tc>
        <w:tc>
          <w:tcPr>
            <w:tcW w:w="4680" w:type="dxa"/>
            <w:shd w:val="clear" w:color="auto" w:fill="FAFAFA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0C9375EA" w14:textId="77777777" w:rsidR="00FA5EBD" w:rsidRPr="002A3D40" w:rsidRDefault="00000000">
            <w:pPr>
              <w:spacing w:after="40"/>
              <w:rPr>
                <w:color w:val="0070C0"/>
              </w:rPr>
            </w:pPr>
            <w:r w:rsidRPr="002A3D40">
              <w:rPr>
                <w:rFonts w:ascii="Arial" w:hAnsi="Arial"/>
                <w:b/>
                <w:color w:val="0070C0"/>
                <w:sz w:val="19"/>
              </w:rPr>
              <w:t>Nombre del Equipo / Grupo:</w:t>
            </w:r>
            <w:r w:rsidRPr="002A3D40">
              <w:rPr>
                <w:rFonts w:ascii="Arial" w:hAnsi="Arial"/>
                <w:b/>
                <w:color w:val="0070C0"/>
                <w:sz w:val="19"/>
              </w:rPr>
              <w:br/>
            </w:r>
            <w:r w:rsidRPr="002A3D40">
              <w:rPr>
                <w:rFonts w:ascii="Arial" w:hAnsi="Arial"/>
                <w:color w:val="0070C0"/>
                <w:sz w:val="19"/>
              </w:rPr>
              <w:t>____________________________________</w:t>
            </w:r>
          </w:p>
        </w:tc>
      </w:tr>
      <w:tr w:rsidR="00FA5EBD" w:rsidRPr="002A3D40" w14:paraId="510EC8E2" w14:textId="77777777">
        <w:trPr>
          <w:jc w:val="center"/>
        </w:trPr>
        <w:tc>
          <w:tcPr>
            <w:tcW w:w="4680" w:type="dxa"/>
            <w:shd w:val="clear" w:color="auto" w:fill="FAFAFA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1C998220" w14:textId="7B49FC54" w:rsidR="00FA5EBD" w:rsidRPr="002A3D40" w:rsidRDefault="00000000">
            <w:pPr>
              <w:spacing w:after="40"/>
              <w:rPr>
                <w:color w:val="0070C0"/>
              </w:rPr>
            </w:pPr>
            <w:proofErr w:type="spellStart"/>
            <w:r w:rsidRPr="002A3D40">
              <w:rPr>
                <w:rFonts w:ascii="Arial" w:hAnsi="Arial"/>
                <w:b/>
                <w:color w:val="0070C0"/>
                <w:sz w:val="19"/>
              </w:rPr>
              <w:t>N°</w:t>
            </w:r>
            <w:proofErr w:type="spellEnd"/>
            <w:r w:rsidRPr="002A3D40">
              <w:rPr>
                <w:rFonts w:ascii="Arial" w:hAnsi="Arial"/>
                <w:b/>
                <w:color w:val="0070C0"/>
                <w:sz w:val="19"/>
              </w:rPr>
              <w:t xml:space="preserve"> de Integrantes:</w:t>
            </w:r>
            <w:r w:rsidRPr="002A3D40">
              <w:rPr>
                <w:rFonts w:ascii="Arial" w:hAnsi="Arial"/>
                <w:b/>
                <w:color w:val="0070C0"/>
                <w:sz w:val="19"/>
              </w:rPr>
              <w:br/>
            </w:r>
            <w:r w:rsidRPr="002A3D40">
              <w:rPr>
                <w:rFonts w:ascii="Arial" w:hAnsi="Arial"/>
                <w:color w:val="0070C0"/>
                <w:sz w:val="19"/>
              </w:rPr>
              <w:t xml:space="preserve"> _____ (Mín. 6 - Máx. 12)</w:t>
            </w:r>
          </w:p>
        </w:tc>
        <w:tc>
          <w:tcPr>
            <w:tcW w:w="4680" w:type="dxa"/>
            <w:shd w:val="clear" w:color="auto" w:fill="FAFAFA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4821BAF9" w14:textId="77777777" w:rsidR="00FA5EBD" w:rsidRPr="002A3D40" w:rsidRDefault="00000000">
            <w:pPr>
              <w:spacing w:after="40"/>
              <w:rPr>
                <w:color w:val="0070C0"/>
              </w:rPr>
            </w:pPr>
            <w:r w:rsidRPr="002A3D40">
              <w:rPr>
                <w:rFonts w:ascii="Arial" w:hAnsi="Arial"/>
                <w:b/>
                <w:color w:val="0070C0"/>
                <w:sz w:val="19"/>
              </w:rPr>
              <w:t>Accesorio Opcional Elegido:</w:t>
            </w:r>
            <w:r w:rsidRPr="002A3D40">
              <w:rPr>
                <w:rFonts w:ascii="Arial" w:hAnsi="Arial"/>
                <w:b/>
                <w:color w:val="0070C0"/>
                <w:sz w:val="19"/>
              </w:rPr>
              <w:br/>
            </w:r>
            <w:r w:rsidRPr="002A3D40">
              <w:rPr>
                <w:rFonts w:ascii="Arial" w:hAnsi="Arial"/>
                <w:color w:val="0070C0"/>
                <w:sz w:val="19"/>
              </w:rPr>
              <w:t>____________________________________</w:t>
            </w:r>
          </w:p>
        </w:tc>
      </w:tr>
      <w:tr w:rsidR="00FA5EBD" w:rsidRPr="002A3D40" w14:paraId="5B4AEB26" w14:textId="77777777">
        <w:trPr>
          <w:jc w:val="center"/>
        </w:trPr>
        <w:tc>
          <w:tcPr>
            <w:tcW w:w="4680" w:type="dxa"/>
            <w:shd w:val="clear" w:color="auto" w:fill="FAFAFA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3F3D6B8E" w14:textId="77777777" w:rsidR="00FA5EBD" w:rsidRPr="002A3D40" w:rsidRDefault="00000000">
            <w:pPr>
              <w:spacing w:after="40"/>
              <w:rPr>
                <w:color w:val="0070C0"/>
              </w:rPr>
            </w:pPr>
            <w:r w:rsidRPr="002A3D40">
              <w:rPr>
                <w:rFonts w:ascii="Arial" w:hAnsi="Arial"/>
                <w:b/>
                <w:color w:val="0070C0"/>
                <w:sz w:val="19"/>
              </w:rPr>
              <w:t>Delegada / Alumna Responsable:</w:t>
            </w:r>
            <w:r w:rsidRPr="002A3D40">
              <w:rPr>
                <w:rFonts w:ascii="Arial" w:hAnsi="Arial"/>
                <w:b/>
                <w:color w:val="0070C0"/>
                <w:sz w:val="19"/>
              </w:rPr>
              <w:br/>
            </w:r>
            <w:r w:rsidRPr="002A3D40">
              <w:rPr>
                <w:rFonts w:ascii="Arial" w:hAnsi="Arial"/>
                <w:color w:val="0070C0"/>
                <w:sz w:val="19"/>
              </w:rPr>
              <w:t>____________________________________</w:t>
            </w:r>
          </w:p>
        </w:tc>
        <w:tc>
          <w:tcPr>
            <w:tcW w:w="4680" w:type="dxa"/>
            <w:shd w:val="clear" w:color="auto" w:fill="FAFAFA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3253FE2E" w14:textId="72974138" w:rsidR="00FA5EBD" w:rsidRPr="002A3D40" w:rsidRDefault="002A3D40">
            <w:pPr>
              <w:spacing w:after="40"/>
              <w:rPr>
                <w:color w:val="0070C0"/>
              </w:rPr>
            </w:pPr>
            <w:r w:rsidRPr="002A3D40">
              <w:rPr>
                <w:rFonts w:ascii="Arial" w:hAnsi="Arial"/>
                <w:b/>
                <w:color w:val="0070C0"/>
                <w:sz w:val="19"/>
              </w:rPr>
              <w:t>Docente asesor:</w:t>
            </w:r>
            <w:r w:rsidRPr="002A3D40">
              <w:rPr>
                <w:rFonts w:ascii="Arial" w:hAnsi="Arial"/>
                <w:b/>
                <w:color w:val="0070C0"/>
                <w:sz w:val="19"/>
              </w:rPr>
              <w:br/>
            </w:r>
            <w:r w:rsidRPr="002A3D40">
              <w:rPr>
                <w:rFonts w:ascii="Arial" w:hAnsi="Arial"/>
                <w:color w:val="0070C0"/>
                <w:sz w:val="19"/>
              </w:rPr>
              <w:t>____________________________________</w:t>
            </w:r>
          </w:p>
        </w:tc>
      </w:tr>
    </w:tbl>
    <w:p w14:paraId="37B77933" w14:textId="77777777" w:rsidR="002A3D40" w:rsidRPr="0003671D" w:rsidRDefault="002A3D40">
      <w:pPr>
        <w:spacing w:after="80"/>
        <w:rPr>
          <w:rFonts w:ascii="Arial" w:hAnsi="Arial"/>
          <w:b/>
          <w:color w:val="0070C0"/>
          <w:sz w:val="8"/>
          <w:szCs w:val="8"/>
        </w:rPr>
      </w:pPr>
    </w:p>
    <w:p w14:paraId="050BFFA6" w14:textId="4639EFF6" w:rsidR="00FA5EBD" w:rsidRPr="002A3D40" w:rsidRDefault="00000000">
      <w:pPr>
        <w:spacing w:after="80"/>
        <w:rPr>
          <w:color w:val="0070C0"/>
        </w:rPr>
      </w:pPr>
      <w:r w:rsidRPr="002A3D40">
        <w:rPr>
          <w:rFonts w:ascii="Arial" w:hAnsi="Arial"/>
          <w:b/>
          <w:color w:val="0070C0"/>
        </w:rPr>
        <w:t>I. NÓMINA DE INTEGRANTES (Mínimo 6 - Máximo 12)</w:t>
      </w:r>
    </w:p>
    <w:tbl>
      <w:tblPr>
        <w:tblW w:w="0" w:type="auto"/>
        <w:jc w:val="center"/>
        <w:tblBorders>
          <w:top w:val="single" w:sz="4" w:space="0" w:color="CCCCCC"/>
          <w:bottom w:val="single" w:sz="4" w:space="0" w:color="CCCCCC"/>
          <w:insideH w:val="single" w:sz="4" w:space="0" w:color="CCCCCC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4608"/>
        <w:gridCol w:w="1872"/>
        <w:gridCol w:w="2160"/>
      </w:tblGrid>
      <w:tr w:rsidR="00FA5EBD" w:rsidRPr="002A3D40" w14:paraId="733D1330" w14:textId="77777777" w:rsidTr="00D6027A">
        <w:trPr>
          <w:trHeight w:val="413"/>
          <w:jc w:val="center"/>
        </w:trPr>
        <w:tc>
          <w:tcPr>
            <w:tcW w:w="720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5B459E" w14:textId="77777777" w:rsidR="00FA5EBD" w:rsidRPr="002A3D40" w:rsidRDefault="00000000">
            <w:pPr>
              <w:jc w:val="center"/>
            </w:pPr>
            <w:proofErr w:type="spellStart"/>
            <w:r w:rsidRPr="002A3D40">
              <w:rPr>
                <w:rFonts w:ascii="Arial" w:hAnsi="Arial"/>
                <w:b/>
                <w:color w:val="FFFFFF"/>
                <w:sz w:val="19"/>
              </w:rPr>
              <w:t>N°</w:t>
            </w:r>
            <w:proofErr w:type="spellEnd"/>
          </w:p>
        </w:tc>
        <w:tc>
          <w:tcPr>
            <w:tcW w:w="4608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8A8EB9" w14:textId="77777777" w:rsidR="00FA5EBD" w:rsidRPr="002A3D40" w:rsidRDefault="00000000">
            <w:r w:rsidRPr="002A3D40">
              <w:rPr>
                <w:rFonts w:ascii="Arial" w:hAnsi="Arial"/>
                <w:b/>
                <w:color w:val="FFFFFF"/>
                <w:sz w:val="19"/>
              </w:rPr>
              <w:t>Apellidos y Nombres de la Estudiante</w:t>
            </w:r>
          </w:p>
        </w:tc>
        <w:tc>
          <w:tcPr>
            <w:tcW w:w="1872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921E41" w14:textId="77777777" w:rsidR="00FA5EBD" w:rsidRPr="002A3D40" w:rsidRDefault="00000000">
            <w:pPr>
              <w:jc w:val="center"/>
            </w:pPr>
            <w:r w:rsidRPr="002A3D40">
              <w:rPr>
                <w:rFonts w:ascii="Arial" w:hAnsi="Arial"/>
                <w:b/>
                <w:color w:val="FFFFFF"/>
                <w:sz w:val="19"/>
              </w:rPr>
              <w:t>Grado y Sección</w:t>
            </w:r>
          </w:p>
        </w:tc>
        <w:tc>
          <w:tcPr>
            <w:tcW w:w="2160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9F95A7" w14:textId="77777777" w:rsidR="00FA5EBD" w:rsidRPr="002A3D40" w:rsidRDefault="00000000">
            <w:pPr>
              <w:jc w:val="center"/>
            </w:pPr>
            <w:r w:rsidRPr="002A3D40">
              <w:rPr>
                <w:rFonts w:ascii="Arial" w:hAnsi="Arial"/>
                <w:b/>
                <w:color w:val="FFFFFF"/>
                <w:sz w:val="19"/>
              </w:rPr>
              <w:t>Firma / Conformidad</w:t>
            </w:r>
          </w:p>
        </w:tc>
      </w:tr>
      <w:tr w:rsidR="00FA5EBD" w:rsidRPr="002A3D40" w14:paraId="272C20AF" w14:textId="77777777">
        <w:trPr>
          <w:jc w:val="center"/>
        </w:trPr>
        <w:tc>
          <w:tcPr>
            <w:tcW w:w="72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9160B62" w14:textId="77777777" w:rsidR="00FA5EBD" w:rsidRPr="002A3D40" w:rsidRDefault="00000000">
            <w:pPr>
              <w:spacing w:after="0"/>
              <w:jc w:val="center"/>
            </w:pPr>
            <w:r w:rsidRPr="002A3D40">
              <w:rPr>
                <w:rFonts w:ascii="Arial" w:hAnsi="Arial"/>
                <w:b/>
                <w:color w:val="666666"/>
                <w:sz w:val="18"/>
              </w:rPr>
              <w:t>01</w:t>
            </w:r>
          </w:p>
        </w:tc>
        <w:tc>
          <w:tcPr>
            <w:tcW w:w="4608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DBF544B" w14:textId="77777777" w:rsidR="00FA5EBD" w:rsidRPr="002A3D40" w:rsidRDefault="00FA5EBD">
            <w:pPr>
              <w:spacing w:after="0"/>
            </w:pPr>
          </w:p>
        </w:tc>
        <w:tc>
          <w:tcPr>
            <w:tcW w:w="1872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01182BC" w14:textId="77777777" w:rsidR="00FA5EBD" w:rsidRPr="002A3D40" w:rsidRDefault="00000000">
            <w:pPr>
              <w:spacing w:after="0"/>
              <w:jc w:val="center"/>
            </w:pPr>
            <w:r w:rsidRPr="002A3D40">
              <w:rPr>
                <w:rFonts w:ascii="Arial" w:hAnsi="Arial"/>
                <w:color w:val="666666"/>
                <w:sz w:val="17"/>
              </w:rPr>
              <w:t>_____° «___»</w:t>
            </w:r>
          </w:p>
        </w:tc>
        <w:tc>
          <w:tcPr>
            <w:tcW w:w="216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AD136B2" w14:textId="77777777" w:rsidR="00FA5EBD" w:rsidRPr="002A3D40" w:rsidRDefault="00FA5EBD">
            <w:pPr>
              <w:spacing w:after="0"/>
              <w:jc w:val="center"/>
            </w:pPr>
          </w:p>
        </w:tc>
      </w:tr>
      <w:tr w:rsidR="00FA5EBD" w:rsidRPr="002A3D40" w14:paraId="305A0813" w14:textId="77777777">
        <w:trPr>
          <w:jc w:val="center"/>
        </w:trPr>
        <w:tc>
          <w:tcPr>
            <w:tcW w:w="720" w:type="dxa"/>
            <w:shd w:val="clear" w:color="auto" w:fill="F9F2F4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2EEA121" w14:textId="77777777" w:rsidR="00FA5EBD" w:rsidRPr="002A3D40" w:rsidRDefault="00000000">
            <w:pPr>
              <w:spacing w:after="0"/>
              <w:jc w:val="center"/>
            </w:pPr>
            <w:r w:rsidRPr="002A3D40">
              <w:rPr>
                <w:rFonts w:ascii="Arial" w:hAnsi="Arial"/>
                <w:b/>
                <w:color w:val="666666"/>
                <w:sz w:val="18"/>
              </w:rPr>
              <w:t>02</w:t>
            </w:r>
          </w:p>
        </w:tc>
        <w:tc>
          <w:tcPr>
            <w:tcW w:w="4608" w:type="dxa"/>
            <w:shd w:val="clear" w:color="auto" w:fill="F9F2F4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7A85ABB" w14:textId="77777777" w:rsidR="00FA5EBD" w:rsidRPr="002A3D40" w:rsidRDefault="00FA5EBD">
            <w:pPr>
              <w:spacing w:after="0"/>
            </w:pPr>
          </w:p>
        </w:tc>
        <w:tc>
          <w:tcPr>
            <w:tcW w:w="1872" w:type="dxa"/>
            <w:shd w:val="clear" w:color="auto" w:fill="F9F2F4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0ADBFC8" w14:textId="77777777" w:rsidR="00FA5EBD" w:rsidRPr="002A3D40" w:rsidRDefault="00000000">
            <w:pPr>
              <w:spacing w:after="0"/>
              <w:jc w:val="center"/>
            </w:pPr>
            <w:r w:rsidRPr="002A3D40">
              <w:rPr>
                <w:rFonts w:ascii="Arial" w:hAnsi="Arial"/>
                <w:color w:val="666666"/>
                <w:sz w:val="17"/>
              </w:rPr>
              <w:t>_____° «___»</w:t>
            </w:r>
          </w:p>
        </w:tc>
        <w:tc>
          <w:tcPr>
            <w:tcW w:w="2160" w:type="dxa"/>
            <w:shd w:val="clear" w:color="auto" w:fill="F9F2F4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4A31B44" w14:textId="77777777" w:rsidR="00FA5EBD" w:rsidRPr="002A3D40" w:rsidRDefault="00FA5EBD">
            <w:pPr>
              <w:spacing w:after="0"/>
              <w:jc w:val="center"/>
            </w:pPr>
          </w:p>
        </w:tc>
      </w:tr>
      <w:tr w:rsidR="00FA5EBD" w:rsidRPr="002A3D40" w14:paraId="63D6BB96" w14:textId="77777777">
        <w:trPr>
          <w:jc w:val="center"/>
        </w:trPr>
        <w:tc>
          <w:tcPr>
            <w:tcW w:w="72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8F48ADC" w14:textId="77777777" w:rsidR="00FA5EBD" w:rsidRPr="002A3D40" w:rsidRDefault="00000000">
            <w:pPr>
              <w:spacing w:after="0"/>
              <w:jc w:val="center"/>
            </w:pPr>
            <w:r w:rsidRPr="002A3D40">
              <w:rPr>
                <w:rFonts w:ascii="Arial" w:hAnsi="Arial"/>
                <w:b/>
                <w:color w:val="666666"/>
                <w:sz w:val="18"/>
              </w:rPr>
              <w:t>03</w:t>
            </w:r>
          </w:p>
        </w:tc>
        <w:tc>
          <w:tcPr>
            <w:tcW w:w="4608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87FD81D" w14:textId="77777777" w:rsidR="00FA5EBD" w:rsidRPr="002A3D40" w:rsidRDefault="00FA5EBD">
            <w:pPr>
              <w:spacing w:after="0"/>
            </w:pPr>
          </w:p>
        </w:tc>
        <w:tc>
          <w:tcPr>
            <w:tcW w:w="1872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B92A13C" w14:textId="77777777" w:rsidR="00FA5EBD" w:rsidRPr="002A3D40" w:rsidRDefault="00000000">
            <w:pPr>
              <w:spacing w:after="0"/>
              <w:jc w:val="center"/>
            </w:pPr>
            <w:r w:rsidRPr="002A3D40">
              <w:rPr>
                <w:rFonts w:ascii="Arial" w:hAnsi="Arial"/>
                <w:color w:val="666666"/>
                <w:sz w:val="17"/>
              </w:rPr>
              <w:t>_____° «___»</w:t>
            </w:r>
          </w:p>
        </w:tc>
        <w:tc>
          <w:tcPr>
            <w:tcW w:w="216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3404653" w14:textId="77777777" w:rsidR="00FA5EBD" w:rsidRPr="002A3D40" w:rsidRDefault="00FA5EBD">
            <w:pPr>
              <w:spacing w:after="0"/>
              <w:jc w:val="center"/>
            </w:pPr>
          </w:p>
        </w:tc>
      </w:tr>
      <w:tr w:rsidR="00FA5EBD" w:rsidRPr="002A3D40" w14:paraId="1A135EAA" w14:textId="77777777">
        <w:trPr>
          <w:jc w:val="center"/>
        </w:trPr>
        <w:tc>
          <w:tcPr>
            <w:tcW w:w="720" w:type="dxa"/>
            <w:shd w:val="clear" w:color="auto" w:fill="F9F2F4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FE756BD" w14:textId="77777777" w:rsidR="00FA5EBD" w:rsidRPr="002A3D40" w:rsidRDefault="00000000">
            <w:pPr>
              <w:spacing w:after="0"/>
              <w:jc w:val="center"/>
            </w:pPr>
            <w:r w:rsidRPr="002A3D40">
              <w:rPr>
                <w:rFonts w:ascii="Arial" w:hAnsi="Arial"/>
                <w:b/>
                <w:color w:val="666666"/>
                <w:sz w:val="18"/>
              </w:rPr>
              <w:t>04</w:t>
            </w:r>
          </w:p>
        </w:tc>
        <w:tc>
          <w:tcPr>
            <w:tcW w:w="4608" w:type="dxa"/>
            <w:shd w:val="clear" w:color="auto" w:fill="F9F2F4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8F7640F" w14:textId="77777777" w:rsidR="00FA5EBD" w:rsidRPr="002A3D40" w:rsidRDefault="00FA5EBD">
            <w:pPr>
              <w:spacing w:after="0"/>
            </w:pPr>
          </w:p>
        </w:tc>
        <w:tc>
          <w:tcPr>
            <w:tcW w:w="1872" w:type="dxa"/>
            <w:shd w:val="clear" w:color="auto" w:fill="F9F2F4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5C64D4B" w14:textId="77777777" w:rsidR="00FA5EBD" w:rsidRPr="002A3D40" w:rsidRDefault="00000000">
            <w:pPr>
              <w:spacing w:after="0"/>
              <w:jc w:val="center"/>
            </w:pPr>
            <w:r w:rsidRPr="002A3D40">
              <w:rPr>
                <w:rFonts w:ascii="Arial" w:hAnsi="Arial"/>
                <w:color w:val="666666"/>
                <w:sz w:val="17"/>
              </w:rPr>
              <w:t>_____° «___»</w:t>
            </w:r>
          </w:p>
        </w:tc>
        <w:tc>
          <w:tcPr>
            <w:tcW w:w="2160" w:type="dxa"/>
            <w:shd w:val="clear" w:color="auto" w:fill="F9F2F4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39018C8" w14:textId="77777777" w:rsidR="00FA5EBD" w:rsidRPr="002A3D40" w:rsidRDefault="00FA5EBD">
            <w:pPr>
              <w:spacing w:after="0"/>
              <w:jc w:val="center"/>
            </w:pPr>
          </w:p>
        </w:tc>
      </w:tr>
      <w:tr w:rsidR="00FA5EBD" w:rsidRPr="002A3D40" w14:paraId="4ACB8C50" w14:textId="77777777">
        <w:trPr>
          <w:jc w:val="center"/>
        </w:trPr>
        <w:tc>
          <w:tcPr>
            <w:tcW w:w="72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4236776" w14:textId="77777777" w:rsidR="00FA5EBD" w:rsidRPr="002A3D40" w:rsidRDefault="00000000">
            <w:pPr>
              <w:spacing w:after="0"/>
              <w:jc w:val="center"/>
            </w:pPr>
            <w:r w:rsidRPr="002A3D40">
              <w:rPr>
                <w:rFonts w:ascii="Arial" w:hAnsi="Arial"/>
                <w:b/>
                <w:color w:val="666666"/>
                <w:sz w:val="18"/>
              </w:rPr>
              <w:t>05</w:t>
            </w:r>
          </w:p>
        </w:tc>
        <w:tc>
          <w:tcPr>
            <w:tcW w:w="4608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D45138E" w14:textId="77777777" w:rsidR="00FA5EBD" w:rsidRPr="002A3D40" w:rsidRDefault="00FA5EBD">
            <w:pPr>
              <w:spacing w:after="0"/>
            </w:pPr>
          </w:p>
        </w:tc>
        <w:tc>
          <w:tcPr>
            <w:tcW w:w="1872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E0BE177" w14:textId="77777777" w:rsidR="00FA5EBD" w:rsidRPr="002A3D40" w:rsidRDefault="00000000">
            <w:pPr>
              <w:spacing w:after="0"/>
              <w:jc w:val="center"/>
            </w:pPr>
            <w:r w:rsidRPr="002A3D40">
              <w:rPr>
                <w:rFonts w:ascii="Arial" w:hAnsi="Arial"/>
                <w:color w:val="666666"/>
                <w:sz w:val="17"/>
              </w:rPr>
              <w:t>_____° «___»</w:t>
            </w:r>
          </w:p>
        </w:tc>
        <w:tc>
          <w:tcPr>
            <w:tcW w:w="216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8D55286" w14:textId="77777777" w:rsidR="00FA5EBD" w:rsidRPr="002A3D40" w:rsidRDefault="00FA5EBD">
            <w:pPr>
              <w:spacing w:after="0"/>
              <w:jc w:val="center"/>
            </w:pPr>
          </w:p>
        </w:tc>
      </w:tr>
      <w:tr w:rsidR="00FA5EBD" w:rsidRPr="002A3D40" w14:paraId="7975AB39" w14:textId="77777777">
        <w:trPr>
          <w:jc w:val="center"/>
        </w:trPr>
        <w:tc>
          <w:tcPr>
            <w:tcW w:w="720" w:type="dxa"/>
            <w:shd w:val="clear" w:color="auto" w:fill="F9F2F4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DD2A449" w14:textId="77777777" w:rsidR="00FA5EBD" w:rsidRPr="002A3D40" w:rsidRDefault="00000000">
            <w:pPr>
              <w:spacing w:after="0"/>
              <w:jc w:val="center"/>
            </w:pPr>
            <w:r w:rsidRPr="002A3D40">
              <w:rPr>
                <w:rFonts w:ascii="Arial" w:hAnsi="Arial"/>
                <w:b/>
                <w:color w:val="666666"/>
                <w:sz w:val="18"/>
              </w:rPr>
              <w:t>06</w:t>
            </w:r>
          </w:p>
        </w:tc>
        <w:tc>
          <w:tcPr>
            <w:tcW w:w="4608" w:type="dxa"/>
            <w:shd w:val="clear" w:color="auto" w:fill="F9F2F4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4F592D0" w14:textId="77777777" w:rsidR="00FA5EBD" w:rsidRPr="002A3D40" w:rsidRDefault="00FA5EBD">
            <w:pPr>
              <w:spacing w:after="0"/>
            </w:pPr>
          </w:p>
        </w:tc>
        <w:tc>
          <w:tcPr>
            <w:tcW w:w="1872" w:type="dxa"/>
            <w:shd w:val="clear" w:color="auto" w:fill="F9F2F4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C0DE6A4" w14:textId="77777777" w:rsidR="00FA5EBD" w:rsidRPr="002A3D40" w:rsidRDefault="00000000">
            <w:pPr>
              <w:spacing w:after="0"/>
              <w:jc w:val="center"/>
            </w:pPr>
            <w:r w:rsidRPr="002A3D40">
              <w:rPr>
                <w:rFonts w:ascii="Arial" w:hAnsi="Arial"/>
                <w:color w:val="666666"/>
                <w:sz w:val="17"/>
              </w:rPr>
              <w:t>_____° «___»</w:t>
            </w:r>
          </w:p>
        </w:tc>
        <w:tc>
          <w:tcPr>
            <w:tcW w:w="2160" w:type="dxa"/>
            <w:shd w:val="clear" w:color="auto" w:fill="F9F2F4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C55FA72" w14:textId="77777777" w:rsidR="00FA5EBD" w:rsidRPr="002A3D40" w:rsidRDefault="00FA5EBD">
            <w:pPr>
              <w:spacing w:after="0"/>
              <w:jc w:val="center"/>
            </w:pPr>
          </w:p>
        </w:tc>
      </w:tr>
      <w:tr w:rsidR="00FA5EBD" w:rsidRPr="002A3D40" w14:paraId="7F0E836D" w14:textId="77777777">
        <w:trPr>
          <w:jc w:val="center"/>
        </w:trPr>
        <w:tc>
          <w:tcPr>
            <w:tcW w:w="72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236924F" w14:textId="77777777" w:rsidR="00FA5EBD" w:rsidRPr="002A3D40" w:rsidRDefault="00000000">
            <w:pPr>
              <w:spacing w:after="0"/>
              <w:jc w:val="center"/>
            </w:pPr>
            <w:r w:rsidRPr="002A3D40">
              <w:rPr>
                <w:rFonts w:ascii="Arial" w:hAnsi="Arial"/>
                <w:b/>
                <w:color w:val="666666"/>
                <w:sz w:val="18"/>
              </w:rPr>
              <w:t>07</w:t>
            </w:r>
          </w:p>
        </w:tc>
        <w:tc>
          <w:tcPr>
            <w:tcW w:w="4608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297AA0D" w14:textId="77777777" w:rsidR="00FA5EBD" w:rsidRPr="002A3D40" w:rsidRDefault="00FA5EBD">
            <w:pPr>
              <w:spacing w:after="0"/>
            </w:pPr>
          </w:p>
        </w:tc>
        <w:tc>
          <w:tcPr>
            <w:tcW w:w="1872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F63AE42" w14:textId="77777777" w:rsidR="00FA5EBD" w:rsidRPr="002A3D40" w:rsidRDefault="00000000">
            <w:pPr>
              <w:spacing w:after="0"/>
              <w:jc w:val="center"/>
            </w:pPr>
            <w:r w:rsidRPr="002A3D40">
              <w:rPr>
                <w:rFonts w:ascii="Arial" w:hAnsi="Arial"/>
                <w:color w:val="666666"/>
                <w:sz w:val="17"/>
              </w:rPr>
              <w:t>_____° «___»</w:t>
            </w:r>
          </w:p>
        </w:tc>
        <w:tc>
          <w:tcPr>
            <w:tcW w:w="216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E20E56D" w14:textId="77777777" w:rsidR="00FA5EBD" w:rsidRPr="002A3D40" w:rsidRDefault="00FA5EBD">
            <w:pPr>
              <w:spacing w:after="0"/>
              <w:jc w:val="center"/>
            </w:pPr>
          </w:p>
        </w:tc>
      </w:tr>
      <w:tr w:rsidR="00FA5EBD" w:rsidRPr="002A3D40" w14:paraId="19FDF2D6" w14:textId="77777777">
        <w:trPr>
          <w:jc w:val="center"/>
        </w:trPr>
        <w:tc>
          <w:tcPr>
            <w:tcW w:w="720" w:type="dxa"/>
            <w:shd w:val="clear" w:color="auto" w:fill="F9F2F4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AD4DE1D" w14:textId="77777777" w:rsidR="00FA5EBD" w:rsidRPr="002A3D40" w:rsidRDefault="00000000">
            <w:pPr>
              <w:spacing w:after="0"/>
              <w:jc w:val="center"/>
            </w:pPr>
            <w:r w:rsidRPr="002A3D40">
              <w:rPr>
                <w:rFonts w:ascii="Arial" w:hAnsi="Arial"/>
                <w:b/>
                <w:color w:val="666666"/>
                <w:sz w:val="18"/>
              </w:rPr>
              <w:t>08</w:t>
            </w:r>
          </w:p>
        </w:tc>
        <w:tc>
          <w:tcPr>
            <w:tcW w:w="4608" w:type="dxa"/>
            <w:shd w:val="clear" w:color="auto" w:fill="F9F2F4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359DF92" w14:textId="77777777" w:rsidR="00FA5EBD" w:rsidRPr="002A3D40" w:rsidRDefault="00FA5EBD">
            <w:pPr>
              <w:spacing w:after="0"/>
            </w:pPr>
          </w:p>
        </w:tc>
        <w:tc>
          <w:tcPr>
            <w:tcW w:w="1872" w:type="dxa"/>
            <w:shd w:val="clear" w:color="auto" w:fill="F9F2F4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9E2A035" w14:textId="77777777" w:rsidR="00FA5EBD" w:rsidRPr="002A3D40" w:rsidRDefault="00000000">
            <w:pPr>
              <w:spacing w:after="0"/>
              <w:jc w:val="center"/>
            </w:pPr>
            <w:r w:rsidRPr="002A3D40">
              <w:rPr>
                <w:rFonts w:ascii="Arial" w:hAnsi="Arial"/>
                <w:color w:val="666666"/>
                <w:sz w:val="17"/>
              </w:rPr>
              <w:t>_____° «___»</w:t>
            </w:r>
          </w:p>
        </w:tc>
        <w:tc>
          <w:tcPr>
            <w:tcW w:w="2160" w:type="dxa"/>
            <w:shd w:val="clear" w:color="auto" w:fill="F9F2F4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628E59F" w14:textId="77777777" w:rsidR="00FA5EBD" w:rsidRPr="002A3D40" w:rsidRDefault="00FA5EBD">
            <w:pPr>
              <w:spacing w:after="0"/>
              <w:jc w:val="center"/>
            </w:pPr>
          </w:p>
        </w:tc>
      </w:tr>
      <w:tr w:rsidR="00FA5EBD" w:rsidRPr="002A3D40" w14:paraId="260389AF" w14:textId="77777777">
        <w:trPr>
          <w:jc w:val="center"/>
        </w:trPr>
        <w:tc>
          <w:tcPr>
            <w:tcW w:w="72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E59A8C6" w14:textId="77777777" w:rsidR="00FA5EBD" w:rsidRPr="002A3D40" w:rsidRDefault="00000000">
            <w:pPr>
              <w:spacing w:after="0"/>
              <w:jc w:val="center"/>
            </w:pPr>
            <w:r w:rsidRPr="002A3D40">
              <w:rPr>
                <w:rFonts w:ascii="Arial" w:hAnsi="Arial"/>
                <w:b/>
                <w:color w:val="666666"/>
                <w:sz w:val="18"/>
              </w:rPr>
              <w:t>09</w:t>
            </w:r>
          </w:p>
        </w:tc>
        <w:tc>
          <w:tcPr>
            <w:tcW w:w="4608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0AC9424" w14:textId="77777777" w:rsidR="00FA5EBD" w:rsidRPr="002A3D40" w:rsidRDefault="00FA5EBD">
            <w:pPr>
              <w:spacing w:after="0"/>
            </w:pPr>
          </w:p>
        </w:tc>
        <w:tc>
          <w:tcPr>
            <w:tcW w:w="1872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7BBE53F" w14:textId="77777777" w:rsidR="00FA5EBD" w:rsidRPr="002A3D40" w:rsidRDefault="00000000">
            <w:pPr>
              <w:spacing w:after="0"/>
              <w:jc w:val="center"/>
            </w:pPr>
            <w:r w:rsidRPr="002A3D40">
              <w:rPr>
                <w:rFonts w:ascii="Arial" w:hAnsi="Arial"/>
                <w:color w:val="666666"/>
                <w:sz w:val="17"/>
              </w:rPr>
              <w:t>_____° «___»</w:t>
            </w:r>
          </w:p>
        </w:tc>
        <w:tc>
          <w:tcPr>
            <w:tcW w:w="216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E567642" w14:textId="77777777" w:rsidR="00FA5EBD" w:rsidRPr="002A3D40" w:rsidRDefault="00FA5EBD">
            <w:pPr>
              <w:spacing w:after="0"/>
              <w:jc w:val="center"/>
            </w:pPr>
          </w:p>
        </w:tc>
      </w:tr>
      <w:tr w:rsidR="00FA5EBD" w:rsidRPr="002A3D40" w14:paraId="2BCCBBE6" w14:textId="77777777">
        <w:trPr>
          <w:jc w:val="center"/>
        </w:trPr>
        <w:tc>
          <w:tcPr>
            <w:tcW w:w="720" w:type="dxa"/>
            <w:shd w:val="clear" w:color="auto" w:fill="F9F2F4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0C5D1E4" w14:textId="77777777" w:rsidR="00FA5EBD" w:rsidRPr="002A3D40" w:rsidRDefault="00000000">
            <w:pPr>
              <w:spacing w:after="0"/>
              <w:jc w:val="center"/>
            </w:pPr>
            <w:r w:rsidRPr="002A3D40">
              <w:rPr>
                <w:rFonts w:ascii="Arial" w:hAnsi="Arial"/>
                <w:b/>
                <w:color w:val="666666"/>
                <w:sz w:val="18"/>
              </w:rPr>
              <w:t>10</w:t>
            </w:r>
          </w:p>
        </w:tc>
        <w:tc>
          <w:tcPr>
            <w:tcW w:w="4608" w:type="dxa"/>
            <w:shd w:val="clear" w:color="auto" w:fill="F9F2F4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012176E" w14:textId="77777777" w:rsidR="00FA5EBD" w:rsidRPr="002A3D40" w:rsidRDefault="00FA5EBD">
            <w:pPr>
              <w:spacing w:after="0"/>
            </w:pPr>
          </w:p>
        </w:tc>
        <w:tc>
          <w:tcPr>
            <w:tcW w:w="1872" w:type="dxa"/>
            <w:shd w:val="clear" w:color="auto" w:fill="F9F2F4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119BDB1" w14:textId="77777777" w:rsidR="00FA5EBD" w:rsidRPr="002A3D40" w:rsidRDefault="00000000">
            <w:pPr>
              <w:spacing w:after="0"/>
              <w:jc w:val="center"/>
            </w:pPr>
            <w:r w:rsidRPr="002A3D40">
              <w:rPr>
                <w:rFonts w:ascii="Arial" w:hAnsi="Arial"/>
                <w:color w:val="666666"/>
                <w:sz w:val="17"/>
              </w:rPr>
              <w:t>_____° «___»</w:t>
            </w:r>
          </w:p>
        </w:tc>
        <w:tc>
          <w:tcPr>
            <w:tcW w:w="2160" w:type="dxa"/>
            <w:shd w:val="clear" w:color="auto" w:fill="F9F2F4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38EE3F9" w14:textId="77777777" w:rsidR="00FA5EBD" w:rsidRPr="002A3D40" w:rsidRDefault="00FA5EBD">
            <w:pPr>
              <w:spacing w:after="0"/>
              <w:jc w:val="center"/>
            </w:pPr>
          </w:p>
        </w:tc>
      </w:tr>
      <w:tr w:rsidR="00FA5EBD" w:rsidRPr="002A3D40" w14:paraId="79D8979B" w14:textId="77777777">
        <w:trPr>
          <w:jc w:val="center"/>
        </w:trPr>
        <w:tc>
          <w:tcPr>
            <w:tcW w:w="72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8512FD5" w14:textId="77777777" w:rsidR="00FA5EBD" w:rsidRPr="002A3D40" w:rsidRDefault="00000000">
            <w:pPr>
              <w:spacing w:after="0"/>
              <w:jc w:val="center"/>
            </w:pPr>
            <w:r w:rsidRPr="002A3D40">
              <w:rPr>
                <w:rFonts w:ascii="Arial" w:hAnsi="Arial"/>
                <w:b/>
                <w:color w:val="666666"/>
                <w:sz w:val="18"/>
              </w:rPr>
              <w:t>11</w:t>
            </w:r>
          </w:p>
        </w:tc>
        <w:tc>
          <w:tcPr>
            <w:tcW w:w="4608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DA4F0F3" w14:textId="77777777" w:rsidR="00FA5EBD" w:rsidRPr="002A3D40" w:rsidRDefault="00FA5EBD">
            <w:pPr>
              <w:spacing w:after="0"/>
            </w:pPr>
          </w:p>
        </w:tc>
        <w:tc>
          <w:tcPr>
            <w:tcW w:w="1872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BBC4357" w14:textId="77777777" w:rsidR="00FA5EBD" w:rsidRPr="002A3D40" w:rsidRDefault="00000000">
            <w:pPr>
              <w:spacing w:after="0"/>
              <w:jc w:val="center"/>
            </w:pPr>
            <w:r w:rsidRPr="002A3D40">
              <w:rPr>
                <w:rFonts w:ascii="Arial" w:hAnsi="Arial"/>
                <w:color w:val="666666"/>
                <w:sz w:val="17"/>
              </w:rPr>
              <w:t>_____° «___»</w:t>
            </w:r>
          </w:p>
        </w:tc>
        <w:tc>
          <w:tcPr>
            <w:tcW w:w="216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07028C3" w14:textId="77777777" w:rsidR="00FA5EBD" w:rsidRPr="002A3D40" w:rsidRDefault="00FA5EBD">
            <w:pPr>
              <w:spacing w:after="0"/>
              <w:jc w:val="center"/>
            </w:pPr>
          </w:p>
        </w:tc>
      </w:tr>
      <w:tr w:rsidR="00FA5EBD" w:rsidRPr="002A3D40" w14:paraId="77AA8920" w14:textId="77777777">
        <w:trPr>
          <w:jc w:val="center"/>
        </w:trPr>
        <w:tc>
          <w:tcPr>
            <w:tcW w:w="720" w:type="dxa"/>
            <w:shd w:val="clear" w:color="auto" w:fill="F9F2F4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53CFC30" w14:textId="77777777" w:rsidR="00FA5EBD" w:rsidRPr="002A3D40" w:rsidRDefault="00000000">
            <w:pPr>
              <w:spacing w:after="0"/>
              <w:jc w:val="center"/>
            </w:pPr>
            <w:r w:rsidRPr="002A3D40">
              <w:rPr>
                <w:rFonts w:ascii="Arial" w:hAnsi="Arial"/>
                <w:b/>
                <w:color w:val="666666"/>
                <w:sz w:val="18"/>
              </w:rPr>
              <w:t>12</w:t>
            </w:r>
          </w:p>
        </w:tc>
        <w:tc>
          <w:tcPr>
            <w:tcW w:w="4608" w:type="dxa"/>
            <w:shd w:val="clear" w:color="auto" w:fill="F9F2F4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FA3800D" w14:textId="77777777" w:rsidR="00FA5EBD" w:rsidRPr="002A3D40" w:rsidRDefault="00FA5EBD">
            <w:pPr>
              <w:spacing w:after="0"/>
            </w:pPr>
          </w:p>
        </w:tc>
        <w:tc>
          <w:tcPr>
            <w:tcW w:w="1872" w:type="dxa"/>
            <w:shd w:val="clear" w:color="auto" w:fill="F9F2F4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E74388F" w14:textId="77777777" w:rsidR="00FA5EBD" w:rsidRPr="002A3D40" w:rsidRDefault="00000000">
            <w:pPr>
              <w:spacing w:after="0"/>
              <w:jc w:val="center"/>
            </w:pPr>
            <w:r w:rsidRPr="002A3D40">
              <w:rPr>
                <w:rFonts w:ascii="Arial" w:hAnsi="Arial"/>
                <w:color w:val="666666"/>
                <w:sz w:val="17"/>
              </w:rPr>
              <w:t>_____° «___»</w:t>
            </w:r>
          </w:p>
        </w:tc>
        <w:tc>
          <w:tcPr>
            <w:tcW w:w="2160" w:type="dxa"/>
            <w:shd w:val="clear" w:color="auto" w:fill="F9F2F4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BAA8484" w14:textId="77777777" w:rsidR="00FA5EBD" w:rsidRPr="002A3D40" w:rsidRDefault="00FA5EBD">
            <w:pPr>
              <w:spacing w:after="0"/>
              <w:jc w:val="center"/>
            </w:pPr>
          </w:p>
        </w:tc>
      </w:tr>
    </w:tbl>
    <w:p w14:paraId="645B9446" w14:textId="77777777" w:rsidR="00FA5EBD" w:rsidRPr="0003671D" w:rsidRDefault="00FA5EBD">
      <w:pPr>
        <w:rPr>
          <w:sz w:val="2"/>
          <w:szCs w:val="2"/>
        </w:rPr>
      </w:pPr>
    </w:p>
    <w:p w14:paraId="285420D1" w14:textId="77777777" w:rsidR="00FA5EBD" w:rsidRPr="002A3D40" w:rsidRDefault="00000000">
      <w:pPr>
        <w:spacing w:after="80"/>
        <w:rPr>
          <w:color w:val="0070C0"/>
        </w:rPr>
      </w:pPr>
      <w:r w:rsidRPr="002A3D40">
        <w:rPr>
          <w:rFonts w:ascii="Arial" w:hAnsi="Arial"/>
          <w:b/>
          <w:color w:val="0070C0"/>
        </w:rPr>
        <w:t>II. COMPROMISO DE PARTICIPACIÓN</w:t>
      </w:r>
    </w:p>
    <w:tbl>
      <w:tblPr>
        <w:tblW w:w="0" w:type="auto"/>
        <w:jc w:val="center"/>
        <w:tblBorders>
          <w:top w:val="single" w:sz="4" w:space="0" w:color="DDDDDD"/>
          <w:bottom w:val="single" w:sz="4" w:space="0" w:color="DDDDDD"/>
          <w:insideH w:val="single" w:sz="4" w:space="0" w:color="DDDDDD"/>
        </w:tblBorders>
        <w:tblLook w:val="04A0" w:firstRow="1" w:lastRow="0" w:firstColumn="1" w:lastColumn="0" w:noHBand="0" w:noVBand="1"/>
      </w:tblPr>
      <w:tblGrid>
        <w:gridCol w:w="9360"/>
      </w:tblGrid>
      <w:tr w:rsidR="00FA5EBD" w:rsidRPr="002A3D40" w14:paraId="29D582F6" w14:textId="77777777">
        <w:trPr>
          <w:jc w:val="center"/>
        </w:trPr>
        <w:tc>
          <w:tcPr>
            <w:tcW w:w="9360" w:type="dxa"/>
            <w:shd w:val="clear" w:color="auto" w:fill="FBFBFB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3E7BAE2B" w14:textId="77777777" w:rsidR="00FA5EBD" w:rsidRPr="002A3D40" w:rsidRDefault="00000000">
            <w:pPr>
              <w:spacing w:after="0"/>
            </w:pPr>
            <w:r w:rsidRPr="002A3D40">
              <w:rPr>
                <w:rFonts w:ascii="Arial" w:hAnsi="Arial"/>
                <w:i/>
                <w:color w:val="333333"/>
                <w:sz w:val="17"/>
              </w:rPr>
              <w:t>Como integrantes delegadas del equipo, declaramos conocer y aceptar íntegramente las bases del concurso «Mechita, Chapa tu Chapita 2026». Nos comprometemos a cumplir con el uso obligatorio del uniforme escolar, el respeto de los horarios establecidos, la duración del audio (1 minuto) y a mantener una conducta ejemplar de compañerismo y sana competencia durante todo el evento.</w:t>
            </w:r>
          </w:p>
        </w:tc>
      </w:tr>
    </w:tbl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680"/>
        <w:gridCol w:w="4680"/>
      </w:tblGrid>
      <w:tr w:rsidR="00FA5EBD" w:rsidRPr="002A3D40" w14:paraId="2D0D2D49" w14:textId="77777777">
        <w:trPr>
          <w:jc w:val="center"/>
        </w:trPr>
        <w:tc>
          <w:tcPr>
            <w:tcW w:w="4680" w:type="dxa"/>
          </w:tcPr>
          <w:p w14:paraId="6EC1644A" w14:textId="77777777" w:rsidR="002A3D40" w:rsidRPr="002A3D40" w:rsidRDefault="002A3D40">
            <w:pPr>
              <w:spacing w:after="0"/>
              <w:jc w:val="center"/>
              <w:rPr>
                <w:rFonts w:ascii="Arial" w:hAnsi="Arial"/>
                <w:color w:val="0070C0"/>
                <w:sz w:val="18"/>
              </w:rPr>
            </w:pPr>
          </w:p>
          <w:p w14:paraId="5CC3D54F" w14:textId="77777777" w:rsidR="002A3D40" w:rsidRPr="0003671D" w:rsidRDefault="002A3D40">
            <w:pPr>
              <w:spacing w:after="0"/>
              <w:jc w:val="center"/>
              <w:rPr>
                <w:rFonts w:ascii="Arial" w:hAnsi="Arial"/>
                <w:color w:val="0070C0"/>
                <w:sz w:val="8"/>
                <w:szCs w:val="12"/>
              </w:rPr>
            </w:pPr>
          </w:p>
          <w:p w14:paraId="51959656" w14:textId="1D1BC2B3" w:rsidR="00FA5EBD" w:rsidRPr="002A3D40" w:rsidRDefault="00000000">
            <w:pPr>
              <w:spacing w:after="0"/>
              <w:jc w:val="center"/>
              <w:rPr>
                <w:color w:val="0070C0"/>
              </w:rPr>
            </w:pPr>
            <w:r w:rsidRPr="002A3D40">
              <w:rPr>
                <w:rFonts w:ascii="Arial" w:hAnsi="Arial"/>
                <w:color w:val="0070C0"/>
                <w:sz w:val="18"/>
              </w:rPr>
              <w:t>_____________________________________</w:t>
            </w:r>
            <w:r w:rsidRPr="002A3D40">
              <w:rPr>
                <w:rFonts w:ascii="Arial" w:hAnsi="Arial"/>
                <w:color w:val="0070C0"/>
                <w:sz w:val="18"/>
              </w:rPr>
              <w:br/>
            </w:r>
            <w:r w:rsidRPr="002A3D40">
              <w:rPr>
                <w:rFonts w:ascii="Arial" w:hAnsi="Arial"/>
                <w:b/>
                <w:color w:val="0070C0"/>
                <w:sz w:val="18"/>
              </w:rPr>
              <w:t>Firma de la Alumna Responsable</w:t>
            </w:r>
            <w:r w:rsidRPr="002A3D40">
              <w:rPr>
                <w:rFonts w:ascii="Arial" w:hAnsi="Arial"/>
                <w:b/>
                <w:color w:val="0070C0"/>
                <w:sz w:val="18"/>
              </w:rPr>
              <w:br/>
            </w:r>
          </w:p>
        </w:tc>
        <w:tc>
          <w:tcPr>
            <w:tcW w:w="4680" w:type="dxa"/>
          </w:tcPr>
          <w:p w14:paraId="75926664" w14:textId="77777777" w:rsidR="002A3D40" w:rsidRPr="002A3D40" w:rsidRDefault="002A3D40">
            <w:pPr>
              <w:spacing w:after="0"/>
              <w:jc w:val="center"/>
              <w:rPr>
                <w:rFonts w:ascii="Arial" w:hAnsi="Arial"/>
                <w:color w:val="0070C0"/>
                <w:sz w:val="18"/>
              </w:rPr>
            </w:pPr>
          </w:p>
          <w:p w14:paraId="1B6F6FAB" w14:textId="77777777" w:rsidR="002A3D40" w:rsidRPr="0003671D" w:rsidRDefault="002A3D40">
            <w:pPr>
              <w:spacing w:after="0"/>
              <w:jc w:val="center"/>
              <w:rPr>
                <w:rFonts w:ascii="Arial" w:hAnsi="Arial"/>
                <w:color w:val="0070C0"/>
                <w:sz w:val="12"/>
                <w:szCs w:val="16"/>
              </w:rPr>
            </w:pPr>
          </w:p>
          <w:p w14:paraId="72B53708" w14:textId="0C6F0DC1" w:rsidR="00FA5EBD" w:rsidRPr="002A3D40" w:rsidRDefault="00000000">
            <w:pPr>
              <w:spacing w:after="0"/>
              <w:jc w:val="center"/>
              <w:rPr>
                <w:color w:val="0070C0"/>
              </w:rPr>
            </w:pPr>
            <w:r w:rsidRPr="002A3D40">
              <w:rPr>
                <w:rFonts w:ascii="Arial" w:hAnsi="Arial"/>
                <w:color w:val="0070C0"/>
                <w:sz w:val="18"/>
              </w:rPr>
              <w:t>_____________________________________</w:t>
            </w:r>
            <w:r w:rsidRPr="002A3D40">
              <w:rPr>
                <w:rFonts w:ascii="Arial" w:hAnsi="Arial"/>
                <w:color w:val="0070C0"/>
                <w:sz w:val="18"/>
              </w:rPr>
              <w:br/>
            </w:r>
            <w:r w:rsidRPr="002A3D40">
              <w:rPr>
                <w:rFonts w:ascii="Arial" w:hAnsi="Arial"/>
                <w:b/>
                <w:color w:val="0070C0"/>
                <w:sz w:val="18"/>
              </w:rPr>
              <w:t>Firma / Recepción Comisión Organizadora</w:t>
            </w:r>
            <w:r w:rsidRPr="002A3D40">
              <w:rPr>
                <w:rFonts w:ascii="Arial" w:hAnsi="Arial"/>
                <w:b/>
                <w:color w:val="0070C0"/>
                <w:sz w:val="18"/>
              </w:rPr>
              <w:br/>
            </w:r>
            <w:r w:rsidRPr="002A3D40">
              <w:rPr>
                <w:rFonts w:ascii="Arial" w:hAnsi="Arial"/>
                <w:color w:val="0070C0"/>
                <w:sz w:val="17"/>
              </w:rPr>
              <w:t>Fecha: _____ / _____ / 2026</w:t>
            </w:r>
          </w:p>
        </w:tc>
      </w:tr>
    </w:tbl>
    <w:p w14:paraId="2615E010" w14:textId="6CD56D00" w:rsidR="00FA5EBD" w:rsidRDefault="00000000">
      <w:pPr>
        <w:jc w:val="center"/>
      </w:pPr>
      <w:r w:rsidRPr="002A3D40">
        <w:rPr>
          <w:rFonts w:ascii="Arial" w:hAnsi="Arial"/>
          <w:b/>
          <w:color w:val="666666"/>
          <w:sz w:val="16"/>
        </w:rPr>
        <w:t xml:space="preserve">📌 Período de inscripción oficial: Del 10 al 14 de agosto de 2026 | Gran Final: </w:t>
      </w:r>
      <w:r w:rsidR="002A3D40" w:rsidRPr="002A3D40">
        <w:rPr>
          <w:rFonts w:ascii="Arial" w:hAnsi="Arial"/>
          <w:b/>
          <w:color w:val="666666"/>
          <w:sz w:val="16"/>
        </w:rPr>
        <w:t>viernes</w:t>
      </w:r>
      <w:r w:rsidRPr="002A3D40">
        <w:rPr>
          <w:rFonts w:ascii="Arial" w:hAnsi="Arial"/>
          <w:b/>
          <w:color w:val="666666"/>
          <w:sz w:val="16"/>
        </w:rPr>
        <w:t xml:space="preserve"> 28 de agosto de 2026</w:t>
      </w:r>
    </w:p>
    <w:sectPr w:rsidR="00FA5EBD" w:rsidSect="00034616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55597189">
    <w:abstractNumId w:val="8"/>
  </w:num>
  <w:num w:numId="2" w16cid:durableId="755518315">
    <w:abstractNumId w:val="6"/>
  </w:num>
  <w:num w:numId="3" w16cid:durableId="476341141">
    <w:abstractNumId w:val="5"/>
  </w:num>
  <w:num w:numId="4" w16cid:durableId="1390610913">
    <w:abstractNumId w:val="4"/>
  </w:num>
  <w:num w:numId="5" w16cid:durableId="1955206104">
    <w:abstractNumId w:val="7"/>
  </w:num>
  <w:num w:numId="6" w16cid:durableId="1084188224">
    <w:abstractNumId w:val="3"/>
  </w:num>
  <w:num w:numId="7" w16cid:durableId="242837928">
    <w:abstractNumId w:val="2"/>
  </w:num>
  <w:num w:numId="8" w16cid:durableId="1995450225">
    <w:abstractNumId w:val="1"/>
  </w:num>
  <w:num w:numId="9" w16cid:durableId="2730960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3671D"/>
    <w:rsid w:val="0006063C"/>
    <w:rsid w:val="0015074B"/>
    <w:rsid w:val="00257117"/>
    <w:rsid w:val="0029639D"/>
    <w:rsid w:val="002A3D40"/>
    <w:rsid w:val="00326F90"/>
    <w:rsid w:val="007516F7"/>
    <w:rsid w:val="007D78B4"/>
    <w:rsid w:val="008F55B0"/>
    <w:rsid w:val="00AA1D8D"/>
    <w:rsid w:val="00B47730"/>
    <w:rsid w:val="00CB0664"/>
    <w:rsid w:val="00D6027A"/>
    <w:rsid w:val="00F70D2A"/>
    <w:rsid w:val="00FA5EB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48D3A7B0"/>
  <w14:defaultImageDpi w14:val="300"/>
  <w15:docId w15:val="{E594DDED-9D0D-4317-9549-56B9D56F6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lang w:val="es-PE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235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Edwin</cp:lastModifiedBy>
  <cp:revision>4</cp:revision>
  <dcterms:created xsi:type="dcterms:W3CDTF">2026-08-03T01:24:00Z</dcterms:created>
  <dcterms:modified xsi:type="dcterms:W3CDTF">2026-08-03T02:08:00Z</dcterms:modified>
  <cp:category/>
</cp:coreProperties>
</file>